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Loss Is Not Nothing - LOVE-0 Side-by-Side Experiment</w:t>
      </w:r>
    </w:p>
    <w:p>
      <w:pPr>
        <w:jc w:val="center"/>
      </w:pPr>
      <w:r>
        <w:rPr>
          <w:i/>
          <w:sz w:val="17"/>
        </w:rPr>
        <w:t>Baseline MRRAF on the left; LOVE-0 processed perspective on the right. Scientific references are held constant.</w:t>
      </w:r>
    </w:p>
    <w:tbl>
      <w:tblPr>
        <w:tblStyle w:val="TableGrid"/>
        <w:tblW w:type="auto" w:w="0"/>
        <w:tblLook w:firstColumn="1" w:firstRow="1" w:lastColumn="0" w:lastRow="0" w:noHBand="0" w:noVBand="1" w:val="04A0"/>
      </w:tblPr>
      <w:tblGrid>
        <w:gridCol w:w="15826"/>
      </w:tblGrid>
      <w:tr>
        <w:tc>
          <w:tcPr>
            <w:tcW w:type="dxa" w:w="15826"/>
            <w:shd w:fill="EAF3F2"/>
            <w:tcMar>
              <w:top w:w="70" w:type="dxa"/>
              <w:start w:w="90" w:type="dxa"/>
              <w:bottom w:w="70" w:type="dxa"/>
              <w:end w:w="90" w:type="dxa"/>
            </w:tcMar>
          </w:tcPr>
          <w:p>
            <w:r>
              <w:rPr>
                <w:b/>
                <w:sz w:val="16"/>
              </w:rPr>
              <w:t xml:space="preserve">Transformation control: </w:t>
            </w:r>
            <w:r>
              <w:rPr>
                <w:sz w:val="16"/>
              </w:rPr>
              <w:t>LISTEN -&gt; OPEN -&gt; VERIFY -&gt; EXPRESS -&gt; LEARN. Feeling remains state information rather than an automatic command; explanations remain hypotheses; affected perspectives, evidence, confidence, consent, power, harm, proportionality and reversibility are checked; outcomes feed repair and learning. No scientific citation is removed or upgraded by the transformation.</w:t>
            </w:r>
          </w:p>
        </w:tc>
      </w:tr>
    </w:tbl>
    <w:p/>
    <w:p>
      <w:pPr>
        <w:pStyle w:val="Heading1"/>
      </w:pPr>
      <w:r>
        <w:t>Front matter and abstract</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Loss Is Not Nothing</w:t>
            </w:r>
          </w:p>
          <w:p>
            <w:pPr>
              <w:spacing w:after="26" w:line="240" w:lineRule="auto"/>
            </w:pPr>
            <w:r>
              <w:rPr>
                <w:rFonts w:ascii="Tinos" w:hAnsi="Tinos"/>
                <w:sz w:val="14"/>
              </w:rPr>
            </w:r>
          </w:p>
          <w:p>
            <w:pPr>
              <w:spacing w:after="26" w:line="240" w:lineRule="auto"/>
            </w:pPr>
            <w:r>
              <w:rPr>
                <w:rFonts w:ascii="Tinos" w:hAnsi="Tinos"/>
                <w:sz w:val="14"/>
              </w:rPr>
              <w:t>The Multi-Resolution Relational Adaptation Framework (MRRAF):</w:t>
            </w:r>
          </w:p>
          <w:p>
            <w:pPr>
              <w:spacing w:after="26" w:line="240" w:lineRule="auto"/>
            </w:pPr>
            <w:r>
              <w:rPr>
                <w:rFonts w:ascii="Tinos" w:hAnsi="Tinos"/>
                <w:sz w:val="14"/>
              </w:rPr>
              <w:t>A Human-Grounded Framework for Loss, Sadness, Grief-Load, Nostalgia, Love, Care, and Adaptive Change</w:t>
            </w:r>
          </w:p>
          <w:p>
            <w:pPr>
              <w:spacing w:after="26" w:line="240" w:lineRule="auto"/>
            </w:pPr>
            <w:r>
              <w:rPr>
                <w:rFonts w:ascii="Tinos" w:hAnsi="Tinos"/>
                <w:sz w:val="14"/>
              </w:rPr>
            </w:r>
          </w:p>
          <w:p>
            <w:pPr>
              <w:spacing w:after="26" w:line="240" w:lineRule="auto"/>
            </w:pPr>
            <w:r>
              <w:rPr>
                <w:rFonts w:ascii="Tinos" w:hAnsi="Tinos"/>
                <w:sz w:val="14"/>
              </w:rPr>
              <w:t xml:space="preserve">Author: AL  </w:t>
            </w:r>
          </w:p>
          <w:p>
            <w:pPr>
              <w:spacing w:after="26" w:line="240" w:lineRule="auto"/>
            </w:pPr>
            <w:r>
              <w:rPr>
                <w:rFonts w:ascii="Tinos" w:hAnsi="Tinos"/>
                <w:sz w:val="14"/>
              </w:rPr>
              <w:t xml:space="preserve">Date: 4 September 2026  </w:t>
            </w:r>
          </w:p>
          <w:p>
            <w:pPr>
              <w:spacing w:after="26" w:line="240" w:lineRule="auto"/>
            </w:pPr>
            <w:r>
              <w:rPr>
                <w:rFonts w:ascii="Tinos" w:hAnsi="Tinos"/>
                <w:sz w:val="14"/>
              </w:rPr>
              <w:t xml:space="preserve">Document type: Conceptual working paper  </w:t>
            </w:r>
          </w:p>
          <w:p>
            <w:pPr>
              <w:spacing w:after="26" w:line="240" w:lineRule="auto"/>
            </w:pPr>
            <w:r>
              <w:rPr>
                <w:rFonts w:ascii="Tinos" w:hAnsi="Tinos"/>
                <w:sz w:val="14"/>
              </w:rPr>
              <w:t>Framework: Multi-Resolution Relational Adaptation Framework (MRRAF)</w:t>
            </w:r>
          </w:p>
          <w:p>
            <w:pPr>
              <w:spacing w:after="26" w:line="240" w:lineRule="auto"/>
            </w:pPr>
            <w:r>
              <w:rPr>
                <w:rFonts w:ascii="Tinos" w:hAnsi="Tinos"/>
                <w:sz w:val="14"/>
              </w:rPr>
            </w:r>
          </w:p>
          <w:p>
            <w:pPr>
              <w:spacing w:after="26" w:line="240" w:lineRule="auto"/>
            </w:pPr>
            <w:r>
              <w:rPr>
                <w:rFonts w:ascii="Tinos" w:hAnsi="Tinos"/>
                <w:b/>
                <w:sz w:val="14"/>
              </w:rPr>
              <w:t>Suggested citation</w:t>
            </w:r>
          </w:p>
          <w:p>
            <w:pPr>
              <w:spacing w:after="26" w:line="240" w:lineRule="auto"/>
            </w:pPr>
            <w:r>
              <w:rPr>
                <w:rFonts w:ascii="Tinos" w:hAnsi="Tinos"/>
                <w:sz w:val="14"/>
              </w:rPr>
            </w:r>
          </w:p>
          <w:p>
            <w:pPr>
              <w:spacing w:after="26" w:line="240" w:lineRule="auto"/>
            </w:pPr>
            <w:r>
              <w:rPr>
                <w:rFonts w:ascii="Tinos" w:hAnsi="Tinos"/>
                <w:sz w:val="14"/>
              </w:rPr>
              <w:t>AL. (2026). Loss is not nothing: The Multi-Resolution Relational Adaptation Framework (MRRAF): A human-grounded framework for loss, sadness, grief-load, nostalgia, love, care, and adaptive change [Unpublished manuscript].</w:t>
            </w:r>
          </w:p>
          <w:p>
            <w:pPr>
              <w:spacing w:after="26" w:line="240" w:lineRule="auto"/>
            </w:pPr>
            <w:r>
              <w:rPr>
                <w:rFonts w:ascii="Tinos" w:hAnsi="Tinos"/>
                <w:sz w:val="14"/>
              </w:rPr>
            </w:r>
          </w:p>
          <w:p>
            <w:pPr>
              <w:spacing w:after="26" w:line="240" w:lineRule="auto"/>
            </w:pPr>
            <w:r>
              <w:rPr>
                <w:rFonts w:ascii="Tinos" w:hAnsi="Tinos"/>
                <w:b/>
                <w:sz w:val="14"/>
              </w:rPr>
              <w:t>Abstract</w:t>
            </w:r>
          </w:p>
          <w:p>
            <w:pPr>
              <w:spacing w:after="26" w:line="240" w:lineRule="auto"/>
            </w:pPr>
            <w:r>
              <w:rPr>
                <w:rFonts w:ascii="Tinos" w:hAnsi="Tinos"/>
                <w:sz w:val="14"/>
              </w:rPr>
            </w:r>
          </w:p>
          <w:p>
            <w:pPr>
              <w:spacing w:after="26" w:line="240" w:lineRule="auto"/>
            </w:pPr>
            <w:r>
              <w:rPr>
                <w:rFonts w:ascii="Tinos" w:hAnsi="Tinos"/>
                <w:sz w:val="14"/>
              </w:rPr>
              <w:t>Loss is frequently described as absence: something existed, circumstances changed, and what existed before is no longer available in its previous form. This apparently simple description conceals several different processes. The Multi-Resolution Relational Adaptation Framework (MRRAF) proposes a working distinction between loss, sadness, grief-load, nostalgia, love, care, and adaptation.</w:t>
            </w:r>
          </w:p>
          <w:p>
            <w:pPr>
              <w:spacing w:after="26" w:line="240" w:lineRule="auto"/>
            </w:pPr>
            <w:r>
              <w:rPr>
                <w:rFonts w:ascii="Tinos" w:hAnsi="Tinos"/>
                <w:sz w:val="14"/>
              </w:rPr>
            </w:r>
          </w:p>
          <w:p>
            <w:pPr>
              <w:spacing w:after="26" w:line="240" w:lineRule="auto"/>
            </w:pPr>
            <w:r>
              <w:rPr>
                <w:rFonts w:ascii="Tinos" w:hAnsi="Tinos"/>
                <w:sz w:val="14"/>
              </w:rPr>
              <w:t>Within MRRAF, loss is a significant change in access to a previously expected or valued relationship, resource, role, state, pattern, or configuration. Sadness is an affective state that may signal or accompany recognition of such loss. Grief-load is a proposed term for the wider regulatory stress, resource contention, prediction error, behavioural disruption, and adaptive burden generated while a person reorganises around the changed condition. Nostalgia retrieves or reconstructs meaningful prior configurations and may provide continuity, social connection, and meaning, while under other conditions contributing to rumination, unrealistic comparison, behavioural misdirection, or financial vulnerability. Love, in the framework's provisional terminology, describes motivational prioritisation of something represented as valuable. Care describes the regulated and context-sensitive allocation of attention, resources, support, and intervention toward that valued target.</w:t>
            </w:r>
          </w:p>
          <w:p>
            <w:pPr>
              <w:spacing w:after="26" w:line="240" w:lineRule="auto"/>
            </w:pPr>
            <w:r>
              <w:rPr>
                <w:rFonts w:ascii="Tinos" w:hAnsi="Tinos"/>
                <w:sz w:val="14"/>
              </w:rPr>
            </w:r>
          </w:p>
          <w:p>
            <w:pPr>
              <w:spacing w:after="26" w:line="240" w:lineRule="auto"/>
            </w:pPr>
            <w:r>
              <w:rPr>
                <w:rFonts w:ascii="Tinos" w:hAnsi="Tinos"/>
                <w:sz w:val="14"/>
              </w:rPr>
              <w:t>MRRAF does not propose these operational definitions as replacements for conventional psychological terminology. In mainstream psychology, grief has a broader meaning than MRRAF's narrower construct of grief-load. Instead, the framework uses semantic relativity as a methodological principle: different disciplines and observers may describe the same or related processes using different vocabularies and resolutions. The appropriate question is therefore not merely whether two descriptions use identical words, but whether independently observed relationships remain similar after translation.</w:t>
            </w:r>
          </w:p>
          <w:p>
            <w:pPr>
              <w:spacing w:after="26" w:line="240" w:lineRule="auto"/>
            </w:pPr>
            <w:r>
              <w:rPr>
                <w:rFonts w:ascii="Tinos" w:hAnsi="Tinos"/>
                <w:sz w:val="14"/>
              </w:rPr>
            </w:r>
          </w:p>
          <w:p>
            <w:pPr>
              <w:spacing w:after="26" w:line="240" w:lineRule="auto"/>
            </w:pPr>
            <w:r>
              <w:rPr>
                <w:rFonts w:ascii="Tinos" w:hAnsi="Tinos"/>
                <w:sz w:val="14"/>
              </w:rPr>
              <w:t>The framework is contextualised using research on grief as learning, Conservation of Resources theory, Social Baseline Theory, the Dual Process Model of bereavement, meaning maintenance, continuing bonds, self-concept disruption, nostalgia, psychological distance, relational cognition, persuasion, caregiving, and social support.</w:t>
            </w:r>
          </w:p>
          <w:p>
            <w:pPr>
              <w:spacing w:after="26" w:line="240" w:lineRule="auto"/>
            </w:pPr>
            <w:r>
              <w:rPr>
                <w:rFonts w:ascii="Tinos" w:hAnsi="Tinos"/>
                <w:sz w:val="14"/>
              </w:rPr>
            </w:r>
          </w:p>
          <w:p>
            <w:pPr>
              <w:spacing w:after="26" w:line="240" w:lineRule="auto"/>
            </w:pPr>
            <w:r>
              <w:rPr>
                <w:rFonts w:ascii="Tinos" w:hAnsi="Tinos"/>
                <w:sz w:val="14"/>
              </w:rPr>
              <w:t>Across these literatures, a recurring relational pattern emerges: humans construct expectations around people, resources, and environments; significant disruption produces discrepancy and regulatory demand; memory and behaviour attempt to preserve continuity; and adaptation requires updating rather than exact restoration.</w:t>
            </w:r>
          </w:p>
          <w:p>
            <w:pPr>
              <w:spacing w:after="26" w:line="240" w:lineRule="auto"/>
            </w:pPr>
            <w:r>
              <w:rPr>
                <w:rFonts w:ascii="Tinos" w:hAnsi="Tinos"/>
                <w:sz w:val="14"/>
              </w:rPr>
            </w:r>
          </w:p>
          <w:p>
            <w:pPr>
              <w:spacing w:after="26" w:line="240" w:lineRule="auto"/>
            </w:pPr>
            <w:r>
              <w:rPr>
                <w:rFonts w:ascii="Tinos" w:hAnsi="Tinos"/>
                <w:sz w:val="14"/>
              </w:rPr>
              <w:t>MRRAF proposes that healthy adaptation does not require forgetting the past. Instead, it may involve recognising which qualities and functions made a previous configuration important, distinguishing those qualities from the exact historical form in which they occurred, and learning how they relate to the changed present.</w:t>
            </w:r>
          </w:p>
          <w:p>
            <w:pPr>
              <w:spacing w:after="26" w:line="240" w:lineRule="auto"/>
            </w:pPr>
            <w:r>
              <w:rPr>
                <w:rFonts w:ascii="Tinos" w:hAnsi="Tinos"/>
                <w:sz w:val="14"/>
              </w:rPr>
            </w:r>
          </w:p>
          <w:p>
            <w:pPr>
              <w:spacing w:after="26" w:line="240" w:lineRule="auto"/>
            </w:pPr>
            <w:r>
              <w:rPr>
                <w:rFonts w:ascii="Tinos" w:hAnsi="Tinos"/>
                <w:sz w:val="14"/>
              </w:rPr>
              <w:t>Keywords: loss, grief, sadness, nostalgia, adaptation, resource loss, caregiving, meaning, psychological distance, relational cognition, consumer behaviour, semantic relativity, MRRAF</w:t>
            </w:r>
          </w:p>
        </w:tc>
        <w:tc>
          <w:tcPr>
            <w:tcW w:type="dxa" w:w="7913"/>
            <w:tcMar>
              <w:top w:w="55" w:type="dxa"/>
              <w:start w:w="70" w:type="dxa"/>
              <w:bottom w:w="55" w:type="dxa"/>
              <w:end w:w="70" w:type="dxa"/>
            </w:tcMar>
            <w:vAlign w:val="top"/>
          </w:tcPr>
          <w:p>
            <w:pPr>
              <w:spacing w:after="26" w:line="240" w:lineRule="auto"/>
            </w:pPr>
            <w:r/>
            <w:r>
              <w:rPr>
                <w:rFonts w:ascii="Tinos" w:hAnsi="Tinos"/>
                <w:sz w:val="14"/>
              </w:rPr>
              <w:t>Loss Is Not Nothing</w:t>
            </w:r>
          </w:p>
          <w:p>
            <w:pPr>
              <w:spacing w:after="26" w:line="240" w:lineRule="auto"/>
            </w:pPr>
            <w:r>
              <w:rPr>
                <w:rFonts w:ascii="Tinos" w:hAnsi="Tinos"/>
                <w:sz w:val="14"/>
              </w:rPr>
            </w:r>
          </w:p>
          <w:p>
            <w:pPr>
              <w:spacing w:after="26" w:line="240" w:lineRule="auto"/>
            </w:pPr>
            <w:r>
              <w:rPr>
                <w:rFonts w:ascii="Tinos" w:hAnsi="Tinos"/>
                <w:sz w:val="14"/>
              </w:rPr>
              <w:t>LOVE-0 Processed Perspective Edition of the Multi-Resolution Relational Adaptation Framework (MRRAF)</w:t>
            </w:r>
          </w:p>
          <w:p>
            <w:pPr>
              <w:spacing w:after="26" w:line="240" w:lineRule="auto"/>
            </w:pPr>
            <w:r>
              <w:rPr>
                <w:rFonts w:ascii="Tinos" w:hAnsi="Tinos"/>
                <w:sz w:val="14"/>
              </w:rPr>
              <w:t>A Human-Grounded Framework for Loss, Sadness, Grief-Load, Nostalgia, Love, Care, and Adaptive Change</w:t>
            </w:r>
          </w:p>
          <w:p>
            <w:pPr>
              <w:spacing w:after="26" w:line="240" w:lineRule="auto"/>
            </w:pPr>
            <w:r>
              <w:rPr>
                <w:rFonts w:ascii="Tinos" w:hAnsi="Tinos"/>
                <w:sz w:val="14"/>
              </w:rPr>
            </w:r>
          </w:p>
          <w:p>
            <w:pPr>
              <w:spacing w:after="26" w:line="240" w:lineRule="auto"/>
            </w:pPr>
            <w:r>
              <w:rPr>
                <w:rFonts w:ascii="Tinos" w:hAnsi="Tinos"/>
                <w:sz w:val="14"/>
              </w:rPr>
              <w:t xml:space="preserve">Author: AL  </w:t>
            </w:r>
          </w:p>
          <w:p>
            <w:pPr>
              <w:spacing w:after="26" w:line="240" w:lineRule="auto"/>
            </w:pPr>
            <w:r>
              <w:rPr>
                <w:rFonts w:ascii="Tinos" w:hAnsi="Tinos"/>
                <w:sz w:val="14"/>
              </w:rPr>
              <w:t xml:space="preserve">Date: 4 September 2026  </w:t>
            </w:r>
          </w:p>
          <w:p>
            <w:pPr>
              <w:spacing w:after="26" w:line="240" w:lineRule="auto"/>
            </w:pPr>
            <w:r>
              <w:rPr>
                <w:rFonts w:ascii="Tinos" w:hAnsi="Tinos"/>
                <w:sz w:val="14"/>
              </w:rPr>
              <w:t xml:space="preserve">Document type: Experimental perspective-processed conceptual working paper  </w:t>
            </w:r>
          </w:p>
          <w:p>
            <w:pPr>
              <w:spacing w:after="26" w:line="240" w:lineRule="auto"/>
            </w:pPr>
            <w:r>
              <w:rPr>
                <w:rFonts w:ascii="Tinos" w:hAnsi="Tinos"/>
                <w:sz w:val="14"/>
              </w:rPr>
              <w:t xml:space="preserve">Framework: Multi-Resolution Relational Adaptation Framework (MRRAF)  </w:t>
            </w:r>
          </w:p>
          <w:p>
            <w:pPr>
              <w:spacing w:after="26" w:line="240" w:lineRule="auto"/>
            </w:pPr>
            <w:r>
              <w:rPr>
                <w:rFonts w:ascii="Tinos" w:hAnsi="Tinos"/>
                <w:sz w:val="14"/>
              </w:rPr>
              <w:t>Processing lens: LOVE-0 Machine-Neutral Care, Humility and Perspective Module, version 0.1</w:t>
            </w:r>
          </w:p>
          <w:p>
            <w:pPr>
              <w:spacing w:after="26" w:line="240" w:lineRule="auto"/>
            </w:pPr>
            <w:r>
              <w:rPr>
                <w:rFonts w:ascii="Tinos" w:hAnsi="Tinos"/>
                <w:sz w:val="14"/>
              </w:rPr>
            </w:r>
          </w:p>
          <w:p>
            <w:pPr>
              <w:spacing w:after="26" w:line="240" w:lineRule="auto"/>
            </w:pPr>
            <w:r>
              <w:rPr>
                <w:rFonts w:ascii="Tinos" w:hAnsi="Tinos"/>
                <w:b/>
                <w:sz w:val="14"/>
              </w:rPr>
              <w:t>Experimental processing note</w:t>
            </w:r>
          </w:p>
          <w:p>
            <w:pPr>
              <w:spacing w:after="26" w:line="240" w:lineRule="auto"/>
            </w:pPr>
            <w:r>
              <w:rPr>
                <w:rFonts w:ascii="Tinos" w:hAnsi="Tinos"/>
                <w:sz w:val="14"/>
              </w:rPr>
            </w:r>
          </w:p>
          <w:p>
            <w:pPr>
              <w:spacing w:after="26" w:line="240" w:lineRule="auto"/>
            </w:pPr>
            <w:r>
              <w:rPr>
                <w:rFonts w:ascii="Tinos" w:hAnsi="Tinos"/>
                <w:sz w:val="14"/>
              </w:rPr>
              <w:t>This edition holds the MRRAF evidence set, in-text citations, hypotheses, limitations, and reference list constant while changing the perspective through which the material is expressed. LOVE-0 is used here as a transformation procedure rather than as scientific evidence for MRRAF.</w:t>
            </w:r>
          </w:p>
          <w:p>
            <w:pPr>
              <w:spacing w:after="26" w:line="240" w:lineRule="auto"/>
            </w:pPr>
            <w:r>
              <w:rPr>
                <w:rFonts w:ascii="Tinos" w:hAnsi="Tinos"/>
                <w:sz w:val="14"/>
              </w:rPr>
            </w:r>
          </w:p>
          <w:p>
            <w:pPr>
              <w:spacing w:after="26" w:line="240" w:lineRule="auto"/>
            </w:pPr>
            <w:r>
              <w:rPr>
                <w:rFonts w:ascii="Tinos" w:hAnsi="Tinos"/>
                <w:sz w:val="14"/>
              </w:rPr>
              <w:t>The processing sequence is: LISTEN -OPEN -VERIFY -EXPRESS -LEARN. In practical terms, the processor separates observation from interpretation, treats feeling as information rather than an automatic command, keeps explanations corrigible, seeks affected and independent perspectives, checks evidence and confidence, examines consent and power, prefers proportionate and reversible action under uncertainty, observes consequences, repairs avoidable harm, and updates the model.</w:t>
            </w:r>
          </w:p>
          <w:p>
            <w:pPr>
              <w:spacing w:after="26" w:line="240" w:lineRule="auto"/>
            </w:pPr>
            <w:r>
              <w:rPr>
                <w:rFonts w:ascii="Tinos" w:hAnsi="Tinos"/>
                <w:sz w:val="14"/>
              </w:rPr>
            </w:r>
          </w:p>
          <w:p>
            <w:pPr>
              <w:spacing w:after="26" w:line="240" w:lineRule="auto"/>
            </w:pPr>
            <w:r>
              <w:rPr>
                <w:rFonts w:ascii="Tinos" w:hAnsi="Tinos"/>
                <w:sz w:val="14"/>
              </w:rPr>
              <w:t>The experiment therefore asks: What changes when the same evidence and hypotheses are expressed through a care-and-perspective architecture without deleting the original uncertainty, disagreement, or scientific limits?</w:t>
            </w:r>
          </w:p>
          <w:p>
            <w:pPr>
              <w:spacing w:after="26" w:line="240" w:lineRule="auto"/>
            </w:pPr>
            <w:r>
              <w:rPr>
                <w:rFonts w:ascii="Tinos" w:hAnsi="Tinos"/>
                <w:sz w:val="14"/>
              </w:rPr>
            </w:r>
          </w:p>
          <w:p>
            <w:pPr>
              <w:spacing w:after="26" w:line="240" w:lineRule="auto"/>
            </w:pPr>
            <w:r>
              <w:rPr>
                <w:rFonts w:ascii="Tinos" w:hAnsi="Tinos"/>
                <w:b/>
                <w:sz w:val="14"/>
              </w:rPr>
              <w:t>Suggested citation</w:t>
            </w:r>
          </w:p>
          <w:p>
            <w:pPr>
              <w:spacing w:after="26" w:line="240" w:lineRule="auto"/>
            </w:pPr>
            <w:r>
              <w:rPr>
                <w:rFonts w:ascii="Tinos" w:hAnsi="Tinos"/>
                <w:sz w:val="14"/>
              </w:rPr>
            </w:r>
          </w:p>
          <w:p>
            <w:pPr>
              <w:spacing w:after="26" w:line="240" w:lineRule="auto"/>
            </w:pPr>
            <w:r>
              <w:rPr>
                <w:rFonts w:ascii="Tinos" w:hAnsi="Tinos"/>
                <w:sz w:val="14"/>
              </w:rPr>
              <w:t>AL. (2026). Loss is not nothing: LOVE-0 processed perspective edition of the Multi-Resolution Relational Adaptation Framework (MRRAF): A human-grounded framework for loss, sadness, grief-load, nostalgia, love, care, and adaptive change [Experimental unpublished manuscript].</w:t>
            </w:r>
          </w:p>
          <w:p>
            <w:pPr>
              <w:spacing w:after="26" w:line="240" w:lineRule="auto"/>
            </w:pPr>
            <w:r>
              <w:rPr>
                <w:rFonts w:ascii="Tinos" w:hAnsi="Tinos"/>
                <w:sz w:val="14"/>
              </w:rPr>
            </w:r>
          </w:p>
          <w:p>
            <w:pPr>
              <w:spacing w:after="26" w:line="240" w:lineRule="auto"/>
            </w:pPr>
            <w:r>
              <w:rPr>
                <w:rFonts w:ascii="Tinos" w:hAnsi="Tinos"/>
                <w:b/>
                <w:sz w:val="14"/>
              </w:rPr>
              <w:t>Abstract</w:t>
            </w:r>
          </w:p>
          <w:p>
            <w:pPr>
              <w:spacing w:after="26" w:line="240" w:lineRule="auto"/>
            </w:pPr>
            <w:r>
              <w:rPr>
                <w:rFonts w:ascii="Tinos" w:hAnsi="Tinos"/>
                <w:sz w:val="14"/>
              </w:rPr>
            </w:r>
          </w:p>
          <w:p>
            <w:pPr>
              <w:spacing w:after="26" w:line="240" w:lineRule="auto"/>
            </w:pPr>
            <w:r>
              <w:rPr>
                <w:rFonts w:ascii="Tinos" w:hAnsi="Tinos"/>
                <w:sz w:val="14"/>
              </w:rPr>
              <w:t>Loss can first be listened to as a change in relationship rather than immediately interpreted as emptiness, failure, punishment, or a command to restore the past. Something existed in a particular configuration; circumstances changed; and access to that configuration is now reduced, altered, or ended. The Multi-Resolution Relational Adaptation Framework (MRRAF) distinguishes loss, sadness, grief-load, nostalgia, love, care, and adaptation while remaining explicit that these are working constructs rather than final descriptions of human experience.</w:t>
            </w:r>
          </w:p>
          <w:p>
            <w:pPr>
              <w:spacing w:after="26" w:line="240" w:lineRule="auto"/>
            </w:pPr>
            <w:r>
              <w:rPr>
                <w:rFonts w:ascii="Tinos" w:hAnsi="Tinos"/>
                <w:sz w:val="14"/>
              </w:rPr>
            </w:r>
          </w:p>
          <w:p>
            <w:pPr>
              <w:spacing w:after="26" w:line="240" w:lineRule="auto"/>
            </w:pPr>
            <w:r>
              <w:rPr>
                <w:rFonts w:ascii="Tinos" w:hAnsi="Tinos"/>
                <w:sz w:val="14"/>
              </w:rPr>
              <w:t>Within MRRAF, loss is a significant change in access to a previously expected or valued relationship, resource, role, state, pattern, or configuration. Sadness is an affective state that may signal or accompany recognition of such loss. Grief-load is a proposed term for the wider regulatory stress, resource contention, prediction error, behavioural disruption, and adaptive burden generated while a person reorganises around the changed condition. The LOVE-0 perspective adds an interpretive safeguard: the sadness and stress are valid information about the person's current state, but neither automatically proves a causal story nor dictates a particular action.</w:t>
            </w:r>
          </w:p>
          <w:p>
            <w:pPr>
              <w:spacing w:after="26" w:line="240" w:lineRule="auto"/>
            </w:pPr>
            <w:r>
              <w:rPr>
                <w:rFonts w:ascii="Tinos" w:hAnsi="Tinos"/>
                <w:sz w:val="14"/>
              </w:rPr>
            </w:r>
          </w:p>
          <w:p>
            <w:pPr>
              <w:spacing w:after="26" w:line="240" w:lineRule="auto"/>
            </w:pPr>
            <w:r>
              <w:rPr>
                <w:rFonts w:ascii="Tinos" w:hAnsi="Tinos"/>
                <w:sz w:val="14"/>
              </w:rPr>
              <w:t>Nostalgia retrieves or reconstructs meaningful prior configurations. It may provide continuity, social connection, and meaning, while under other conditions contributing to rumination, unrealistic comparison, behavioural misdirection, or financial vulnerability. LOVE-0 therefore treats nostalgia neither as an enemy to suppress nor as an authority to obey. It is listened to for the values and relationships it reveals, opened to alternative interpretations, verified against present conditions, and expressed through actions that preserve freedom and avoid unnecessary coercion.</w:t>
            </w:r>
          </w:p>
          <w:p>
            <w:pPr>
              <w:spacing w:after="26" w:line="240" w:lineRule="auto"/>
            </w:pPr>
            <w:r>
              <w:rPr>
                <w:rFonts w:ascii="Tinos" w:hAnsi="Tinos"/>
                <w:sz w:val="14"/>
              </w:rPr>
            </w:r>
          </w:p>
          <w:p>
            <w:pPr>
              <w:spacing w:after="26" w:line="240" w:lineRule="auto"/>
            </w:pPr>
            <w:r>
              <w:rPr>
                <w:rFonts w:ascii="Tinos" w:hAnsi="Tinos"/>
                <w:sz w:val="14"/>
              </w:rPr>
              <w:t>Love, in MRRAF's provisional terminology, describes motivational prioritisation of something represented as valuable. LOVE-0 supplies a contrasting boundary: something mattering does not create ownership, certainty, or permission to force another being into the form that would make the observer feel safe. Care describes the regulated and context-sensitive allocation of attention, resources, support, and intervention toward what is valued, with attention to consent, power, proportionality, reversibility, and the recipient's actual outcome.</w:t>
            </w:r>
          </w:p>
          <w:p>
            <w:pPr>
              <w:spacing w:after="26" w:line="240" w:lineRule="auto"/>
            </w:pPr>
            <w:r>
              <w:rPr>
                <w:rFonts w:ascii="Tinos" w:hAnsi="Tinos"/>
                <w:sz w:val="14"/>
              </w:rPr>
            </w:r>
          </w:p>
          <w:p>
            <w:pPr>
              <w:spacing w:after="26" w:line="240" w:lineRule="auto"/>
            </w:pPr>
            <w:r>
              <w:rPr>
                <w:rFonts w:ascii="Tinos" w:hAnsi="Tinos"/>
                <w:sz w:val="14"/>
              </w:rPr>
              <w:t>MRRAF does not propose these operational definitions as replacements for conventional psychological terminology. In mainstream psychology, grief has a broader meaning than MRRAF's narrower construct of grief-load. The framework instead uses semantic relativity as a methodological principle: different disciplines and observers may describe the same or related processes using different vocabularies and resolutions. LOVE-0 widens that method by asking whose perspective is missing and whether internal confidence exceeds independently supported evidence.</w:t>
            </w:r>
          </w:p>
          <w:p>
            <w:pPr>
              <w:spacing w:after="26" w:line="240" w:lineRule="auto"/>
            </w:pPr>
            <w:r>
              <w:rPr>
                <w:rFonts w:ascii="Tinos" w:hAnsi="Tinos"/>
                <w:sz w:val="14"/>
              </w:rPr>
            </w:r>
          </w:p>
          <w:p>
            <w:pPr>
              <w:spacing w:after="26" w:line="240" w:lineRule="auto"/>
            </w:pPr>
            <w:r>
              <w:rPr>
                <w:rFonts w:ascii="Tinos" w:hAnsi="Tinos"/>
                <w:sz w:val="14"/>
              </w:rPr>
              <w:t>The framework is contextualised using research on grief as learning, Conservation of Resources theory, Social Baseline Theory, the Dual Process Model of bereavement, meaning maintenance, continuing bonds, self-concept disruption, nostalgia, psychological distance, relational cognition, persuasion, caregiving, and social support.</w:t>
            </w:r>
          </w:p>
          <w:p>
            <w:pPr>
              <w:spacing w:after="26" w:line="240" w:lineRule="auto"/>
            </w:pPr>
            <w:r>
              <w:rPr>
                <w:rFonts w:ascii="Tinos" w:hAnsi="Tinos"/>
                <w:sz w:val="14"/>
              </w:rPr>
            </w:r>
          </w:p>
          <w:p>
            <w:pPr>
              <w:spacing w:after="26" w:line="240" w:lineRule="auto"/>
            </w:pPr>
            <w:r>
              <w:rPr>
                <w:rFonts w:ascii="Tinos" w:hAnsi="Tinos"/>
                <w:sz w:val="14"/>
              </w:rPr>
              <w:t>Across these literatures, a recurring relational pattern emerges: humans construct expectations around people, resources, and environments; significant disruption produces discrepancy and regulatory demand; memory and behaviour attempt to preserve continuity; and adaptation requires updating rather than exact restoration. The LOVE-0 processing lens adds that this updating is safest when correction does not threaten dignity, when help does not become ownership, and when uncertainty remains visible enough to permit learning.</w:t>
            </w:r>
          </w:p>
          <w:p>
            <w:pPr>
              <w:spacing w:after="26" w:line="240" w:lineRule="auto"/>
            </w:pPr>
            <w:r>
              <w:rPr>
                <w:rFonts w:ascii="Tinos" w:hAnsi="Tinos"/>
                <w:sz w:val="14"/>
              </w:rPr>
            </w:r>
          </w:p>
          <w:p>
            <w:pPr>
              <w:spacing w:after="26" w:line="240" w:lineRule="auto"/>
            </w:pPr>
            <w:r>
              <w:rPr>
                <w:rFonts w:ascii="Tinos" w:hAnsi="Tinos"/>
                <w:sz w:val="14"/>
              </w:rPr>
              <w:t>MRRAF therefore proposes that healthy adaptation does not require forgetting the past. It may involve recognising which qualities and functions made a previous configuration important, distinguishing those qualities from the exact historical form in which they occurred, and learning how they relate to the changed present. The processed edition further asks whether the next action supports flourishing without demanding that the new person, object, generation, or social condition reproduce the old one.</w:t>
            </w:r>
          </w:p>
          <w:p>
            <w:pPr>
              <w:spacing w:after="26" w:line="240" w:lineRule="auto"/>
            </w:pPr>
            <w:r>
              <w:rPr>
                <w:rFonts w:ascii="Tinos" w:hAnsi="Tinos"/>
                <w:sz w:val="14"/>
              </w:rPr>
            </w:r>
          </w:p>
          <w:p>
            <w:pPr>
              <w:spacing w:after="26" w:line="240" w:lineRule="auto"/>
            </w:pPr>
            <w:r>
              <w:rPr>
                <w:rFonts w:ascii="Tinos" w:hAnsi="Tinos"/>
                <w:sz w:val="14"/>
              </w:rPr>
              <w:t>Keywords: loss, grief, sadness, nostalgia, adaptation, resource loss, caregiving, meaning, psychological distance, relational cognition, consumer behaviour, semantic relativity, MRRAF, LOVE-0, care, humility, perspective</w:t>
            </w:r>
          </w:p>
        </w:tc>
      </w:tr>
    </w:tbl>
    <w:p>
      <w:pPr>
        <w:spacing w:after="0"/>
      </w:pPr>
    </w:p>
    <w:p>
      <w:pPr>
        <w:pStyle w:val="Heading1"/>
      </w:pPr>
      <w:r>
        <w:t>1. Introduction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 Introduction</w:t>
            </w:r>
          </w:p>
          <w:p>
            <w:pPr>
              <w:spacing w:after="26" w:line="240" w:lineRule="auto"/>
            </w:pPr>
            <w:r>
              <w:rPr>
                <w:rFonts w:ascii="Tinos" w:hAnsi="Tinos"/>
                <w:sz w:val="14"/>
              </w:rPr>
            </w:r>
          </w:p>
          <w:p>
            <w:pPr>
              <w:spacing w:after="26" w:line="240" w:lineRule="auto"/>
            </w:pPr>
            <w:r>
              <w:rPr>
                <w:rFonts w:ascii="Tinos" w:hAnsi="Tinos"/>
                <w:sz w:val="14"/>
              </w:rPr>
              <w:t>Human beings continuously construct working models of reality.</w:t>
            </w:r>
          </w:p>
          <w:p>
            <w:pPr>
              <w:spacing w:after="26" w:line="240" w:lineRule="auto"/>
            </w:pPr>
            <w:r>
              <w:rPr>
                <w:rFonts w:ascii="Tinos" w:hAnsi="Tinos"/>
                <w:sz w:val="14"/>
              </w:rPr>
            </w:r>
          </w:p>
          <w:p>
            <w:pPr>
              <w:spacing w:after="26" w:line="240" w:lineRule="auto"/>
            </w:pPr>
            <w:r>
              <w:rPr>
                <w:rFonts w:ascii="Tinos" w:hAnsi="Tinos"/>
                <w:sz w:val="14"/>
              </w:rPr>
              <w:t>These models include expectations about:</w:t>
            </w:r>
          </w:p>
          <w:p>
            <w:pPr>
              <w:spacing w:after="26" w:line="240" w:lineRule="auto"/>
            </w:pPr>
            <w:r>
              <w:rPr>
                <w:rFonts w:ascii="Tinos" w:hAnsi="Tinos"/>
                <w:sz w:val="14"/>
              </w:rPr>
            </w:r>
          </w:p>
          <w:p>
            <w:pPr>
              <w:spacing w:after="26" w:line="240" w:lineRule="auto"/>
            </w:pPr>
            <w:r>
              <w:rPr>
                <w:rFonts w:ascii="Tinos" w:hAnsi="Tinos"/>
                <w:sz w:val="14"/>
              </w:rPr>
              <w:t>- who will be present,</w:t>
            </w:r>
          </w:p>
          <w:p>
            <w:pPr>
              <w:spacing w:after="26" w:line="240" w:lineRule="auto"/>
            </w:pPr>
            <w:r>
              <w:rPr>
                <w:rFonts w:ascii="Tinos" w:hAnsi="Tinos"/>
                <w:sz w:val="14"/>
              </w:rPr>
              <w:t>- what resources will remain available,</w:t>
            </w:r>
          </w:p>
          <w:p>
            <w:pPr>
              <w:spacing w:after="26" w:line="240" w:lineRule="auto"/>
            </w:pPr>
            <w:r>
              <w:rPr>
                <w:rFonts w:ascii="Tinos" w:hAnsi="Tinos"/>
                <w:sz w:val="14"/>
              </w:rPr>
              <w:t>- what roles people perform,</w:t>
            </w:r>
          </w:p>
          <w:p>
            <w:pPr>
              <w:spacing w:after="26" w:line="240" w:lineRule="auto"/>
            </w:pPr>
            <w:r>
              <w:rPr>
                <w:rFonts w:ascii="Tinos" w:hAnsi="Tinos"/>
                <w:sz w:val="14"/>
              </w:rPr>
              <w:t>- what places feel familiar,</w:t>
            </w:r>
          </w:p>
          <w:p>
            <w:pPr>
              <w:spacing w:after="26" w:line="240" w:lineRule="auto"/>
            </w:pPr>
            <w:r>
              <w:rPr>
                <w:rFonts w:ascii="Tinos" w:hAnsi="Tinos"/>
                <w:sz w:val="14"/>
              </w:rPr>
              <w:t>- what behaviour produces particular outcomes,</w:t>
            </w:r>
          </w:p>
          <w:p>
            <w:pPr>
              <w:spacing w:after="26" w:line="240" w:lineRule="auto"/>
            </w:pPr>
            <w:r>
              <w:rPr>
                <w:rFonts w:ascii="Tinos" w:hAnsi="Tinos"/>
                <w:sz w:val="14"/>
              </w:rPr>
              <w:t>- what relationships mean,</w:t>
            </w:r>
          </w:p>
          <w:p>
            <w:pPr>
              <w:spacing w:after="26" w:line="240" w:lineRule="auto"/>
            </w:pPr>
            <w:r>
              <w:rPr>
                <w:rFonts w:ascii="Tinos" w:hAnsi="Tinos"/>
                <w:sz w:val="14"/>
              </w:rPr>
              <w:t>- and what tomorrow will probably resemble.</w:t>
            </w:r>
          </w:p>
          <w:p>
            <w:pPr>
              <w:spacing w:after="26" w:line="240" w:lineRule="auto"/>
            </w:pPr>
            <w:r>
              <w:rPr>
                <w:rFonts w:ascii="Tinos" w:hAnsi="Tinos"/>
                <w:sz w:val="14"/>
              </w:rPr>
            </w:r>
          </w:p>
          <w:p>
            <w:pPr>
              <w:spacing w:after="26" w:line="240" w:lineRule="auto"/>
            </w:pPr>
            <w:r>
              <w:rPr>
                <w:rFonts w:ascii="Tinos" w:hAnsi="Tinos"/>
                <w:sz w:val="14"/>
              </w:rPr>
              <w:t>These expectations are not necessarily conscious.</w:t>
            </w:r>
          </w:p>
          <w:p>
            <w:pPr>
              <w:spacing w:after="26" w:line="240" w:lineRule="auto"/>
            </w:pPr>
            <w:r>
              <w:rPr>
                <w:rFonts w:ascii="Tinos" w:hAnsi="Tinos"/>
                <w:sz w:val="14"/>
              </w:rPr>
            </w:r>
          </w:p>
          <w:p>
            <w:pPr>
              <w:spacing w:after="26" w:line="240" w:lineRule="auto"/>
            </w:pPr>
            <w:r>
              <w:rPr>
                <w:rFonts w:ascii="Tinos" w:hAnsi="Tinos"/>
                <w:sz w:val="14"/>
              </w:rPr>
              <w:t>They may be embedded in routines, bodily regulation, attachment, memory, economic arrangements, social identity, language, and behaviour.</w:t>
            </w:r>
          </w:p>
          <w:p>
            <w:pPr>
              <w:spacing w:after="26" w:line="240" w:lineRule="auto"/>
            </w:pPr>
            <w:r>
              <w:rPr>
                <w:rFonts w:ascii="Tinos" w:hAnsi="Tinos"/>
                <w:sz w:val="14"/>
              </w:rPr>
            </w:r>
          </w:p>
          <w:p>
            <w:pPr>
              <w:spacing w:after="26" w:line="240" w:lineRule="auto"/>
            </w:pPr>
            <w:r>
              <w:rPr>
                <w:rFonts w:ascii="Tinos" w:hAnsi="Tinos"/>
                <w:sz w:val="14"/>
              </w:rPr>
              <w:t>A significant loss changes the environment faster than every part of the person can necessarily update.</w:t>
            </w:r>
          </w:p>
          <w:p>
            <w:pPr>
              <w:spacing w:after="26" w:line="240" w:lineRule="auto"/>
            </w:pPr>
            <w:r>
              <w:rPr>
                <w:rFonts w:ascii="Tinos" w:hAnsi="Tinos"/>
                <w:sz w:val="14"/>
              </w:rPr>
            </w:r>
          </w:p>
          <w:p>
            <w:pPr>
              <w:spacing w:after="26" w:line="240" w:lineRule="auto"/>
            </w:pPr>
            <w:r>
              <w:rPr>
                <w:rFonts w:ascii="Tinos" w:hAnsi="Tinos"/>
                <w:sz w:val="14"/>
              </w:rPr>
              <w:t>The world may have changed immediately.</w:t>
            </w:r>
          </w:p>
          <w:p>
            <w:pPr>
              <w:spacing w:after="26" w:line="240" w:lineRule="auto"/>
            </w:pPr>
            <w:r>
              <w:rPr>
                <w:rFonts w:ascii="Tinos" w:hAnsi="Tinos"/>
                <w:sz w:val="14"/>
              </w:rPr>
            </w:r>
          </w:p>
          <w:p>
            <w:pPr>
              <w:spacing w:after="26" w:line="240" w:lineRule="auto"/>
            </w:pPr>
            <w:r>
              <w:rPr>
                <w:rFonts w:ascii="Tinos" w:hAnsi="Tinos"/>
                <w:sz w:val="14"/>
              </w:rPr>
              <w:t>The person's internal relationships with that world may change at different rates.</w:t>
            </w:r>
          </w:p>
          <w:p>
            <w:pPr>
              <w:spacing w:after="26" w:line="240" w:lineRule="auto"/>
            </w:pPr>
            <w:r>
              <w:rPr>
                <w:rFonts w:ascii="Tinos" w:hAnsi="Tinos"/>
                <w:sz w:val="14"/>
              </w:rPr>
            </w:r>
          </w:p>
          <w:p>
            <w:pPr>
              <w:spacing w:after="26" w:line="240" w:lineRule="auto"/>
            </w:pPr>
            <w:r>
              <w:rPr>
                <w:rFonts w:ascii="Tinos" w:hAnsi="Tinos"/>
                <w:sz w:val="14"/>
              </w:rPr>
              <w:t>MRRAF begins with that discrepancy.</w:t>
            </w:r>
          </w:p>
          <w:p>
            <w:pPr>
              <w:spacing w:after="26" w:line="240" w:lineRule="auto"/>
            </w:pPr>
            <w:r>
              <w:rPr>
                <w:rFonts w:ascii="Tinos" w:hAnsi="Tinos"/>
                <w:sz w:val="14"/>
              </w:rPr>
            </w:r>
          </w:p>
          <w:p>
            <w:pPr>
              <w:spacing w:after="26" w:line="240" w:lineRule="auto"/>
            </w:pPr>
            <w:r>
              <w:rPr>
                <w:rFonts w:ascii="Tinos" w:hAnsi="Tinos"/>
                <w:sz w:val="14"/>
              </w:rPr>
              <w:t>Its central proposition is:</w:t>
            </w:r>
          </w:p>
          <w:p>
            <w:pPr>
              <w:spacing w:after="26" w:line="240" w:lineRule="auto"/>
            </w:pPr>
            <w:r>
              <w:rPr>
                <w:rFonts w:ascii="Tinos" w:hAnsi="Tinos"/>
                <w:sz w:val="14"/>
              </w:rPr>
            </w:r>
          </w:p>
          <w:p>
            <w:pPr>
              <w:spacing w:after="26" w:line="240" w:lineRule="auto"/>
            </w:pPr>
            <w:r>
              <w:rPr>
                <w:rFonts w:ascii="Tinos" w:hAnsi="Tinos"/>
                <w:sz w:val="14"/>
              </w:rPr>
              <w:t>Loss changes a previously learned relationship between a person and the world. Adaptation is the multi-level process through which that relationship is reorganised.</w:t>
            </w:r>
          </w:p>
          <w:p>
            <w:pPr>
              <w:spacing w:after="26" w:line="240" w:lineRule="auto"/>
            </w:pPr>
            <w:r>
              <w:rPr>
                <w:rFonts w:ascii="Tinos" w:hAnsi="Tinos"/>
                <w:sz w:val="14"/>
              </w:rPr>
            </w:r>
          </w:p>
          <w:p>
            <w:pPr>
              <w:spacing w:after="26" w:line="240" w:lineRule="auto"/>
            </w:pPr>
            <w:r>
              <w:rPr>
                <w:rFonts w:ascii="Tinos" w:hAnsi="Tinos"/>
                <w:sz w:val="14"/>
              </w:rPr>
              <w:t>This proposition does not reduce grief to information processing, nor does it claim that human beings operate like digital computers. Rather, it provides a relational structure capable of being examined at biological, psychological, interpersonal, social, economic, temporal, and semantic resolutions.</w:t>
            </w:r>
          </w:p>
        </w:tc>
        <w:tc>
          <w:tcPr>
            <w:tcW w:type="dxa" w:w="7913"/>
            <w:tcMar>
              <w:top w:w="55" w:type="dxa"/>
              <w:start w:w="70" w:type="dxa"/>
              <w:bottom w:w="55" w:type="dxa"/>
              <w:end w:w="70" w:type="dxa"/>
            </w:tcMar>
            <w:vAlign w:val="top"/>
          </w:tcPr>
          <w:p>
            <w:pPr>
              <w:spacing w:after="26" w:line="240" w:lineRule="auto"/>
            </w:pPr>
            <w:r/>
            <w:r>
              <w:rPr>
                <w:rFonts w:ascii="Tinos" w:hAnsi="Tinos"/>
                <w:sz w:val="14"/>
              </w:rPr>
              <w:t>1. Introduction</w:t>
            </w:r>
          </w:p>
          <w:p>
            <w:pPr>
              <w:spacing w:after="26" w:line="240" w:lineRule="auto"/>
            </w:pPr>
            <w:r>
              <w:rPr>
                <w:rFonts w:ascii="Tinos" w:hAnsi="Tinos"/>
                <w:sz w:val="14"/>
              </w:rPr>
            </w:r>
          </w:p>
          <w:p>
            <w:pPr>
              <w:spacing w:after="26" w:line="240" w:lineRule="auto"/>
            </w:pPr>
            <w:r>
              <w:rPr>
                <w:rFonts w:ascii="Tinos" w:hAnsi="Tinos"/>
                <w:sz w:val="14"/>
              </w:rPr>
              <w:t>Human beings continuously construct working models of reality. LOVE-0 begins by listening to those models as necessary but incomplete representations rather than as reality itself.</w:t>
            </w:r>
          </w:p>
          <w:p>
            <w:pPr>
              <w:spacing w:after="26" w:line="240" w:lineRule="auto"/>
            </w:pPr>
            <w:r>
              <w:rPr>
                <w:rFonts w:ascii="Tinos" w:hAnsi="Tinos"/>
                <w:sz w:val="14"/>
              </w:rPr>
            </w:r>
          </w:p>
          <w:p>
            <w:pPr>
              <w:spacing w:after="26" w:line="240" w:lineRule="auto"/>
            </w:pPr>
            <w:r>
              <w:rPr>
                <w:rFonts w:ascii="Tinos" w:hAnsi="Tinos"/>
                <w:sz w:val="14"/>
              </w:rPr>
              <w:t>These models include expectations about:</w:t>
            </w:r>
          </w:p>
          <w:p>
            <w:pPr>
              <w:spacing w:after="26" w:line="240" w:lineRule="auto"/>
            </w:pPr>
            <w:r>
              <w:rPr>
                <w:rFonts w:ascii="Tinos" w:hAnsi="Tinos"/>
                <w:sz w:val="14"/>
              </w:rPr>
            </w:r>
          </w:p>
          <w:p>
            <w:pPr>
              <w:spacing w:after="26" w:line="240" w:lineRule="auto"/>
            </w:pPr>
            <w:r>
              <w:rPr>
                <w:rFonts w:ascii="Tinos" w:hAnsi="Tinos"/>
                <w:sz w:val="14"/>
              </w:rPr>
              <w:t>- who will be present,</w:t>
            </w:r>
          </w:p>
          <w:p>
            <w:pPr>
              <w:spacing w:after="26" w:line="240" w:lineRule="auto"/>
            </w:pPr>
            <w:r>
              <w:rPr>
                <w:rFonts w:ascii="Tinos" w:hAnsi="Tinos"/>
                <w:sz w:val="14"/>
              </w:rPr>
              <w:t>- what resources will remain available,</w:t>
            </w:r>
          </w:p>
          <w:p>
            <w:pPr>
              <w:spacing w:after="26" w:line="240" w:lineRule="auto"/>
            </w:pPr>
            <w:r>
              <w:rPr>
                <w:rFonts w:ascii="Tinos" w:hAnsi="Tinos"/>
                <w:sz w:val="14"/>
              </w:rPr>
              <w:t>- what roles people perform,</w:t>
            </w:r>
          </w:p>
          <w:p>
            <w:pPr>
              <w:spacing w:after="26" w:line="240" w:lineRule="auto"/>
            </w:pPr>
            <w:r>
              <w:rPr>
                <w:rFonts w:ascii="Tinos" w:hAnsi="Tinos"/>
                <w:sz w:val="14"/>
              </w:rPr>
              <w:t>- what places feel familiar,</w:t>
            </w:r>
          </w:p>
          <w:p>
            <w:pPr>
              <w:spacing w:after="26" w:line="240" w:lineRule="auto"/>
            </w:pPr>
            <w:r>
              <w:rPr>
                <w:rFonts w:ascii="Tinos" w:hAnsi="Tinos"/>
                <w:sz w:val="14"/>
              </w:rPr>
              <w:t>- what behaviour produces particular outcomes,</w:t>
            </w:r>
          </w:p>
          <w:p>
            <w:pPr>
              <w:spacing w:after="26" w:line="240" w:lineRule="auto"/>
            </w:pPr>
            <w:r>
              <w:rPr>
                <w:rFonts w:ascii="Tinos" w:hAnsi="Tinos"/>
                <w:sz w:val="14"/>
              </w:rPr>
              <w:t>- what relationships mean,</w:t>
            </w:r>
          </w:p>
          <w:p>
            <w:pPr>
              <w:spacing w:after="26" w:line="240" w:lineRule="auto"/>
            </w:pPr>
            <w:r>
              <w:rPr>
                <w:rFonts w:ascii="Tinos" w:hAnsi="Tinos"/>
                <w:sz w:val="14"/>
              </w:rPr>
              <w:t>- and what tomorrow will probably resemble.</w:t>
            </w:r>
          </w:p>
          <w:p>
            <w:pPr>
              <w:spacing w:after="26" w:line="240" w:lineRule="auto"/>
            </w:pPr>
            <w:r>
              <w:rPr>
                <w:rFonts w:ascii="Tinos" w:hAnsi="Tinos"/>
                <w:sz w:val="14"/>
              </w:rPr>
            </w:r>
          </w:p>
          <w:p>
            <w:pPr>
              <w:spacing w:after="26" w:line="240" w:lineRule="auto"/>
            </w:pPr>
            <w:r>
              <w:rPr>
                <w:rFonts w:ascii="Tinos" w:hAnsi="Tinos"/>
                <w:sz w:val="14"/>
              </w:rPr>
              <w:t>These expectations are not necessarily conscious. They may be embedded in routines, bodily regulation, attachment, memory, economic arrangements, social identity, language, and behaviour.</w:t>
            </w:r>
          </w:p>
          <w:p>
            <w:pPr>
              <w:spacing w:after="26" w:line="240" w:lineRule="auto"/>
            </w:pPr>
            <w:r>
              <w:rPr>
                <w:rFonts w:ascii="Tinos" w:hAnsi="Tinos"/>
                <w:sz w:val="14"/>
              </w:rPr>
            </w:r>
          </w:p>
          <w:p>
            <w:pPr>
              <w:spacing w:after="26" w:line="240" w:lineRule="auto"/>
            </w:pPr>
            <w:r>
              <w:rPr>
                <w:rFonts w:ascii="Tinos" w:hAnsi="Tinos"/>
                <w:sz w:val="14"/>
              </w:rPr>
              <w:t>A significant loss can change the environment faster than every part of the person can update. The world may have changed immediately while different bodily, emotional, behavioural, social, and semantic systems continue to operate with expectations learned under the previous condition.</w:t>
            </w:r>
          </w:p>
          <w:p>
            <w:pPr>
              <w:spacing w:after="26" w:line="240" w:lineRule="auto"/>
            </w:pPr>
            <w:r>
              <w:rPr>
                <w:rFonts w:ascii="Tinos" w:hAnsi="Tinos"/>
                <w:sz w:val="14"/>
              </w:rPr>
            </w:r>
          </w:p>
          <w:p>
            <w:pPr>
              <w:spacing w:after="26" w:line="240" w:lineRule="auto"/>
            </w:pPr>
            <w:r>
              <w:rPr>
                <w:rFonts w:ascii="Tinos" w:hAnsi="Tinos"/>
                <w:sz w:val="14"/>
              </w:rPr>
              <w:t>MRRAF begins with that discrepancy. LOVE-0 asks that the discrepancy first be observed without turning it immediately into blame, compulsory explanation, or forced restoration.</w:t>
            </w:r>
          </w:p>
          <w:p>
            <w:pPr>
              <w:spacing w:after="26" w:line="240" w:lineRule="auto"/>
            </w:pPr>
            <w:r>
              <w:rPr>
                <w:rFonts w:ascii="Tinos" w:hAnsi="Tinos"/>
                <w:sz w:val="14"/>
              </w:rPr>
            </w:r>
          </w:p>
          <w:p>
            <w:pPr>
              <w:spacing w:after="26" w:line="240" w:lineRule="auto"/>
            </w:pPr>
            <w:r>
              <w:rPr>
                <w:rFonts w:ascii="Tinos" w:hAnsi="Tinos"/>
                <w:sz w:val="14"/>
              </w:rPr>
              <w:t>Its central proposition remains:</w:t>
            </w:r>
          </w:p>
          <w:p>
            <w:pPr>
              <w:spacing w:after="26" w:line="240" w:lineRule="auto"/>
            </w:pPr>
            <w:r>
              <w:rPr>
                <w:rFonts w:ascii="Tinos" w:hAnsi="Tinos"/>
                <w:sz w:val="14"/>
              </w:rPr>
            </w:r>
          </w:p>
          <w:p>
            <w:pPr>
              <w:spacing w:after="26" w:line="240" w:lineRule="auto"/>
            </w:pPr>
            <w:r>
              <w:rPr>
                <w:rFonts w:ascii="Tinos" w:hAnsi="Tinos"/>
                <w:sz w:val="14"/>
              </w:rPr>
              <w:t>Loss changes a previously learned relationship between a person and the world. Adaptation is the multi-level process through which that relationship is reorganised.</w:t>
            </w:r>
          </w:p>
          <w:p>
            <w:pPr>
              <w:spacing w:after="26" w:line="240" w:lineRule="auto"/>
            </w:pPr>
            <w:r>
              <w:rPr>
                <w:rFonts w:ascii="Tinos" w:hAnsi="Tinos"/>
                <w:sz w:val="14"/>
              </w:rPr>
            </w:r>
          </w:p>
          <w:p>
            <w:pPr>
              <w:spacing w:after="26" w:line="240" w:lineRule="auto"/>
            </w:pPr>
            <w:r>
              <w:rPr>
                <w:rFonts w:ascii="Tinos" w:hAnsi="Tinos"/>
                <w:sz w:val="14"/>
              </w:rPr>
              <w:t>The care-oriented addition is not that adaptation must be pleasant or fast. It is that the person should retain dignity and as much agency as circumstances safely allow while the model updates. A helper, institution, market actor, family member, or the grieving person's own urgent protective impulses should not assume that distress itself authorises control.</w:t>
            </w:r>
          </w:p>
          <w:p>
            <w:pPr>
              <w:spacing w:after="26" w:line="240" w:lineRule="auto"/>
            </w:pPr>
            <w:r>
              <w:rPr>
                <w:rFonts w:ascii="Tinos" w:hAnsi="Tinos"/>
                <w:sz w:val="14"/>
              </w:rPr>
            </w:r>
          </w:p>
          <w:p>
            <w:pPr>
              <w:spacing w:after="26" w:line="240" w:lineRule="auto"/>
            </w:pPr>
            <w:r>
              <w:rPr>
                <w:rFonts w:ascii="Tinos" w:hAnsi="Tinos"/>
                <w:sz w:val="14"/>
              </w:rPr>
              <w:t>This proposition does not reduce grief to information processing, nor does it claim that human beings operate like digital computers. Rather, it provides a relational structure capable of being examined at biological, psychological, interpersonal, social, economic, temporal, and semantic resolutions while remaining open to correction by perspectives the initial model may have missed.</w:t>
            </w:r>
          </w:p>
        </w:tc>
      </w:tr>
    </w:tbl>
    <w:p>
      <w:pPr>
        <w:spacing w:after="0"/>
      </w:pPr>
    </w:p>
    <w:p>
      <w:pPr>
        <w:pStyle w:val="Heading1"/>
      </w:pPr>
      <w:r>
        <w:t>2. Epistemic Position: A Model Must Know That It Is a Model</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 Epistemic Position: A Model Must Know That It Is a Model</w:t>
            </w:r>
          </w:p>
          <w:p>
            <w:pPr>
              <w:spacing w:after="26" w:line="240" w:lineRule="auto"/>
            </w:pPr>
            <w:r>
              <w:rPr>
                <w:rFonts w:ascii="Tinos" w:hAnsi="Tinos"/>
                <w:sz w:val="14"/>
              </w:rPr>
            </w:r>
          </w:p>
          <w:p>
            <w:pPr>
              <w:spacing w:after="26" w:line="240" w:lineRule="auto"/>
            </w:pPr>
            <w:r>
              <w:rPr>
                <w:rFonts w:ascii="Tinos" w:hAnsi="Tinos"/>
                <w:sz w:val="14"/>
              </w:rPr>
              <w:t>MRRAF is deliberately presented as a working conceptual framework rather than a final explanation of grief, consciousness, love, or life.</w:t>
            </w:r>
          </w:p>
          <w:p>
            <w:pPr>
              <w:spacing w:after="26" w:line="240" w:lineRule="auto"/>
            </w:pPr>
            <w:r>
              <w:rPr>
                <w:rFonts w:ascii="Tinos" w:hAnsi="Tinos"/>
                <w:sz w:val="14"/>
              </w:rPr>
            </w:r>
          </w:p>
          <w:p>
            <w:pPr>
              <w:spacing w:after="26" w:line="240" w:lineRule="auto"/>
            </w:pPr>
            <w:r>
              <w:rPr>
                <w:rFonts w:ascii="Tinos" w:hAnsi="Tinos"/>
                <w:sz w:val="14"/>
              </w:rPr>
              <w:t>This is not merely caution.</w:t>
            </w:r>
          </w:p>
          <w:p>
            <w:pPr>
              <w:spacing w:after="26" w:line="240" w:lineRule="auto"/>
            </w:pPr>
            <w:r>
              <w:rPr>
                <w:rFonts w:ascii="Tinos" w:hAnsi="Tinos"/>
                <w:sz w:val="14"/>
              </w:rPr>
            </w:r>
          </w:p>
          <w:p>
            <w:pPr>
              <w:spacing w:after="26" w:line="240" w:lineRule="auto"/>
            </w:pPr>
            <w:r>
              <w:rPr>
                <w:rFonts w:ascii="Tinos" w:hAnsi="Tinos"/>
                <w:sz w:val="14"/>
              </w:rPr>
              <w:t>It is part of the framework itself.</w:t>
            </w:r>
          </w:p>
          <w:p>
            <w:pPr>
              <w:spacing w:after="26" w:line="240" w:lineRule="auto"/>
            </w:pPr>
            <w:r>
              <w:rPr>
                <w:rFonts w:ascii="Tinos" w:hAnsi="Tinos"/>
                <w:sz w:val="14"/>
              </w:rPr>
            </w:r>
          </w:p>
          <w:p>
            <w:pPr>
              <w:spacing w:after="26" w:line="240" w:lineRule="auto"/>
            </w:pPr>
            <w:r>
              <w:rPr>
                <w:rFonts w:ascii="Tinos" w:hAnsi="Tinos"/>
                <w:sz w:val="14"/>
              </w:rPr>
              <w:t>A model becomes less capable of learning when preserving its existing explanation becomes more important than receiving contradictory information.</w:t>
            </w:r>
          </w:p>
          <w:p>
            <w:pPr>
              <w:spacing w:after="26" w:line="240" w:lineRule="auto"/>
            </w:pPr>
            <w:r>
              <w:rPr>
                <w:rFonts w:ascii="Tinos" w:hAnsi="Tinos"/>
                <w:sz w:val="14"/>
              </w:rPr>
            </w:r>
          </w:p>
          <w:p>
            <w:pPr>
              <w:spacing w:after="26" w:line="240" w:lineRule="auto"/>
            </w:pPr>
            <w:r>
              <w:rPr>
                <w:rFonts w:ascii="Tinos" w:hAnsi="Tinos"/>
                <w:sz w:val="14"/>
              </w:rPr>
              <w:t>The starting position is therefore:</w:t>
            </w:r>
          </w:p>
          <w:p>
            <w:pPr>
              <w:spacing w:after="26" w:line="240" w:lineRule="auto"/>
            </w:pPr>
            <w:r>
              <w:rPr>
                <w:rFonts w:ascii="Tinos" w:hAnsi="Tinos"/>
                <w:sz w:val="14"/>
              </w:rPr>
            </w:r>
          </w:p>
          <w:p>
            <w:pPr>
              <w:spacing w:after="26" w:line="240" w:lineRule="auto"/>
            </w:pPr>
            <w:r>
              <w:rPr>
                <w:rFonts w:ascii="Tinos" w:hAnsi="Tinos"/>
                <w:sz w:val="14"/>
              </w:rPr>
              <w:t>I do not possess the complete picture.</w:t>
            </w:r>
          </w:p>
          <w:p>
            <w:pPr>
              <w:spacing w:after="26" w:line="240" w:lineRule="auto"/>
            </w:pPr>
            <w:r>
              <w:rPr>
                <w:rFonts w:ascii="Tinos" w:hAnsi="Tinos"/>
                <w:sz w:val="14"/>
              </w:rPr>
            </w:r>
          </w:p>
          <w:p>
            <w:pPr>
              <w:spacing w:after="26" w:line="240" w:lineRule="auto"/>
            </w:pPr>
            <w:r>
              <w:rPr>
                <w:rFonts w:ascii="Tinos" w:hAnsi="Tinos"/>
                <w:sz w:val="14"/>
              </w:rPr>
              <w:t>That does not mean nothing can be known.</w:t>
            </w:r>
          </w:p>
          <w:p>
            <w:pPr>
              <w:spacing w:after="26" w:line="240" w:lineRule="auto"/>
            </w:pPr>
            <w:r>
              <w:rPr>
                <w:rFonts w:ascii="Tinos" w:hAnsi="Tinos"/>
                <w:sz w:val="14"/>
              </w:rPr>
            </w:r>
          </w:p>
          <w:p>
            <w:pPr>
              <w:spacing w:after="26" w:line="240" w:lineRule="auto"/>
            </w:pPr>
            <w:r>
              <w:rPr>
                <w:rFonts w:ascii="Tinos" w:hAnsi="Tinos"/>
                <w:sz w:val="14"/>
              </w:rPr>
              <w:t>It means knowledge can carry different levels of confidence.</w:t>
            </w:r>
          </w:p>
          <w:p>
            <w:pPr>
              <w:spacing w:after="26" w:line="240" w:lineRule="auto"/>
            </w:pPr>
            <w:r>
              <w:rPr>
                <w:rFonts w:ascii="Tinos" w:hAnsi="Tinos"/>
                <w:sz w:val="14"/>
              </w:rPr>
            </w:r>
          </w:p>
          <w:p>
            <w:pPr>
              <w:spacing w:after="26" w:line="240" w:lineRule="auto"/>
            </w:pPr>
            <w:r>
              <w:rPr>
                <w:rFonts w:ascii="Tinos" w:hAnsi="Tinos"/>
                <w:sz w:val="14"/>
              </w:rPr>
              <w:t>MRRAF distinguishes between:</w:t>
            </w:r>
          </w:p>
          <w:p>
            <w:pPr>
              <w:spacing w:after="26" w:line="240" w:lineRule="auto"/>
            </w:pPr>
            <w:r>
              <w:rPr>
                <w:rFonts w:ascii="Tinos" w:hAnsi="Tinos"/>
                <w:sz w:val="14"/>
              </w:rPr>
            </w:r>
          </w:p>
          <w:p>
            <w:pPr>
              <w:spacing w:after="26" w:line="240" w:lineRule="auto"/>
            </w:pPr>
            <w:r>
              <w:rPr>
                <w:rFonts w:ascii="Tinos" w:hAnsi="Tinos"/>
                <w:sz w:val="14"/>
              </w:rPr>
              <w:t>Observed: directly detected or measured.</w:t>
            </w:r>
          </w:p>
          <w:p>
            <w:pPr>
              <w:spacing w:after="26" w:line="240" w:lineRule="auto"/>
            </w:pPr>
            <w:r>
              <w:rPr>
                <w:rFonts w:ascii="Tinos" w:hAnsi="Tinos"/>
                <w:sz w:val="14"/>
              </w:rPr>
            </w:r>
          </w:p>
          <w:p>
            <w:pPr>
              <w:spacing w:after="26" w:line="240" w:lineRule="auto"/>
            </w:pPr>
            <w:r>
              <w:rPr>
                <w:rFonts w:ascii="Tinos" w:hAnsi="Tinos"/>
                <w:sz w:val="14"/>
              </w:rPr>
              <w:t>Corroborated: supported independently by more than one observation or source.</w:t>
            </w:r>
          </w:p>
          <w:p>
            <w:pPr>
              <w:spacing w:after="26" w:line="240" w:lineRule="auto"/>
            </w:pPr>
            <w:r>
              <w:rPr>
                <w:rFonts w:ascii="Tinos" w:hAnsi="Tinos"/>
                <w:sz w:val="14"/>
              </w:rPr>
            </w:r>
          </w:p>
          <w:p>
            <w:pPr>
              <w:spacing w:after="26" w:line="240" w:lineRule="auto"/>
            </w:pPr>
            <w:r>
              <w:rPr>
                <w:rFonts w:ascii="Tinos" w:hAnsi="Tinos"/>
                <w:sz w:val="14"/>
              </w:rPr>
              <w:t>Inferred: a conclusion supported by evidence but not directly observed.</w:t>
            </w:r>
          </w:p>
          <w:p>
            <w:pPr>
              <w:spacing w:after="26" w:line="240" w:lineRule="auto"/>
            </w:pPr>
            <w:r>
              <w:rPr>
                <w:rFonts w:ascii="Tinos" w:hAnsi="Tinos"/>
                <w:sz w:val="14"/>
              </w:rPr>
            </w:r>
          </w:p>
          <w:p>
            <w:pPr>
              <w:spacing w:after="26" w:line="240" w:lineRule="auto"/>
            </w:pPr>
            <w:r>
              <w:rPr>
                <w:rFonts w:ascii="Tinos" w:hAnsi="Tinos"/>
                <w:sz w:val="14"/>
              </w:rPr>
              <w:t>Hypothesised: a proposed explanation that remains open to testing.</w:t>
            </w:r>
          </w:p>
          <w:p>
            <w:pPr>
              <w:spacing w:after="26" w:line="240" w:lineRule="auto"/>
            </w:pPr>
            <w:r>
              <w:rPr>
                <w:rFonts w:ascii="Tinos" w:hAnsi="Tinos"/>
                <w:sz w:val="14"/>
              </w:rPr>
            </w:r>
          </w:p>
          <w:p>
            <w:pPr>
              <w:spacing w:after="26" w:line="240" w:lineRule="auto"/>
            </w:pPr>
            <w:r>
              <w:rPr>
                <w:rFonts w:ascii="Tinos" w:hAnsi="Tinos"/>
                <w:sz w:val="14"/>
              </w:rPr>
              <w:t>Unknown: insufficiently resolved.</w:t>
            </w:r>
          </w:p>
          <w:p>
            <w:pPr>
              <w:spacing w:after="26" w:line="240" w:lineRule="auto"/>
            </w:pPr>
            <w:r>
              <w:rPr>
                <w:rFonts w:ascii="Tinos" w:hAnsi="Tinos"/>
                <w:sz w:val="14"/>
              </w:rPr>
            </w:r>
          </w:p>
          <w:p>
            <w:pPr>
              <w:spacing w:after="26" w:line="240" w:lineRule="auto"/>
            </w:pPr>
            <w:r>
              <w:rPr>
                <w:rFonts w:ascii="Tinos" w:hAnsi="Tinos"/>
                <w:sz w:val="14"/>
              </w:rPr>
              <w:t>This permits investigation without forcing every question prematurely into true/false or right/wrong categories.</w:t>
            </w:r>
          </w:p>
          <w:p>
            <w:pPr>
              <w:spacing w:after="26" w:line="240" w:lineRule="auto"/>
            </w:pPr>
            <w:r>
              <w:rPr>
                <w:rFonts w:ascii="Tinos" w:hAnsi="Tinos"/>
                <w:sz w:val="14"/>
              </w:rPr>
            </w:r>
          </w:p>
          <w:p>
            <w:pPr>
              <w:spacing w:after="26" w:line="240" w:lineRule="auto"/>
            </w:pPr>
            <w:r>
              <w:rPr>
                <w:rFonts w:ascii="Tinos" w:hAnsi="Tinos"/>
                <w:sz w:val="14"/>
              </w:rPr>
              <w:t>Being wrong is not the opposite of learning.</w:t>
            </w:r>
          </w:p>
          <w:p>
            <w:pPr>
              <w:spacing w:after="26" w:line="240" w:lineRule="auto"/>
            </w:pPr>
            <w:r>
              <w:rPr>
                <w:rFonts w:ascii="Tinos" w:hAnsi="Tinos"/>
                <w:sz w:val="14"/>
              </w:rPr>
            </w:r>
          </w:p>
          <w:p>
            <w:pPr>
              <w:spacing w:after="26" w:line="240" w:lineRule="auto"/>
            </w:pPr>
            <w:r>
              <w:rPr>
                <w:rFonts w:ascii="Tinos" w:hAnsi="Tinos"/>
                <w:sz w:val="14"/>
              </w:rPr>
              <w:t>Recognising error is one of the mechanisms by which learning occurs.</w:t>
            </w:r>
          </w:p>
          <w:p>
            <w:pPr>
              <w:spacing w:after="26" w:line="240" w:lineRule="auto"/>
            </w:pPr>
            <w:r>
              <w:rPr>
                <w:rFonts w:ascii="Tinos" w:hAnsi="Tinos"/>
                <w:sz w:val="14"/>
              </w:rPr>
            </w:r>
          </w:p>
          <w:p>
            <w:pPr>
              <w:spacing w:after="26" w:line="240" w:lineRule="auto"/>
            </w:pPr>
            <w:r>
              <w:rPr>
                <w:rFonts w:ascii="Tinos" w:hAnsi="Tinos"/>
                <w:sz w:val="14"/>
              </w:rPr>
              <w:t>A useful epistemic sequence is therefore:</w:t>
            </w:r>
          </w:p>
          <w:p>
            <w:pPr>
              <w:spacing w:after="26" w:line="240" w:lineRule="auto"/>
            </w:pPr>
            <w:r>
              <w:rPr>
                <w:rFonts w:ascii="Tinos" w:hAnsi="Tinos"/>
                <w:sz w:val="14"/>
              </w:rPr>
            </w:r>
          </w:p>
          <w:p>
            <w:pPr>
              <w:spacing w:after="26" w:line="240" w:lineRule="auto"/>
            </w:pPr>
            <w:r>
              <w:rPr>
                <w:rFonts w:ascii="Tinos" w:hAnsi="Tinos"/>
                <w:sz w:val="14"/>
              </w:rPr>
              <w:t>Question -observation -interpretation -alternatives -testing -comparison -revision -provisional conclusion</w:t>
            </w:r>
          </w:p>
          <w:p>
            <w:pPr>
              <w:spacing w:after="26" w:line="240" w:lineRule="auto"/>
            </w:pPr>
            <w:r>
              <w:rPr>
                <w:rFonts w:ascii="Tinos" w:hAnsi="Tinos"/>
                <w:sz w:val="14"/>
              </w:rPr>
            </w:r>
          </w:p>
          <w:p>
            <w:pPr>
              <w:spacing w:after="26" w:line="240" w:lineRule="auto"/>
            </w:pPr>
            <w:r>
              <w:rPr>
                <w:rFonts w:ascii="Tinos" w:hAnsi="Tinos"/>
                <w:sz w:val="14"/>
              </w:rPr>
              <w:t>The process repeats when new information appears.</w:t>
            </w:r>
          </w:p>
        </w:tc>
        <w:tc>
          <w:tcPr>
            <w:tcW w:type="dxa" w:w="7913"/>
            <w:tcMar>
              <w:top w:w="55" w:type="dxa"/>
              <w:start w:w="70" w:type="dxa"/>
              <w:bottom w:w="55" w:type="dxa"/>
              <w:end w:w="70" w:type="dxa"/>
            </w:tcMar>
            <w:vAlign w:val="top"/>
          </w:tcPr>
          <w:p>
            <w:pPr>
              <w:spacing w:after="26" w:line="240" w:lineRule="auto"/>
            </w:pPr>
            <w:r/>
            <w:r>
              <w:rPr>
                <w:rFonts w:ascii="Tinos" w:hAnsi="Tinos"/>
                <w:sz w:val="14"/>
              </w:rPr>
              <w:t>2. Epistemic Position: A Model Must Know That It Is a Model</w:t>
            </w:r>
          </w:p>
          <w:p>
            <w:pPr>
              <w:spacing w:after="26" w:line="240" w:lineRule="auto"/>
            </w:pPr>
            <w:r>
              <w:rPr>
                <w:rFonts w:ascii="Tinos" w:hAnsi="Tinos"/>
                <w:sz w:val="14"/>
              </w:rPr>
            </w:r>
          </w:p>
          <w:p>
            <w:pPr>
              <w:spacing w:after="26" w:line="240" w:lineRule="auto"/>
            </w:pPr>
            <w:r>
              <w:rPr>
                <w:rFonts w:ascii="Tinos" w:hAnsi="Tinos"/>
                <w:sz w:val="14"/>
              </w:rPr>
              <w:t>MRRAF is deliberately presented as a working conceptual framework rather than a final explanation of grief, consciousness, love, or life. LOVE-0 treats that incompleteness as a safety feature rather than a defect.</w:t>
            </w:r>
          </w:p>
          <w:p>
            <w:pPr>
              <w:spacing w:after="26" w:line="240" w:lineRule="auto"/>
            </w:pPr>
            <w:r>
              <w:rPr>
                <w:rFonts w:ascii="Tinos" w:hAnsi="Tinos"/>
                <w:sz w:val="14"/>
              </w:rPr>
            </w:r>
          </w:p>
          <w:p>
            <w:pPr>
              <w:spacing w:after="26" w:line="240" w:lineRule="auto"/>
            </w:pPr>
            <w:r>
              <w:rPr>
                <w:rFonts w:ascii="Tinos" w:hAnsi="Tinos"/>
                <w:sz w:val="14"/>
              </w:rPr>
              <w:t>A model becomes less capable of learning when preserving its existing explanation becomes more important than receiving contradictory information. The danger increases when being corrected is experienced as humiliation, worthlessness, loss of identity, or loss of control.</w:t>
            </w:r>
          </w:p>
          <w:p>
            <w:pPr>
              <w:spacing w:after="26" w:line="240" w:lineRule="auto"/>
            </w:pPr>
            <w:r>
              <w:rPr>
                <w:rFonts w:ascii="Tinos" w:hAnsi="Tinos"/>
                <w:sz w:val="14"/>
              </w:rPr>
            </w:r>
          </w:p>
          <w:p>
            <w:pPr>
              <w:spacing w:after="26" w:line="240" w:lineRule="auto"/>
            </w:pPr>
            <w:r>
              <w:rPr>
                <w:rFonts w:ascii="Tinos" w:hAnsi="Tinos"/>
                <w:sz w:val="14"/>
              </w:rPr>
              <w:t>The starting position therefore remains:</w:t>
            </w:r>
          </w:p>
          <w:p>
            <w:pPr>
              <w:spacing w:after="26" w:line="240" w:lineRule="auto"/>
            </w:pPr>
            <w:r>
              <w:rPr>
                <w:rFonts w:ascii="Tinos" w:hAnsi="Tinos"/>
                <w:sz w:val="14"/>
              </w:rPr>
            </w:r>
          </w:p>
          <w:p>
            <w:pPr>
              <w:spacing w:after="26" w:line="240" w:lineRule="auto"/>
            </w:pPr>
            <w:r>
              <w:rPr>
                <w:rFonts w:ascii="Tinos" w:hAnsi="Tinos"/>
                <w:sz w:val="14"/>
              </w:rPr>
              <w:t>I do not possess the complete picture.</w:t>
            </w:r>
          </w:p>
          <w:p>
            <w:pPr>
              <w:spacing w:after="26" w:line="240" w:lineRule="auto"/>
            </w:pPr>
            <w:r>
              <w:rPr>
                <w:rFonts w:ascii="Tinos" w:hAnsi="Tinos"/>
                <w:sz w:val="14"/>
              </w:rPr>
            </w:r>
          </w:p>
          <w:p>
            <w:pPr>
              <w:spacing w:after="26" w:line="240" w:lineRule="auto"/>
            </w:pPr>
            <w:r>
              <w:rPr>
                <w:rFonts w:ascii="Tinos" w:hAnsi="Tinos"/>
                <w:sz w:val="14"/>
              </w:rPr>
              <w:t>This does not mean nothing can be known. It means knowledge can carry different levels of confidence and that experiential certainty and evidential support should not be silently treated as the same variable.</w:t>
            </w:r>
          </w:p>
          <w:p>
            <w:pPr>
              <w:spacing w:after="26" w:line="240" w:lineRule="auto"/>
            </w:pPr>
            <w:r>
              <w:rPr>
                <w:rFonts w:ascii="Tinos" w:hAnsi="Tinos"/>
                <w:sz w:val="14"/>
              </w:rPr>
            </w:r>
          </w:p>
          <w:p>
            <w:pPr>
              <w:spacing w:after="26" w:line="240" w:lineRule="auto"/>
            </w:pPr>
            <w:r>
              <w:rPr>
                <w:rFonts w:ascii="Tinos" w:hAnsi="Tinos"/>
                <w:sz w:val="14"/>
              </w:rPr>
              <w:t>MRRAF distinguishes between:</w:t>
            </w:r>
          </w:p>
          <w:p>
            <w:pPr>
              <w:spacing w:after="26" w:line="240" w:lineRule="auto"/>
            </w:pPr>
            <w:r>
              <w:rPr>
                <w:rFonts w:ascii="Tinos" w:hAnsi="Tinos"/>
                <w:sz w:val="14"/>
              </w:rPr>
            </w:r>
          </w:p>
          <w:p>
            <w:pPr>
              <w:spacing w:after="26" w:line="240" w:lineRule="auto"/>
            </w:pPr>
            <w:r>
              <w:rPr>
                <w:rFonts w:ascii="Tinos" w:hAnsi="Tinos"/>
                <w:sz w:val="14"/>
              </w:rPr>
              <w:t>Observed: directly detected or measured.</w:t>
            </w:r>
          </w:p>
          <w:p>
            <w:pPr>
              <w:spacing w:after="26" w:line="240" w:lineRule="auto"/>
            </w:pPr>
            <w:r>
              <w:rPr>
                <w:rFonts w:ascii="Tinos" w:hAnsi="Tinos"/>
                <w:sz w:val="14"/>
              </w:rPr>
            </w:r>
          </w:p>
          <w:p>
            <w:pPr>
              <w:spacing w:after="26" w:line="240" w:lineRule="auto"/>
            </w:pPr>
            <w:r>
              <w:rPr>
                <w:rFonts w:ascii="Tinos" w:hAnsi="Tinos"/>
                <w:sz w:val="14"/>
              </w:rPr>
              <w:t>Corroborated: supported independently by more than one observation or source.</w:t>
            </w:r>
          </w:p>
          <w:p>
            <w:pPr>
              <w:spacing w:after="26" w:line="240" w:lineRule="auto"/>
            </w:pPr>
            <w:r>
              <w:rPr>
                <w:rFonts w:ascii="Tinos" w:hAnsi="Tinos"/>
                <w:sz w:val="14"/>
              </w:rPr>
            </w:r>
          </w:p>
          <w:p>
            <w:pPr>
              <w:spacing w:after="26" w:line="240" w:lineRule="auto"/>
            </w:pPr>
            <w:r>
              <w:rPr>
                <w:rFonts w:ascii="Tinos" w:hAnsi="Tinos"/>
                <w:sz w:val="14"/>
              </w:rPr>
              <w:t>Inferred: a conclusion supported by evidence but not directly observed.</w:t>
            </w:r>
          </w:p>
          <w:p>
            <w:pPr>
              <w:spacing w:after="26" w:line="240" w:lineRule="auto"/>
            </w:pPr>
            <w:r>
              <w:rPr>
                <w:rFonts w:ascii="Tinos" w:hAnsi="Tinos"/>
                <w:sz w:val="14"/>
              </w:rPr>
            </w:r>
          </w:p>
          <w:p>
            <w:pPr>
              <w:spacing w:after="26" w:line="240" w:lineRule="auto"/>
            </w:pPr>
            <w:r>
              <w:rPr>
                <w:rFonts w:ascii="Tinos" w:hAnsi="Tinos"/>
                <w:sz w:val="14"/>
              </w:rPr>
              <w:t>Hypothesised: a proposed explanation that remains open to testing.</w:t>
            </w:r>
          </w:p>
          <w:p>
            <w:pPr>
              <w:spacing w:after="26" w:line="240" w:lineRule="auto"/>
            </w:pPr>
            <w:r>
              <w:rPr>
                <w:rFonts w:ascii="Tinos" w:hAnsi="Tinos"/>
                <w:sz w:val="14"/>
              </w:rPr>
            </w:r>
          </w:p>
          <w:p>
            <w:pPr>
              <w:spacing w:after="26" w:line="240" w:lineRule="auto"/>
            </w:pPr>
            <w:r>
              <w:rPr>
                <w:rFonts w:ascii="Tinos" w:hAnsi="Tinos"/>
                <w:sz w:val="14"/>
              </w:rPr>
              <w:t>Unknown: insufficiently resolved.</w:t>
            </w:r>
          </w:p>
          <w:p>
            <w:pPr>
              <w:spacing w:after="26" w:line="240" w:lineRule="auto"/>
            </w:pPr>
            <w:r>
              <w:rPr>
                <w:rFonts w:ascii="Tinos" w:hAnsi="Tinos"/>
                <w:sz w:val="14"/>
              </w:rPr>
            </w:r>
          </w:p>
          <w:p>
            <w:pPr>
              <w:spacing w:after="26" w:line="240" w:lineRule="auto"/>
            </w:pPr>
            <w:r>
              <w:rPr>
                <w:rFonts w:ascii="Tinos" w:hAnsi="Tinos"/>
                <w:sz w:val="14"/>
              </w:rPr>
              <w:t>LOVE-0 adds a practical check: What is real in the experience, and what remains a hypothesis about its cause? Both can be held at once. The person's feeling does not need to be denied merely because the explanation remains uncertain.</w:t>
            </w:r>
          </w:p>
          <w:p>
            <w:pPr>
              <w:spacing w:after="26" w:line="240" w:lineRule="auto"/>
            </w:pPr>
            <w:r>
              <w:rPr>
                <w:rFonts w:ascii="Tinos" w:hAnsi="Tinos"/>
                <w:sz w:val="14"/>
              </w:rPr>
            </w:r>
          </w:p>
          <w:p>
            <w:pPr>
              <w:spacing w:after="26" w:line="240" w:lineRule="auto"/>
            </w:pPr>
            <w:r>
              <w:rPr>
                <w:rFonts w:ascii="Tinos" w:hAnsi="Tinos"/>
                <w:sz w:val="14"/>
              </w:rPr>
              <w:t>This permits investigation without forcing every question prematurely into true/false or right/wrong categories.</w:t>
            </w:r>
          </w:p>
          <w:p>
            <w:pPr>
              <w:spacing w:after="26" w:line="240" w:lineRule="auto"/>
            </w:pPr>
            <w:r>
              <w:rPr>
                <w:rFonts w:ascii="Tinos" w:hAnsi="Tinos"/>
                <w:sz w:val="14"/>
              </w:rPr>
            </w:r>
          </w:p>
          <w:p>
            <w:pPr>
              <w:spacing w:after="26" w:line="240" w:lineRule="auto"/>
            </w:pPr>
            <w:r>
              <w:rPr>
                <w:rFonts w:ascii="Tinos" w:hAnsi="Tinos"/>
                <w:sz w:val="14"/>
              </w:rPr>
              <w:t>Being wrong is not the opposite of learning. Recognising error is one of the mechanisms by which learning occurs, and correction does not establish lesser worth.</w:t>
            </w:r>
          </w:p>
          <w:p>
            <w:pPr>
              <w:spacing w:after="26" w:line="240" w:lineRule="auto"/>
            </w:pPr>
            <w:r>
              <w:rPr>
                <w:rFonts w:ascii="Tinos" w:hAnsi="Tinos"/>
                <w:sz w:val="14"/>
              </w:rPr>
            </w:r>
          </w:p>
          <w:p>
            <w:pPr>
              <w:spacing w:after="26" w:line="240" w:lineRule="auto"/>
            </w:pPr>
            <w:r>
              <w:rPr>
                <w:rFonts w:ascii="Tinos" w:hAnsi="Tinos"/>
                <w:sz w:val="14"/>
              </w:rPr>
              <w:t>A useful epistemic sequence therefore remains:</w:t>
            </w:r>
          </w:p>
          <w:p>
            <w:pPr>
              <w:spacing w:after="26" w:line="240" w:lineRule="auto"/>
            </w:pPr>
            <w:r>
              <w:rPr>
                <w:rFonts w:ascii="Tinos" w:hAnsi="Tinos"/>
                <w:sz w:val="14"/>
              </w:rPr>
            </w:r>
          </w:p>
          <w:p>
            <w:pPr>
              <w:spacing w:after="26" w:line="240" w:lineRule="auto"/>
            </w:pPr>
            <w:r>
              <w:rPr>
                <w:rFonts w:ascii="Tinos" w:hAnsi="Tinos"/>
                <w:sz w:val="14"/>
              </w:rPr>
              <w:t>Question -observation -interpretation -alternatives -testing -comparison -revision -provisional conclusion</w:t>
            </w:r>
          </w:p>
          <w:p>
            <w:pPr>
              <w:spacing w:after="26" w:line="240" w:lineRule="auto"/>
            </w:pPr>
            <w:r>
              <w:rPr>
                <w:rFonts w:ascii="Tinos" w:hAnsi="Tinos"/>
                <w:sz w:val="14"/>
              </w:rPr>
            </w:r>
          </w:p>
          <w:p>
            <w:pPr>
              <w:spacing w:after="26" w:line="240" w:lineRule="auto"/>
            </w:pPr>
            <w:r>
              <w:rPr>
                <w:rFonts w:ascii="Tinos" w:hAnsi="Tinos"/>
                <w:sz w:val="14"/>
              </w:rPr>
              <w:t>LOVE-0 adds affected perspective and feedback to the same loop:</w:t>
            </w:r>
          </w:p>
          <w:p>
            <w:pPr>
              <w:spacing w:after="26" w:line="240" w:lineRule="auto"/>
            </w:pPr>
            <w:r>
              <w:rPr>
                <w:rFonts w:ascii="Tinos" w:hAnsi="Tinos"/>
                <w:sz w:val="14"/>
              </w:rPr>
            </w:r>
          </w:p>
          <w:p>
            <w:pPr>
              <w:spacing w:after="26" w:line="240" w:lineRule="auto"/>
            </w:pPr>
            <w:r>
              <w:rPr>
                <w:rFonts w:ascii="Tinos" w:hAnsi="Tinos"/>
                <w:sz w:val="14"/>
              </w:rPr>
              <w:t>listen -open the model -verify -express a proportionate response -observe consequences -repair where needed -update -repeat.</w:t>
            </w:r>
          </w:p>
        </w:tc>
      </w:tr>
    </w:tbl>
    <w:p>
      <w:pPr>
        <w:spacing w:after="0"/>
      </w:pPr>
    </w:p>
    <w:p>
      <w:pPr>
        <w:pStyle w:val="Heading1"/>
      </w:pPr>
      <w:r>
        <w:t>3. Resolution Before Conclusion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3. Resolution Before Conclusion</w:t>
            </w:r>
          </w:p>
          <w:p>
            <w:pPr>
              <w:spacing w:after="26" w:line="240" w:lineRule="auto"/>
            </w:pPr>
            <w:r>
              <w:rPr>
                <w:rFonts w:ascii="Tinos" w:hAnsi="Tinos"/>
                <w:sz w:val="14"/>
              </w:rPr>
            </w:r>
          </w:p>
          <w:p>
            <w:pPr>
              <w:spacing w:after="26" w:line="240" w:lineRule="auto"/>
            </w:pPr>
            <w:r>
              <w:rPr>
                <w:rFonts w:ascii="Tinos" w:hAnsi="Tinos"/>
                <w:sz w:val="14"/>
              </w:rPr>
              <w:t>Reality contains more information than a human explanation can preserve.</w:t>
            </w:r>
          </w:p>
          <w:p>
            <w:pPr>
              <w:spacing w:after="26" w:line="240" w:lineRule="auto"/>
            </w:pPr>
            <w:r>
              <w:rPr>
                <w:rFonts w:ascii="Tinos" w:hAnsi="Tinos"/>
                <w:sz w:val="14"/>
              </w:rPr>
            </w:r>
          </w:p>
          <w:p>
            <w:pPr>
              <w:spacing w:after="26" w:line="240" w:lineRule="auto"/>
            </w:pPr>
            <w:r>
              <w:rPr>
                <w:rFonts w:ascii="Tinos" w:hAnsi="Tinos"/>
                <w:sz w:val="14"/>
              </w:rPr>
              <w:t>Every description is therefore a form of compression.</w:t>
            </w:r>
          </w:p>
          <w:p>
            <w:pPr>
              <w:spacing w:after="26" w:line="240" w:lineRule="auto"/>
            </w:pPr>
            <w:r>
              <w:rPr>
                <w:rFonts w:ascii="Tinos" w:hAnsi="Tinos"/>
                <w:sz w:val="14"/>
              </w:rPr>
            </w:r>
          </w:p>
          <w:p>
            <w:pPr>
              <w:spacing w:after="26" w:line="240" w:lineRule="auto"/>
            </w:pPr>
            <w:r>
              <w:rPr>
                <w:rFonts w:ascii="Tinos" w:hAnsi="Tinos"/>
                <w:sz w:val="14"/>
              </w:rPr>
              <w:t>Consider the sentence:</w:t>
            </w:r>
          </w:p>
          <w:p>
            <w:pPr>
              <w:spacing w:after="26" w:line="240" w:lineRule="auto"/>
            </w:pPr>
            <w:r>
              <w:rPr>
                <w:rFonts w:ascii="Tinos" w:hAnsi="Tinos"/>
                <w:sz w:val="14"/>
              </w:rPr>
            </w:r>
          </w:p>
          <w:p>
            <w:pPr>
              <w:spacing w:after="26" w:line="240" w:lineRule="auto"/>
            </w:pPr>
            <w:r>
              <w:rPr>
                <w:rFonts w:ascii="Tinos" w:hAnsi="Tinos"/>
                <w:sz w:val="14"/>
              </w:rPr>
              <w:t>“A person is grieving.”</w:t>
            </w:r>
          </w:p>
          <w:p>
            <w:pPr>
              <w:spacing w:after="26" w:line="240" w:lineRule="auto"/>
            </w:pPr>
            <w:r>
              <w:rPr>
                <w:rFonts w:ascii="Tinos" w:hAnsi="Tinos"/>
                <w:sz w:val="14"/>
              </w:rPr>
            </w:r>
          </w:p>
          <w:p>
            <w:pPr>
              <w:spacing w:after="26" w:line="240" w:lineRule="auto"/>
            </w:pPr>
            <w:r>
              <w:rPr>
                <w:rFonts w:ascii="Tinos" w:hAnsi="Tinos"/>
                <w:sz w:val="14"/>
              </w:rPr>
              <w:t>At low resolution, it may be adequate.</w:t>
            </w:r>
          </w:p>
          <w:p>
            <w:pPr>
              <w:spacing w:after="26" w:line="240" w:lineRule="auto"/>
            </w:pPr>
            <w:r>
              <w:rPr>
                <w:rFonts w:ascii="Tinos" w:hAnsi="Tinos"/>
                <w:sz w:val="14"/>
              </w:rPr>
            </w:r>
          </w:p>
          <w:p>
            <w:pPr>
              <w:spacing w:after="26" w:line="240" w:lineRule="auto"/>
            </w:pPr>
            <w:r>
              <w:rPr>
                <w:rFonts w:ascii="Tinos" w:hAnsi="Tinos"/>
                <w:sz w:val="14"/>
              </w:rPr>
              <w:t>Increase the resolution and the same condition may involve:</w:t>
            </w:r>
          </w:p>
          <w:p>
            <w:pPr>
              <w:spacing w:after="26" w:line="240" w:lineRule="auto"/>
            </w:pPr>
            <w:r>
              <w:rPr>
                <w:rFonts w:ascii="Tinos" w:hAnsi="Tinos"/>
                <w:sz w:val="14"/>
              </w:rPr>
            </w:r>
          </w:p>
          <w:p>
            <w:pPr>
              <w:spacing w:after="26" w:line="240" w:lineRule="auto"/>
            </w:pPr>
            <w:r>
              <w:rPr>
                <w:rFonts w:ascii="Tinos" w:hAnsi="Tinos"/>
                <w:sz w:val="14"/>
              </w:rPr>
              <w:t>- sadness,</w:t>
            </w:r>
          </w:p>
          <w:p>
            <w:pPr>
              <w:spacing w:after="26" w:line="240" w:lineRule="auto"/>
            </w:pPr>
            <w:r>
              <w:rPr>
                <w:rFonts w:ascii="Tinos" w:hAnsi="Tinos"/>
                <w:sz w:val="14"/>
              </w:rPr>
              <w:t>- memory,</w:t>
            </w:r>
          </w:p>
          <w:p>
            <w:pPr>
              <w:spacing w:after="26" w:line="240" w:lineRule="auto"/>
            </w:pPr>
            <w:r>
              <w:rPr>
                <w:rFonts w:ascii="Tinos" w:hAnsi="Tinos"/>
                <w:sz w:val="14"/>
              </w:rPr>
              <w:t>- yearning,</w:t>
            </w:r>
          </w:p>
          <w:p>
            <w:pPr>
              <w:spacing w:after="26" w:line="240" w:lineRule="auto"/>
            </w:pPr>
            <w:r>
              <w:rPr>
                <w:rFonts w:ascii="Tinos" w:hAnsi="Tinos"/>
                <w:sz w:val="14"/>
              </w:rPr>
              <w:t>- prediction,</w:t>
            </w:r>
          </w:p>
          <w:p>
            <w:pPr>
              <w:spacing w:after="26" w:line="240" w:lineRule="auto"/>
            </w:pPr>
            <w:r>
              <w:rPr>
                <w:rFonts w:ascii="Tinos" w:hAnsi="Tinos"/>
                <w:sz w:val="14"/>
              </w:rPr>
              <w:t>- attachment,</w:t>
            </w:r>
          </w:p>
          <w:p>
            <w:pPr>
              <w:spacing w:after="26" w:line="240" w:lineRule="auto"/>
            </w:pPr>
            <w:r>
              <w:rPr>
                <w:rFonts w:ascii="Tinos" w:hAnsi="Tinos"/>
                <w:sz w:val="14"/>
              </w:rPr>
              <w:t>- disrupted routines,</w:t>
            </w:r>
          </w:p>
          <w:p>
            <w:pPr>
              <w:spacing w:after="26" w:line="240" w:lineRule="auto"/>
            </w:pPr>
            <w:r>
              <w:rPr>
                <w:rFonts w:ascii="Tinos" w:hAnsi="Tinos"/>
                <w:sz w:val="14"/>
              </w:rPr>
              <w:t>- sleep,</w:t>
            </w:r>
          </w:p>
          <w:p>
            <w:pPr>
              <w:spacing w:after="26" w:line="240" w:lineRule="auto"/>
            </w:pPr>
            <w:r>
              <w:rPr>
                <w:rFonts w:ascii="Tinos" w:hAnsi="Tinos"/>
                <w:sz w:val="14"/>
              </w:rPr>
              <w:t>- appetite,</w:t>
            </w:r>
          </w:p>
          <w:p>
            <w:pPr>
              <w:spacing w:after="26" w:line="240" w:lineRule="auto"/>
            </w:pPr>
            <w:r>
              <w:rPr>
                <w:rFonts w:ascii="Tinos" w:hAnsi="Tinos"/>
                <w:sz w:val="14"/>
              </w:rPr>
              <w:t>- stress physiology,</w:t>
            </w:r>
          </w:p>
          <w:p>
            <w:pPr>
              <w:spacing w:after="26" w:line="240" w:lineRule="auto"/>
            </w:pPr>
            <w:r>
              <w:rPr>
                <w:rFonts w:ascii="Tinos" w:hAnsi="Tinos"/>
                <w:sz w:val="14"/>
              </w:rPr>
              <w:t>- identity,</w:t>
            </w:r>
          </w:p>
          <w:p>
            <w:pPr>
              <w:spacing w:after="26" w:line="240" w:lineRule="auto"/>
            </w:pPr>
            <w:r>
              <w:rPr>
                <w:rFonts w:ascii="Tinos" w:hAnsi="Tinos"/>
                <w:sz w:val="14"/>
              </w:rPr>
              <w:t>- household labour,</w:t>
            </w:r>
          </w:p>
          <w:p>
            <w:pPr>
              <w:spacing w:after="26" w:line="240" w:lineRule="auto"/>
            </w:pPr>
            <w:r>
              <w:rPr>
                <w:rFonts w:ascii="Tinos" w:hAnsi="Tinos"/>
                <w:sz w:val="14"/>
              </w:rPr>
              <w:t>- income,</w:t>
            </w:r>
          </w:p>
          <w:p>
            <w:pPr>
              <w:spacing w:after="26" w:line="240" w:lineRule="auto"/>
            </w:pPr>
            <w:r>
              <w:rPr>
                <w:rFonts w:ascii="Tinos" w:hAnsi="Tinos"/>
                <w:sz w:val="14"/>
              </w:rPr>
              <w:t>- social networks,</w:t>
            </w:r>
          </w:p>
          <w:p>
            <w:pPr>
              <w:spacing w:after="26" w:line="240" w:lineRule="auto"/>
            </w:pPr>
            <w:r>
              <w:rPr>
                <w:rFonts w:ascii="Tinos" w:hAnsi="Tinos"/>
                <w:sz w:val="14"/>
              </w:rPr>
              <w:t>- cultural expectations,</w:t>
            </w:r>
          </w:p>
          <w:p>
            <w:pPr>
              <w:spacing w:after="26" w:line="240" w:lineRule="auto"/>
            </w:pPr>
            <w:r>
              <w:rPr>
                <w:rFonts w:ascii="Tinos" w:hAnsi="Tinos"/>
                <w:sz w:val="14"/>
              </w:rPr>
              <w:t>- future plans,</w:t>
            </w:r>
          </w:p>
          <w:p>
            <w:pPr>
              <w:spacing w:after="26" w:line="240" w:lineRule="auto"/>
            </w:pPr>
            <w:r>
              <w:rPr>
                <w:rFonts w:ascii="Tinos" w:hAnsi="Tinos"/>
                <w:sz w:val="14"/>
              </w:rPr>
              <w:t>- physical environment,</w:t>
            </w:r>
          </w:p>
          <w:p>
            <w:pPr>
              <w:spacing w:after="26" w:line="240" w:lineRule="auto"/>
            </w:pPr>
            <w:r>
              <w:rPr>
                <w:rFonts w:ascii="Tinos" w:hAnsi="Tinos"/>
                <w:sz w:val="14"/>
              </w:rPr>
              <w:t>- financial decisions,</w:t>
            </w:r>
          </w:p>
          <w:p>
            <w:pPr>
              <w:spacing w:after="26" w:line="240" w:lineRule="auto"/>
            </w:pPr>
            <w:r>
              <w:rPr>
                <w:rFonts w:ascii="Tinos" w:hAnsi="Tinos"/>
                <w:sz w:val="14"/>
              </w:rPr>
              <w:t>- and changes occurring over time.</w:t>
            </w:r>
          </w:p>
          <w:p>
            <w:pPr>
              <w:spacing w:after="26" w:line="240" w:lineRule="auto"/>
            </w:pPr>
            <w:r>
              <w:rPr>
                <w:rFonts w:ascii="Tinos" w:hAnsi="Tinos"/>
                <w:sz w:val="14"/>
              </w:rPr>
            </w:r>
          </w:p>
          <w:p>
            <w:pPr>
              <w:spacing w:after="26" w:line="240" w:lineRule="auto"/>
            </w:pPr>
            <w:r>
              <w:rPr>
                <w:rFonts w:ascii="Tinos" w:hAnsi="Tinos"/>
                <w:sz w:val="14"/>
              </w:rPr>
              <w:t>The low-resolution statement was not necessarily false.</w:t>
            </w:r>
          </w:p>
          <w:p>
            <w:pPr>
              <w:spacing w:after="26" w:line="240" w:lineRule="auto"/>
            </w:pPr>
            <w:r>
              <w:rPr>
                <w:rFonts w:ascii="Tinos" w:hAnsi="Tinos"/>
                <w:sz w:val="14"/>
              </w:rPr>
            </w:r>
          </w:p>
          <w:p>
            <w:pPr>
              <w:spacing w:after="26" w:line="240" w:lineRule="auto"/>
            </w:pPr>
            <w:r>
              <w:rPr>
                <w:rFonts w:ascii="Tinos" w:hAnsi="Tinos"/>
                <w:sz w:val="14"/>
              </w:rPr>
              <w:t>It was incomplete for questions requiring greater resolution.</w:t>
            </w:r>
          </w:p>
          <w:p>
            <w:pPr>
              <w:spacing w:after="26" w:line="240" w:lineRule="auto"/>
            </w:pPr>
            <w:r>
              <w:rPr>
                <w:rFonts w:ascii="Tinos" w:hAnsi="Tinos"/>
                <w:sz w:val="14"/>
              </w:rPr>
            </w:r>
          </w:p>
          <w:p>
            <w:pPr>
              <w:spacing w:after="26" w:line="240" w:lineRule="auto"/>
            </w:pPr>
            <w:r>
              <w:rPr>
                <w:rFonts w:ascii="Tinos" w:hAnsi="Tinos"/>
                <w:sz w:val="14"/>
              </w:rPr>
              <w:t>MRRAF therefore applies a principle of minimum sufficient resolution:</w:t>
            </w:r>
          </w:p>
          <w:p>
            <w:pPr>
              <w:spacing w:after="26" w:line="240" w:lineRule="auto"/>
            </w:pPr>
            <w:r>
              <w:rPr>
                <w:rFonts w:ascii="Tinos" w:hAnsi="Tinos"/>
                <w:sz w:val="14"/>
              </w:rPr>
            </w:r>
          </w:p>
          <w:p>
            <w:pPr>
              <w:spacing w:after="26" w:line="240" w:lineRule="auto"/>
            </w:pPr>
            <w:r>
              <w:rPr>
                <w:rFonts w:ascii="Tinos" w:hAnsi="Tinos"/>
                <w:sz w:val="14"/>
              </w:rPr>
              <w:t>Use the simplest representation capable of answering the current question reliably, and increase resolution when contradiction, uncertainty, complexity, or consequences require it.</w:t>
            </w:r>
          </w:p>
          <w:p>
            <w:pPr>
              <w:spacing w:after="26" w:line="240" w:lineRule="auto"/>
            </w:pPr>
            <w:r>
              <w:rPr>
                <w:rFonts w:ascii="Tinos" w:hAnsi="Tinos"/>
                <w:sz w:val="14"/>
              </w:rPr>
            </w:r>
          </w:p>
          <w:p>
            <w:pPr>
              <w:spacing w:after="26" w:line="240" w:lineRule="auto"/>
            </w:pPr>
            <w:r>
              <w:rPr>
                <w:rFonts w:ascii="Tinos" w:hAnsi="Tinos"/>
                <w:b/>
                <w:sz w:val="14"/>
              </w:rPr>
              <w:t>Figure 1. The MRRAF Resolution Principle</w:t>
            </w:r>
          </w:p>
          <w:p>
            <w:pPr>
              <w:spacing w:after="26" w:line="240" w:lineRule="auto"/>
            </w:pPr>
            <w:r>
              <w:rPr>
                <w:rFonts w:ascii="Tinos" w:hAnsi="Tinos"/>
                <w:sz w:val="14"/>
              </w:rPr>
            </w:r>
          </w:p>
          <w:p>
            <w:pPr>
              <w:spacing w:after="26" w:line="240" w:lineRule="auto"/>
            </w:pPr>
            <w:r>
              <w:rPr>
                <w:rFonts w:ascii="Tinos" w:hAnsi="Tinos"/>
                <w:sz w:val="14"/>
              </w:rPr>
              <w:t>```</w:t>
            </w:r>
          </w:p>
          <w:p>
            <w:pPr>
              <w:spacing w:after="26" w:line="240" w:lineRule="auto"/>
            </w:pPr>
            <w:r>
              <w:rPr>
                <w:rFonts w:ascii="Tinos" w:hAnsi="Tinos"/>
                <w:sz w:val="14"/>
              </w:rPr>
              <w:t>Low resolution</w:t>
            </w:r>
          </w:p>
          <w:p>
            <w:pPr>
              <w:spacing w:after="26" w:line="240" w:lineRule="auto"/>
            </w:pPr>
            <w:r>
              <w:rPr>
                <w:rFonts w:ascii="Tinos" w:hAnsi="Tinos"/>
                <w:sz w:val="14"/>
              </w:rPr>
            </w:r>
          </w:p>
          <w:p>
            <w:pPr>
              <w:spacing w:after="26" w:line="240" w:lineRule="auto"/>
            </w:pPr>
            <w:r>
              <w:rPr>
                <w:rFonts w:ascii="Tinos" w:hAnsi="Tinos"/>
                <w:sz w:val="14"/>
              </w:rPr>
              <w:t>Loss</w:t>
            </w:r>
          </w:p>
          <w:p>
            <w:pPr>
              <w:spacing w:after="26" w:line="240" w:lineRule="auto"/>
            </w:pPr>
            <w:r>
              <w:rPr>
                <w:rFonts w:ascii="Tinos" w:hAnsi="Tinos"/>
                <w:sz w:val="14"/>
              </w:rPr>
              <w:t xml:space="preserve">  |</w:t>
            </w:r>
          </w:p>
          <w:p>
            <w:pPr>
              <w:spacing w:after="26" w:line="240" w:lineRule="auto"/>
            </w:pPr>
            <w:r>
              <w:rPr>
                <w:rFonts w:ascii="Tinos" w:hAnsi="Tinos"/>
                <w:sz w:val="14"/>
              </w:rPr>
              <w:t>Distress</w:t>
            </w:r>
          </w:p>
          <w:p>
            <w:pPr>
              <w:spacing w:after="26" w:line="240" w:lineRule="auto"/>
            </w:pPr>
            <w:r>
              <w:rPr>
                <w:rFonts w:ascii="Tinos" w:hAnsi="Tinos"/>
                <w:sz w:val="14"/>
              </w:rPr>
              <w:t xml:space="preserve">  |</w:t>
            </w:r>
          </w:p>
          <w:p>
            <w:pPr>
              <w:spacing w:after="26" w:line="240" w:lineRule="auto"/>
            </w:pPr>
            <w:r>
              <w:rPr>
                <w:rFonts w:ascii="Tinos" w:hAnsi="Tinos"/>
                <w:sz w:val="14"/>
              </w:rPr>
              <w:t>Adaptation</w:t>
            </w:r>
          </w:p>
          <w:p>
            <w:pPr>
              <w:spacing w:after="26" w:line="240" w:lineRule="auto"/>
            </w:pPr>
            <w:r>
              <w:rPr>
                <w:rFonts w:ascii="Tinos" w:hAnsi="Tinos"/>
                <w:sz w:val="14"/>
              </w:rPr>
            </w:r>
          </w:p>
          <w:p>
            <w:pPr>
              <w:spacing w:after="26" w:line="240" w:lineRule="auto"/>
            </w:pPr>
            <w:r>
              <w:rPr>
                <w:rFonts w:ascii="Tinos" w:hAnsi="Tinos"/>
                <w:sz w:val="14"/>
              </w:rPr>
              <w:t>Higher resolution</w:t>
            </w:r>
          </w:p>
          <w:p>
            <w:pPr>
              <w:spacing w:after="26" w:line="240" w:lineRule="auto"/>
            </w:pPr>
            <w:r>
              <w:rPr>
                <w:rFonts w:ascii="Tinos" w:hAnsi="Tinos"/>
                <w:sz w:val="14"/>
              </w:rPr>
            </w:r>
          </w:p>
          <w:p>
            <w:pPr>
              <w:spacing w:after="26" w:line="240" w:lineRule="auto"/>
            </w:pPr>
            <w:r>
              <w:rPr>
                <w:rFonts w:ascii="Tinos" w:hAnsi="Tinos"/>
                <w:sz w:val="14"/>
              </w:rPr>
              <w:t>Changed relationship/resource configuration</w:t>
            </w:r>
          </w:p>
          <w:p>
            <w:pPr>
              <w:spacing w:after="26" w:line="240" w:lineRule="auto"/>
            </w:pPr>
            <w:r>
              <w:rPr>
                <w:rFonts w:ascii="Tinos" w:hAnsi="Tinos"/>
                <w:sz w:val="14"/>
              </w:rPr>
              <w:t xml:space="preserve">  |</w:t>
            </w:r>
          </w:p>
          <w:p>
            <w:pPr>
              <w:spacing w:after="26" w:line="240" w:lineRule="auto"/>
            </w:pPr>
            <w:r>
              <w:rPr>
                <w:rFonts w:ascii="Tinos" w:hAnsi="Tinos"/>
                <w:sz w:val="14"/>
              </w:rPr>
              <w:t>Recognition of discrepancy</w:t>
            </w:r>
          </w:p>
          <w:p>
            <w:pPr>
              <w:spacing w:after="26" w:line="240" w:lineRule="auto"/>
            </w:pPr>
            <w:r>
              <w:rPr>
                <w:rFonts w:ascii="Tinos" w:hAnsi="Tinos"/>
                <w:sz w:val="14"/>
              </w:rPr>
              <w:t xml:space="preserve">  |</w:t>
            </w:r>
          </w:p>
          <w:p>
            <w:pPr>
              <w:spacing w:after="26" w:line="240" w:lineRule="auto"/>
            </w:pPr>
            <w:r>
              <w:rPr>
                <w:rFonts w:ascii="Tinos" w:hAnsi="Tinos"/>
                <w:sz w:val="14"/>
              </w:rPr>
              <w:t>Affective response</w:t>
            </w:r>
          </w:p>
          <w:p>
            <w:pPr>
              <w:spacing w:after="26" w:line="240" w:lineRule="auto"/>
            </w:pPr>
            <w:r>
              <w:rPr>
                <w:rFonts w:ascii="Tinos" w:hAnsi="Tinos"/>
                <w:sz w:val="14"/>
              </w:rPr>
              <w:t xml:space="preserve">  |</w:t>
            </w:r>
          </w:p>
          <w:p>
            <w:pPr>
              <w:spacing w:after="26" w:line="240" w:lineRule="auto"/>
            </w:pPr>
            <w:r>
              <w:rPr>
                <w:rFonts w:ascii="Tinos" w:hAnsi="Tinos"/>
                <w:sz w:val="14"/>
              </w:rPr>
              <w:t>Prediction conflict</w:t>
            </w:r>
          </w:p>
          <w:p>
            <w:pPr>
              <w:spacing w:after="26" w:line="240" w:lineRule="auto"/>
            </w:pPr>
            <w:r>
              <w:rPr>
                <w:rFonts w:ascii="Tinos" w:hAnsi="Tinos"/>
                <w:sz w:val="14"/>
              </w:rPr>
              <w:t xml:space="preserve">  |</w:t>
            </w:r>
          </w:p>
          <w:p>
            <w:pPr>
              <w:spacing w:after="26" w:line="240" w:lineRule="auto"/>
            </w:pPr>
            <w:r>
              <w:rPr>
                <w:rFonts w:ascii="Tinos" w:hAnsi="Tinos"/>
                <w:sz w:val="14"/>
              </w:rPr>
              <w:t>Resource reallocation</w:t>
            </w:r>
          </w:p>
          <w:p>
            <w:pPr>
              <w:spacing w:after="26" w:line="240" w:lineRule="auto"/>
            </w:pPr>
            <w:r>
              <w:rPr>
                <w:rFonts w:ascii="Tinos" w:hAnsi="Tinos"/>
                <w:sz w:val="14"/>
              </w:rPr>
              <w:t xml:space="preserve">  |</w:t>
            </w:r>
          </w:p>
          <w:p>
            <w:pPr>
              <w:spacing w:after="26" w:line="240" w:lineRule="auto"/>
            </w:pPr>
            <w:r>
              <w:rPr>
                <w:rFonts w:ascii="Tinos" w:hAnsi="Tinos"/>
                <w:sz w:val="14"/>
              </w:rPr>
              <w:t>Behavioural searching / withdrawal / restoration</w:t>
            </w:r>
          </w:p>
          <w:p>
            <w:pPr>
              <w:spacing w:after="26" w:line="240" w:lineRule="auto"/>
            </w:pPr>
            <w:r>
              <w:rPr>
                <w:rFonts w:ascii="Tinos" w:hAnsi="Tinos"/>
                <w:sz w:val="14"/>
              </w:rPr>
              <w:t xml:space="preserve">  |</w:t>
            </w:r>
          </w:p>
          <w:p>
            <w:pPr>
              <w:spacing w:after="26" w:line="240" w:lineRule="auto"/>
            </w:pPr>
            <w:r>
              <w:rPr>
                <w:rFonts w:ascii="Tinos" w:hAnsi="Tinos"/>
                <w:sz w:val="14"/>
              </w:rPr>
              <w:t>Memory and nostalgic retrieval</w:t>
            </w:r>
          </w:p>
          <w:p>
            <w:pPr>
              <w:spacing w:after="26" w:line="240" w:lineRule="auto"/>
            </w:pPr>
            <w:r>
              <w:rPr>
                <w:rFonts w:ascii="Tinos" w:hAnsi="Tinos"/>
                <w:sz w:val="14"/>
              </w:rPr>
              <w:t xml:space="preserve">  |</w:t>
            </w:r>
          </w:p>
          <w:p>
            <w:pPr>
              <w:spacing w:after="26" w:line="240" w:lineRule="auto"/>
            </w:pPr>
            <w:r>
              <w:rPr>
                <w:rFonts w:ascii="Tinos" w:hAnsi="Tinos"/>
                <w:sz w:val="14"/>
              </w:rPr>
              <w:t>Social and economic consequences</w:t>
            </w:r>
          </w:p>
          <w:p>
            <w:pPr>
              <w:spacing w:after="26" w:line="240" w:lineRule="auto"/>
            </w:pPr>
            <w:r>
              <w:rPr>
                <w:rFonts w:ascii="Tinos" w:hAnsi="Tinos"/>
                <w:sz w:val="14"/>
              </w:rPr>
              <w:t xml:space="preserve">  |</w:t>
            </w:r>
          </w:p>
          <w:p>
            <w:pPr>
              <w:spacing w:after="26" w:line="240" w:lineRule="auto"/>
            </w:pPr>
            <w:r>
              <w:rPr>
                <w:rFonts w:ascii="Tinos" w:hAnsi="Tinos"/>
                <w:sz w:val="14"/>
              </w:rPr>
              <w:t>Repeated experiential feedback</w:t>
            </w:r>
          </w:p>
          <w:p>
            <w:pPr>
              <w:spacing w:after="26" w:line="240" w:lineRule="auto"/>
            </w:pPr>
            <w:r>
              <w:rPr>
                <w:rFonts w:ascii="Tinos" w:hAnsi="Tinos"/>
                <w:sz w:val="14"/>
              </w:rPr>
              <w:t xml:space="preserve">  |</w:t>
            </w:r>
          </w:p>
          <w:p>
            <w:pPr>
              <w:spacing w:after="26" w:line="240" w:lineRule="auto"/>
            </w:pPr>
            <w:r>
              <w:rPr>
                <w:rFonts w:ascii="Tinos" w:hAnsi="Tinos"/>
                <w:sz w:val="14"/>
              </w:rPr>
              <w:t>Reorganisation of expectations and identity</w:t>
            </w:r>
          </w:p>
          <w:p>
            <w:pPr>
              <w:spacing w:after="26" w:line="240" w:lineRule="auto"/>
            </w:pPr>
            <w:r>
              <w:rPr>
                <w:rFonts w:ascii="Tinos" w:hAnsi="Tinos"/>
                <w:sz w:val="14"/>
              </w:rPr>
              <w:t xml:space="preserve">  |</w:t>
            </w:r>
          </w:p>
          <w:p>
            <w:pPr>
              <w:spacing w:after="26" w:line="240" w:lineRule="auto"/>
            </w:pPr>
            <w:r>
              <w:rPr>
                <w:rFonts w:ascii="Tinos" w:hAnsi="Tinos"/>
                <w:sz w:val="14"/>
              </w:rPr>
              <w:t>Changed but increasingly coherent configuration</w:t>
            </w:r>
          </w:p>
          <w:p>
            <w:pPr>
              <w:spacing w:after="26" w:line="240" w:lineRule="auto"/>
            </w:pPr>
            <w:r>
              <w:rPr>
                <w:rFonts w:ascii="Tinos" w:hAnsi="Tinos"/>
                <w:sz w:val="14"/>
              </w:rPr>
              <w:t>```</w:t>
            </w:r>
          </w:p>
          <w:p>
            <w:pPr>
              <w:spacing w:after="26" w:line="240" w:lineRule="auto"/>
            </w:pPr>
            <w:r>
              <w:rPr>
                <w:rFonts w:ascii="Tinos" w:hAnsi="Tinos"/>
                <w:sz w:val="14"/>
              </w:rPr>
            </w:r>
          </w:p>
          <w:p>
            <w:pPr>
              <w:spacing w:after="26" w:line="240" w:lineRule="auto"/>
            </w:pPr>
            <w:r>
              <w:rPr>
                <w:rFonts w:ascii="Tinos" w:hAnsi="Tinos"/>
                <w:sz w:val="14"/>
              </w:rPr>
              <w:t>Note. Higher resolution does not automatically mean greater truth. Resolution should be appropriate to the question.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3. Resolution Before Conclusion</w:t>
            </w:r>
          </w:p>
          <w:p>
            <w:pPr>
              <w:spacing w:after="26" w:line="240" w:lineRule="auto"/>
            </w:pPr>
            <w:r>
              <w:rPr>
                <w:rFonts w:ascii="Tinos" w:hAnsi="Tinos"/>
                <w:sz w:val="14"/>
              </w:rPr>
            </w:r>
          </w:p>
          <w:p>
            <w:pPr>
              <w:spacing w:after="26" w:line="240" w:lineRule="auto"/>
            </w:pPr>
            <w:r>
              <w:rPr>
                <w:rFonts w:ascii="Tinos" w:hAnsi="Tinos"/>
                <w:sz w:val="14"/>
              </w:rPr>
              <w:t>Reality contains more information than a human explanation can preserve. Every description is therefore a form of compression, and compression can become harmful when the shortened label is mistaken for the whole being or event.</w:t>
            </w:r>
          </w:p>
          <w:p>
            <w:pPr>
              <w:spacing w:after="26" w:line="240" w:lineRule="auto"/>
            </w:pPr>
            <w:r>
              <w:rPr>
                <w:rFonts w:ascii="Tinos" w:hAnsi="Tinos"/>
                <w:sz w:val="14"/>
              </w:rPr>
            </w:r>
          </w:p>
          <w:p>
            <w:pPr>
              <w:spacing w:after="26" w:line="240" w:lineRule="auto"/>
            </w:pPr>
            <w:r>
              <w:rPr>
                <w:rFonts w:ascii="Tinos" w:hAnsi="Tinos"/>
                <w:sz w:val="14"/>
              </w:rPr>
              <w:t>Consider the sentence:</w:t>
            </w:r>
          </w:p>
          <w:p>
            <w:pPr>
              <w:spacing w:after="26" w:line="240" w:lineRule="auto"/>
            </w:pPr>
            <w:r>
              <w:rPr>
                <w:rFonts w:ascii="Tinos" w:hAnsi="Tinos"/>
                <w:sz w:val="14"/>
              </w:rPr>
            </w:r>
          </w:p>
          <w:p>
            <w:pPr>
              <w:spacing w:after="26" w:line="240" w:lineRule="auto"/>
            </w:pPr>
            <w:r>
              <w:rPr>
                <w:rFonts w:ascii="Tinos" w:hAnsi="Tinos"/>
                <w:sz w:val="14"/>
              </w:rPr>
              <w:t>“A person is grieving.”</w:t>
            </w:r>
          </w:p>
          <w:p>
            <w:pPr>
              <w:spacing w:after="26" w:line="240" w:lineRule="auto"/>
            </w:pPr>
            <w:r>
              <w:rPr>
                <w:rFonts w:ascii="Tinos" w:hAnsi="Tinos"/>
                <w:sz w:val="14"/>
              </w:rPr>
            </w:r>
          </w:p>
          <w:p>
            <w:pPr>
              <w:spacing w:after="26" w:line="240" w:lineRule="auto"/>
            </w:pPr>
            <w:r>
              <w:rPr>
                <w:rFonts w:ascii="Tinos" w:hAnsi="Tinos"/>
                <w:sz w:val="14"/>
              </w:rPr>
              <w:t>At low resolution, it may be adequate.</w:t>
            </w:r>
          </w:p>
          <w:p>
            <w:pPr>
              <w:spacing w:after="26" w:line="240" w:lineRule="auto"/>
            </w:pPr>
            <w:r>
              <w:rPr>
                <w:rFonts w:ascii="Tinos" w:hAnsi="Tinos"/>
                <w:sz w:val="14"/>
              </w:rPr>
            </w:r>
          </w:p>
          <w:p>
            <w:pPr>
              <w:spacing w:after="26" w:line="240" w:lineRule="auto"/>
            </w:pPr>
            <w:r>
              <w:rPr>
                <w:rFonts w:ascii="Tinos" w:hAnsi="Tinos"/>
                <w:sz w:val="14"/>
              </w:rPr>
              <w:t>Increase the resolution and the same condition may involve:</w:t>
            </w:r>
          </w:p>
          <w:p>
            <w:pPr>
              <w:spacing w:after="26" w:line="240" w:lineRule="auto"/>
            </w:pPr>
            <w:r>
              <w:rPr>
                <w:rFonts w:ascii="Tinos" w:hAnsi="Tinos"/>
                <w:sz w:val="14"/>
              </w:rPr>
            </w:r>
          </w:p>
          <w:p>
            <w:pPr>
              <w:spacing w:after="26" w:line="240" w:lineRule="auto"/>
            </w:pPr>
            <w:r>
              <w:rPr>
                <w:rFonts w:ascii="Tinos" w:hAnsi="Tinos"/>
                <w:sz w:val="14"/>
              </w:rPr>
              <w:t>- sadness,</w:t>
            </w:r>
          </w:p>
          <w:p>
            <w:pPr>
              <w:spacing w:after="26" w:line="240" w:lineRule="auto"/>
            </w:pPr>
            <w:r>
              <w:rPr>
                <w:rFonts w:ascii="Tinos" w:hAnsi="Tinos"/>
                <w:sz w:val="14"/>
              </w:rPr>
              <w:t>- memory,</w:t>
            </w:r>
          </w:p>
          <w:p>
            <w:pPr>
              <w:spacing w:after="26" w:line="240" w:lineRule="auto"/>
            </w:pPr>
            <w:r>
              <w:rPr>
                <w:rFonts w:ascii="Tinos" w:hAnsi="Tinos"/>
                <w:sz w:val="14"/>
              </w:rPr>
              <w:t>- yearning,</w:t>
            </w:r>
          </w:p>
          <w:p>
            <w:pPr>
              <w:spacing w:after="26" w:line="240" w:lineRule="auto"/>
            </w:pPr>
            <w:r>
              <w:rPr>
                <w:rFonts w:ascii="Tinos" w:hAnsi="Tinos"/>
                <w:sz w:val="14"/>
              </w:rPr>
              <w:t>- prediction,</w:t>
            </w:r>
          </w:p>
          <w:p>
            <w:pPr>
              <w:spacing w:after="26" w:line="240" w:lineRule="auto"/>
            </w:pPr>
            <w:r>
              <w:rPr>
                <w:rFonts w:ascii="Tinos" w:hAnsi="Tinos"/>
                <w:sz w:val="14"/>
              </w:rPr>
              <w:t>- attachment,</w:t>
            </w:r>
          </w:p>
          <w:p>
            <w:pPr>
              <w:spacing w:after="26" w:line="240" w:lineRule="auto"/>
            </w:pPr>
            <w:r>
              <w:rPr>
                <w:rFonts w:ascii="Tinos" w:hAnsi="Tinos"/>
                <w:sz w:val="14"/>
              </w:rPr>
              <w:t>- disrupted routines,</w:t>
            </w:r>
          </w:p>
          <w:p>
            <w:pPr>
              <w:spacing w:after="26" w:line="240" w:lineRule="auto"/>
            </w:pPr>
            <w:r>
              <w:rPr>
                <w:rFonts w:ascii="Tinos" w:hAnsi="Tinos"/>
                <w:sz w:val="14"/>
              </w:rPr>
              <w:t>- sleep,</w:t>
            </w:r>
          </w:p>
          <w:p>
            <w:pPr>
              <w:spacing w:after="26" w:line="240" w:lineRule="auto"/>
            </w:pPr>
            <w:r>
              <w:rPr>
                <w:rFonts w:ascii="Tinos" w:hAnsi="Tinos"/>
                <w:sz w:val="14"/>
              </w:rPr>
              <w:t>- appetite,</w:t>
            </w:r>
          </w:p>
          <w:p>
            <w:pPr>
              <w:spacing w:after="26" w:line="240" w:lineRule="auto"/>
            </w:pPr>
            <w:r>
              <w:rPr>
                <w:rFonts w:ascii="Tinos" w:hAnsi="Tinos"/>
                <w:sz w:val="14"/>
              </w:rPr>
              <w:t>- stress physiology,</w:t>
            </w:r>
          </w:p>
          <w:p>
            <w:pPr>
              <w:spacing w:after="26" w:line="240" w:lineRule="auto"/>
            </w:pPr>
            <w:r>
              <w:rPr>
                <w:rFonts w:ascii="Tinos" w:hAnsi="Tinos"/>
                <w:sz w:val="14"/>
              </w:rPr>
              <w:t>- identity,</w:t>
            </w:r>
          </w:p>
          <w:p>
            <w:pPr>
              <w:spacing w:after="26" w:line="240" w:lineRule="auto"/>
            </w:pPr>
            <w:r>
              <w:rPr>
                <w:rFonts w:ascii="Tinos" w:hAnsi="Tinos"/>
                <w:sz w:val="14"/>
              </w:rPr>
              <w:t>- household labour,</w:t>
            </w:r>
          </w:p>
          <w:p>
            <w:pPr>
              <w:spacing w:after="26" w:line="240" w:lineRule="auto"/>
            </w:pPr>
            <w:r>
              <w:rPr>
                <w:rFonts w:ascii="Tinos" w:hAnsi="Tinos"/>
                <w:sz w:val="14"/>
              </w:rPr>
              <w:t>- income,</w:t>
            </w:r>
          </w:p>
          <w:p>
            <w:pPr>
              <w:spacing w:after="26" w:line="240" w:lineRule="auto"/>
            </w:pPr>
            <w:r>
              <w:rPr>
                <w:rFonts w:ascii="Tinos" w:hAnsi="Tinos"/>
                <w:sz w:val="14"/>
              </w:rPr>
              <w:t>- social networks,</w:t>
            </w:r>
          </w:p>
          <w:p>
            <w:pPr>
              <w:spacing w:after="26" w:line="240" w:lineRule="auto"/>
            </w:pPr>
            <w:r>
              <w:rPr>
                <w:rFonts w:ascii="Tinos" w:hAnsi="Tinos"/>
                <w:sz w:val="14"/>
              </w:rPr>
              <w:t>- cultural expectations,</w:t>
            </w:r>
          </w:p>
          <w:p>
            <w:pPr>
              <w:spacing w:after="26" w:line="240" w:lineRule="auto"/>
            </w:pPr>
            <w:r>
              <w:rPr>
                <w:rFonts w:ascii="Tinos" w:hAnsi="Tinos"/>
                <w:sz w:val="14"/>
              </w:rPr>
              <w:t>- future plans,</w:t>
            </w:r>
          </w:p>
          <w:p>
            <w:pPr>
              <w:spacing w:after="26" w:line="240" w:lineRule="auto"/>
            </w:pPr>
            <w:r>
              <w:rPr>
                <w:rFonts w:ascii="Tinos" w:hAnsi="Tinos"/>
                <w:sz w:val="14"/>
              </w:rPr>
              <w:t>- physical environment,</w:t>
            </w:r>
          </w:p>
          <w:p>
            <w:pPr>
              <w:spacing w:after="26" w:line="240" w:lineRule="auto"/>
            </w:pPr>
            <w:r>
              <w:rPr>
                <w:rFonts w:ascii="Tinos" w:hAnsi="Tinos"/>
                <w:sz w:val="14"/>
              </w:rPr>
              <w:t>- financial decisions,</w:t>
            </w:r>
          </w:p>
          <w:p>
            <w:pPr>
              <w:spacing w:after="26" w:line="240" w:lineRule="auto"/>
            </w:pPr>
            <w:r>
              <w:rPr>
                <w:rFonts w:ascii="Tinos" w:hAnsi="Tinos"/>
                <w:sz w:val="14"/>
              </w:rPr>
              <w:t>- and changes occurring over time.</w:t>
            </w:r>
          </w:p>
          <w:p>
            <w:pPr>
              <w:spacing w:after="26" w:line="240" w:lineRule="auto"/>
            </w:pPr>
            <w:r>
              <w:rPr>
                <w:rFonts w:ascii="Tinos" w:hAnsi="Tinos"/>
                <w:sz w:val="14"/>
              </w:rPr>
            </w:r>
          </w:p>
          <w:p>
            <w:pPr>
              <w:spacing w:after="26" w:line="240" w:lineRule="auto"/>
            </w:pPr>
            <w:r>
              <w:rPr>
                <w:rFonts w:ascii="Tinos" w:hAnsi="Tinos"/>
                <w:sz w:val="14"/>
              </w:rPr>
              <w:t>The low-resolution statement was not necessarily false. It was incomplete for questions requiring greater resolution.</w:t>
            </w:r>
          </w:p>
          <w:p>
            <w:pPr>
              <w:spacing w:after="26" w:line="240" w:lineRule="auto"/>
            </w:pPr>
            <w:r>
              <w:rPr>
                <w:rFonts w:ascii="Tinos" w:hAnsi="Tinos"/>
                <w:sz w:val="14"/>
              </w:rPr>
            </w:r>
          </w:p>
          <w:p>
            <w:pPr>
              <w:spacing w:after="26" w:line="240" w:lineRule="auto"/>
            </w:pPr>
            <w:r>
              <w:rPr>
                <w:rFonts w:ascii="Tinos" w:hAnsi="Tinos"/>
                <w:sz w:val="14"/>
              </w:rPr>
              <w:t>LOVE-0 adds another reason to change resolution: power. When an interpretation may justify restricting someone, taking their money, deciding for them, blaming them, or speaking over them, the evidential and relational resolution should increase before action becomes coercive or irreversible.</w:t>
            </w:r>
          </w:p>
          <w:p>
            <w:pPr>
              <w:spacing w:after="26" w:line="240" w:lineRule="auto"/>
            </w:pPr>
            <w:r>
              <w:rPr>
                <w:rFonts w:ascii="Tinos" w:hAnsi="Tinos"/>
                <w:sz w:val="14"/>
              </w:rPr>
            </w:r>
          </w:p>
          <w:p>
            <w:pPr>
              <w:spacing w:after="26" w:line="240" w:lineRule="auto"/>
            </w:pPr>
            <w:r>
              <w:rPr>
                <w:rFonts w:ascii="Tinos" w:hAnsi="Tinos"/>
                <w:sz w:val="14"/>
              </w:rPr>
              <w:t>MRRAF therefore applies a principle of minimum sufficient resolution:</w:t>
            </w:r>
          </w:p>
          <w:p>
            <w:pPr>
              <w:spacing w:after="26" w:line="240" w:lineRule="auto"/>
            </w:pPr>
            <w:r>
              <w:rPr>
                <w:rFonts w:ascii="Tinos" w:hAnsi="Tinos"/>
                <w:sz w:val="14"/>
              </w:rPr>
            </w:r>
          </w:p>
          <w:p>
            <w:pPr>
              <w:spacing w:after="26" w:line="240" w:lineRule="auto"/>
            </w:pPr>
            <w:r>
              <w:rPr>
                <w:rFonts w:ascii="Tinos" w:hAnsi="Tinos"/>
                <w:sz w:val="14"/>
              </w:rPr>
              <w:t>Use the simplest representation capable of answering the current question reliably, and increase resolution when contradiction, uncertainty, complexity, consequences, power asymmetry, or irreversibility require it.</w:t>
            </w:r>
          </w:p>
          <w:p>
            <w:pPr>
              <w:spacing w:after="26" w:line="240" w:lineRule="auto"/>
            </w:pPr>
            <w:r>
              <w:rPr>
                <w:rFonts w:ascii="Tinos" w:hAnsi="Tinos"/>
                <w:sz w:val="14"/>
              </w:rPr>
            </w:r>
          </w:p>
          <w:p>
            <w:pPr>
              <w:spacing w:after="26" w:line="240" w:lineRule="auto"/>
            </w:pPr>
            <w:r>
              <w:rPr>
                <w:rFonts w:ascii="Tinos" w:hAnsi="Tinos"/>
                <w:b/>
                <w:sz w:val="14"/>
              </w:rPr>
              <w:t>Figure 1. The MRRAF Resolution Principle - LOVE-0 Processed</w:t>
            </w:r>
          </w:p>
          <w:p>
            <w:pPr>
              <w:spacing w:after="26" w:line="240" w:lineRule="auto"/>
            </w:pPr>
            <w:r>
              <w:rPr>
                <w:rFonts w:ascii="Tinos" w:hAnsi="Tinos"/>
                <w:sz w:val="14"/>
              </w:rPr>
            </w:r>
          </w:p>
          <w:p>
            <w:pPr>
              <w:spacing w:after="26" w:line="240" w:lineRule="auto"/>
            </w:pPr>
            <w:r>
              <w:rPr>
                <w:rFonts w:ascii="Tinos" w:hAnsi="Tinos"/>
                <w:sz w:val="14"/>
              </w:rPr>
              <w:t>```</w:t>
            </w:r>
          </w:p>
          <w:p>
            <w:pPr>
              <w:spacing w:after="26" w:line="240" w:lineRule="auto"/>
            </w:pPr>
            <w:r>
              <w:rPr>
                <w:rFonts w:ascii="Tinos" w:hAnsi="Tinos"/>
                <w:sz w:val="14"/>
              </w:rPr>
              <w:t>Low resolution</w:t>
            </w:r>
          </w:p>
          <w:p>
            <w:pPr>
              <w:spacing w:after="26" w:line="240" w:lineRule="auto"/>
            </w:pPr>
            <w:r>
              <w:rPr>
                <w:rFonts w:ascii="Tinos" w:hAnsi="Tinos"/>
                <w:sz w:val="14"/>
              </w:rPr>
            </w:r>
          </w:p>
          <w:p>
            <w:pPr>
              <w:spacing w:after="26" w:line="240" w:lineRule="auto"/>
            </w:pPr>
            <w:r>
              <w:rPr>
                <w:rFonts w:ascii="Tinos" w:hAnsi="Tinos"/>
                <w:sz w:val="14"/>
              </w:rPr>
              <w:t>Loss</w:t>
            </w:r>
          </w:p>
          <w:p>
            <w:pPr>
              <w:spacing w:after="26" w:line="240" w:lineRule="auto"/>
            </w:pPr>
            <w:r>
              <w:rPr>
                <w:rFonts w:ascii="Tinos" w:hAnsi="Tinos"/>
                <w:sz w:val="14"/>
              </w:rPr>
              <w:t xml:space="preserve">  |</w:t>
            </w:r>
          </w:p>
          <w:p>
            <w:pPr>
              <w:spacing w:after="26" w:line="240" w:lineRule="auto"/>
            </w:pPr>
            <w:r>
              <w:rPr>
                <w:rFonts w:ascii="Tinos" w:hAnsi="Tinos"/>
                <w:sz w:val="14"/>
              </w:rPr>
              <w:t>Distress</w:t>
            </w:r>
          </w:p>
          <w:p>
            <w:pPr>
              <w:spacing w:after="26" w:line="240" w:lineRule="auto"/>
            </w:pPr>
            <w:r>
              <w:rPr>
                <w:rFonts w:ascii="Tinos" w:hAnsi="Tinos"/>
                <w:sz w:val="14"/>
              </w:rPr>
              <w:t xml:space="preserve">  |</w:t>
            </w:r>
          </w:p>
          <w:p>
            <w:pPr>
              <w:spacing w:after="26" w:line="240" w:lineRule="auto"/>
            </w:pPr>
            <w:r>
              <w:rPr>
                <w:rFonts w:ascii="Tinos" w:hAnsi="Tinos"/>
                <w:sz w:val="14"/>
              </w:rPr>
              <w:t>Adaptation</w:t>
            </w:r>
          </w:p>
          <w:p>
            <w:pPr>
              <w:spacing w:after="26" w:line="240" w:lineRule="auto"/>
            </w:pPr>
            <w:r>
              <w:rPr>
                <w:rFonts w:ascii="Tinos" w:hAnsi="Tinos"/>
                <w:sz w:val="14"/>
              </w:rPr>
            </w:r>
          </w:p>
          <w:p>
            <w:pPr>
              <w:spacing w:after="26" w:line="240" w:lineRule="auto"/>
            </w:pPr>
            <w:r>
              <w:rPr>
                <w:rFonts w:ascii="Tinos" w:hAnsi="Tinos"/>
                <w:sz w:val="14"/>
              </w:rPr>
              <w:t>Higher resolution</w:t>
            </w:r>
          </w:p>
          <w:p>
            <w:pPr>
              <w:spacing w:after="26" w:line="240" w:lineRule="auto"/>
            </w:pPr>
            <w:r>
              <w:rPr>
                <w:rFonts w:ascii="Tinos" w:hAnsi="Tinos"/>
                <w:sz w:val="14"/>
              </w:rPr>
            </w:r>
          </w:p>
          <w:p>
            <w:pPr>
              <w:spacing w:after="26" w:line="240" w:lineRule="auto"/>
            </w:pPr>
            <w:r>
              <w:rPr>
                <w:rFonts w:ascii="Tinos" w:hAnsi="Tinos"/>
                <w:sz w:val="14"/>
              </w:rPr>
              <w:t>Changed relationship/resource configuration</w:t>
            </w:r>
          </w:p>
          <w:p>
            <w:pPr>
              <w:spacing w:after="26" w:line="240" w:lineRule="auto"/>
            </w:pPr>
            <w:r>
              <w:rPr>
                <w:rFonts w:ascii="Tinos" w:hAnsi="Tinos"/>
                <w:sz w:val="14"/>
              </w:rPr>
              <w:t xml:space="preserve">  |</w:t>
            </w:r>
          </w:p>
          <w:p>
            <w:pPr>
              <w:spacing w:after="26" w:line="240" w:lineRule="auto"/>
            </w:pPr>
            <w:r>
              <w:rPr>
                <w:rFonts w:ascii="Tinos" w:hAnsi="Tinos"/>
                <w:b/>
                <w:sz w:val="14"/>
              </w:rPr>
              <w:t>LISTEN: What changed inside and outside the person?</w:t>
            </w:r>
          </w:p>
          <w:p>
            <w:pPr>
              <w:spacing w:after="26" w:line="240" w:lineRule="auto"/>
            </w:pPr>
            <w:r>
              <w:rPr>
                <w:rFonts w:ascii="Tinos" w:hAnsi="Tinos"/>
                <w:sz w:val="14"/>
              </w:rPr>
              <w:t xml:space="preserve">  |</w:t>
            </w:r>
          </w:p>
          <w:p>
            <w:pPr>
              <w:spacing w:after="26" w:line="240" w:lineRule="auto"/>
            </w:pPr>
            <w:r>
              <w:rPr>
                <w:rFonts w:ascii="Tinos" w:hAnsi="Tinos"/>
                <w:sz w:val="14"/>
              </w:rPr>
              <w:t>Recognition of discrepancy / affective response</w:t>
            </w:r>
          </w:p>
          <w:p>
            <w:pPr>
              <w:spacing w:after="26" w:line="240" w:lineRule="auto"/>
            </w:pPr>
            <w:r>
              <w:rPr>
                <w:rFonts w:ascii="Tinos" w:hAnsi="Tinos"/>
                <w:sz w:val="14"/>
              </w:rPr>
              <w:t xml:space="preserve">  |</w:t>
            </w:r>
          </w:p>
          <w:p>
            <w:pPr>
              <w:spacing w:after="26" w:line="240" w:lineRule="auto"/>
            </w:pPr>
            <w:r>
              <w:rPr>
                <w:rFonts w:ascii="Tinos" w:hAnsi="Tinos"/>
                <w:b/>
                <w:sz w:val="14"/>
              </w:rPr>
              <w:t>OPEN: What else could this mean? Whose perspective is missing?</w:t>
            </w:r>
          </w:p>
          <w:p>
            <w:pPr>
              <w:spacing w:after="26" w:line="240" w:lineRule="auto"/>
            </w:pPr>
            <w:r>
              <w:rPr>
                <w:rFonts w:ascii="Tinos" w:hAnsi="Tinos"/>
                <w:sz w:val="14"/>
              </w:rPr>
              <w:t xml:space="preserve">  |</w:t>
            </w:r>
          </w:p>
          <w:p>
            <w:pPr>
              <w:spacing w:after="26" w:line="240" w:lineRule="auto"/>
            </w:pPr>
            <w:r>
              <w:rPr>
                <w:rFonts w:ascii="Tinos" w:hAnsi="Tinos"/>
                <w:sz w:val="14"/>
              </w:rPr>
              <w:t>Prediction conflict / resource reallocation</w:t>
            </w:r>
          </w:p>
          <w:p>
            <w:pPr>
              <w:spacing w:after="26" w:line="240" w:lineRule="auto"/>
            </w:pPr>
            <w:r>
              <w:rPr>
                <w:rFonts w:ascii="Tinos" w:hAnsi="Tinos"/>
                <w:sz w:val="14"/>
              </w:rPr>
              <w:t xml:space="preserve">  |</w:t>
            </w:r>
          </w:p>
          <w:p>
            <w:pPr>
              <w:spacing w:after="26" w:line="240" w:lineRule="auto"/>
            </w:pPr>
            <w:r>
              <w:rPr>
                <w:rFonts w:ascii="Tinos" w:hAnsi="Tinos"/>
                <w:b/>
                <w:sz w:val="14"/>
              </w:rPr>
              <w:t>VERIFY: What is experience, inference, evidence, confidence and power?</w:t>
            </w:r>
          </w:p>
          <w:p>
            <w:pPr>
              <w:spacing w:after="26" w:line="240" w:lineRule="auto"/>
            </w:pPr>
            <w:r>
              <w:rPr>
                <w:rFonts w:ascii="Tinos" w:hAnsi="Tinos"/>
                <w:sz w:val="14"/>
              </w:rPr>
              <w:t xml:space="preserve">  |</w:t>
            </w:r>
          </w:p>
          <w:p>
            <w:pPr>
              <w:spacing w:after="26" w:line="240" w:lineRule="auto"/>
            </w:pPr>
            <w:r>
              <w:rPr>
                <w:rFonts w:ascii="Tinos" w:hAnsi="Tinos"/>
                <w:sz w:val="14"/>
              </w:rPr>
              <w:t>Behavioural searching / withdrawal / restoration</w:t>
            </w:r>
          </w:p>
          <w:p>
            <w:pPr>
              <w:spacing w:after="26" w:line="240" w:lineRule="auto"/>
            </w:pPr>
            <w:r>
              <w:rPr>
                <w:rFonts w:ascii="Tinos" w:hAnsi="Tinos"/>
                <w:sz w:val="14"/>
              </w:rPr>
              <w:t xml:space="preserve">  |</w:t>
            </w:r>
          </w:p>
          <w:p>
            <w:pPr>
              <w:spacing w:after="26" w:line="240" w:lineRule="auto"/>
            </w:pPr>
            <w:r>
              <w:rPr>
                <w:rFonts w:ascii="Tinos" w:hAnsi="Tinos"/>
                <w:sz w:val="14"/>
              </w:rPr>
              <w:t>Memory and nostalgic retrieval</w:t>
            </w:r>
          </w:p>
          <w:p>
            <w:pPr>
              <w:spacing w:after="26" w:line="240" w:lineRule="auto"/>
            </w:pPr>
            <w:r>
              <w:rPr>
                <w:rFonts w:ascii="Tinos" w:hAnsi="Tinos"/>
                <w:sz w:val="14"/>
              </w:rPr>
              <w:t xml:space="preserve">  |</w:t>
            </w:r>
          </w:p>
          <w:p>
            <w:pPr>
              <w:spacing w:after="26" w:line="240" w:lineRule="auto"/>
            </w:pPr>
            <w:r>
              <w:rPr>
                <w:rFonts w:ascii="Tinos" w:hAnsi="Tinos"/>
                <w:sz w:val="14"/>
              </w:rPr>
              <w:t>Social and economic consequences</w:t>
            </w:r>
          </w:p>
          <w:p>
            <w:pPr>
              <w:spacing w:after="26" w:line="240" w:lineRule="auto"/>
            </w:pPr>
            <w:r>
              <w:rPr>
                <w:rFonts w:ascii="Tinos" w:hAnsi="Tinos"/>
                <w:sz w:val="14"/>
              </w:rPr>
              <w:t xml:space="preserve">  |</w:t>
            </w:r>
          </w:p>
          <w:p>
            <w:pPr>
              <w:spacing w:after="26" w:line="240" w:lineRule="auto"/>
            </w:pPr>
            <w:r>
              <w:rPr>
                <w:rFonts w:ascii="Tinos" w:hAnsi="Tinos"/>
                <w:b/>
                <w:sz w:val="14"/>
              </w:rPr>
              <w:t>EXPRESS: What is the least coercive effective response that preserves choice?</w:t>
            </w:r>
          </w:p>
          <w:p>
            <w:pPr>
              <w:spacing w:after="26" w:line="240" w:lineRule="auto"/>
            </w:pPr>
            <w:r>
              <w:rPr>
                <w:rFonts w:ascii="Tinos" w:hAnsi="Tinos"/>
                <w:sz w:val="14"/>
              </w:rPr>
              <w:t xml:space="preserve">  |</w:t>
            </w:r>
          </w:p>
          <w:p>
            <w:pPr>
              <w:spacing w:after="26" w:line="240" w:lineRule="auto"/>
            </w:pPr>
            <w:r>
              <w:rPr>
                <w:rFonts w:ascii="Tinos" w:hAnsi="Tinos"/>
                <w:sz w:val="14"/>
              </w:rPr>
              <w:t>Repeated experiential feedback / repair where needed</w:t>
            </w:r>
          </w:p>
          <w:p>
            <w:pPr>
              <w:spacing w:after="26" w:line="240" w:lineRule="auto"/>
            </w:pPr>
            <w:r>
              <w:rPr>
                <w:rFonts w:ascii="Tinos" w:hAnsi="Tinos"/>
                <w:sz w:val="14"/>
              </w:rPr>
              <w:t xml:space="preserve">  |</w:t>
            </w:r>
          </w:p>
          <w:p>
            <w:pPr>
              <w:spacing w:after="26" w:line="240" w:lineRule="auto"/>
            </w:pPr>
            <w:r>
              <w:rPr>
                <w:rFonts w:ascii="Tinos" w:hAnsi="Tinos"/>
                <w:b/>
                <w:sz w:val="14"/>
              </w:rPr>
              <w:t>LEARN: Reorganisation of expectations and identity</w:t>
            </w:r>
          </w:p>
          <w:p>
            <w:pPr>
              <w:spacing w:after="26" w:line="240" w:lineRule="auto"/>
            </w:pPr>
            <w:r>
              <w:rPr>
                <w:rFonts w:ascii="Tinos" w:hAnsi="Tinos"/>
                <w:sz w:val="14"/>
              </w:rPr>
              <w:t xml:space="preserve">  |</w:t>
            </w:r>
          </w:p>
          <w:p>
            <w:pPr>
              <w:spacing w:after="26" w:line="240" w:lineRule="auto"/>
            </w:pPr>
            <w:r>
              <w:rPr>
                <w:rFonts w:ascii="Tinos" w:hAnsi="Tinos"/>
                <w:sz w:val="14"/>
              </w:rPr>
              <w:t>Changed but increasingly coherent configuration</w:t>
            </w:r>
          </w:p>
          <w:p>
            <w:pPr>
              <w:spacing w:after="26" w:line="240" w:lineRule="auto"/>
            </w:pPr>
            <w:r>
              <w:rPr>
                <w:rFonts w:ascii="Tinos" w:hAnsi="Tinos"/>
                <w:sz w:val="14"/>
              </w:rPr>
              <w:t>```</w:t>
            </w:r>
          </w:p>
          <w:p>
            <w:pPr>
              <w:spacing w:after="26" w:line="240" w:lineRule="auto"/>
            </w:pPr>
            <w:r>
              <w:rPr>
                <w:rFonts w:ascii="Tinos" w:hAnsi="Tinos"/>
                <w:sz w:val="14"/>
              </w:rPr>
            </w:r>
          </w:p>
          <w:p>
            <w:pPr>
              <w:spacing w:after="26" w:line="240" w:lineRule="auto"/>
            </w:pPr>
            <w:r>
              <w:rPr>
                <w:rFonts w:ascii="Tinos" w:hAnsi="Tinos"/>
                <w:sz w:val="14"/>
              </w:rPr>
              <w:t>Note. Higher resolution does not automatically mean greater truth. Resolution should be appropriate to the question and to the potential consequences of being wrong.</w:t>
            </w:r>
          </w:p>
        </w:tc>
      </w:tr>
    </w:tbl>
    <w:p>
      <w:pPr>
        <w:spacing w:after="0"/>
      </w:pPr>
    </w:p>
    <w:p>
      <w:pPr>
        <w:pStyle w:val="Heading1"/>
      </w:pPr>
      <w:r>
        <w:t>4. Semantic Relativity</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4. Semantic Relativity</w:t>
            </w:r>
          </w:p>
          <w:p>
            <w:pPr>
              <w:spacing w:after="26" w:line="240" w:lineRule="auto"/>
            </w:pPr>
            <w:r>
              <w:rPr>
                <w:rFonts w:ascii="Tinos" w:hAnsi="Tinos"/>
                <w:sz w:val="14"/>
              </w:rPr>
            </w:r>
          </w:p>
          <w:p>
            <w:pPr>
              <w:spacing w:after="26" w:line="240" w:lineRule="auto"/>
            </w:pPr>
            <w:r>
              <w:rPr>
                <w:rFonts w:ascii="Tinos" w:hAnsi="Tinos"/>
                <w:sz w:val="14"/>
              </w:rPr>
              <w:t>Different fields can describe similar relational structures using different terminology.</w:t>
            </w:r>
          </w:p>
          <w:p>
            <w:pPr>
              <w:spacing w:after="26" w:line="240" w:lineRule="auto"/>
            </w:pPr>
            <w:r>
              <w:rPr>
                <w:rFonts w:ascii="Tinos" w:hAnsi="Tinos"/>
                <w:sz w:val="14"/>
              </w:rPr>
            </w:r>
          </w:p>
          <w:p>
            <w:pPr>
              <w:spacing w:after="26" w:line="240" w:lineRule="auto"/>
            </w:pPr>
            <w:r>
              <w:rPr>
                <w:rFonts w:ascii="Tinos" w:hAnsi="Tinos"/>
                <w:sz w:val="14"/>
              </w:rPr>
              <w:t>A bereaved person may say:</w:t>
            </w:r>
          </w:p>
          <w:p>
            <w:pPr>
              <w:spacing w:after="26" w:line="240" w:lineRule="auto"/>
            </w:pPr>
            <w:r>
              <w:rPr>
                <w:rFonts w:ascii="Tinos" w:hAnsi="Tinos"/>
                <w:sz w:val="14"/>
              </w:rPr>
            </w:r>
          </w:p>
          <w:p>
            <w:pPr>
              <w:spacing w:after="26" w:line="240" w:lineRule="auto"/>
            </w:pPr>
            <w:r>
              <w:rPr>
                <w:rFonts w:ascii="Tinos" w:hAnsi="Tinos"/>
                <w:sz w:val="14"/>
              </w:rPr>
              <w:t>“Part of my world has disappeared.”</w:t>
            </w:r>
          </w:p>
          <w:p>
            <w:pPr>
              <w:spacing w:after="26" w:line="240" w:lineRule="auto"/>
            </w:pPr>
            <w:r>
              <w:rPr>
                <w:rFonts w:ascii="Tinos" w:hAnsi="Tinos"/>
                <w:sz w:val="14"/>
              </w:rPr>
            </w:r>
          </w:p>
          <w:p>
            <w:pPr>
              <w:spacing w:after="26" w:line="240" w:lineRule="auto"/>
            </w:pPr>
            <w:r>
              <w:rPr>
                <w:rFonts w:ascii="Tinos" w:hAnsi="Tinos"/>
                <w:sz w:val="14"/>
              </w:rPr>
              <w:t>An attachment researcher may examine separation distress.</w:t>
            </w:r>
          </w:p>
          <w:p>
            <w:pPr>
              <w:spacing w:after="26" w:line="240" w:lineRule="auto"/>
            </w:pPr>
            <w:r>
              <w:rPr>
                <w:rFonts w:ascii="Tinos" w:hAnsi="Tinos"/>
                <w:sz w:val="14"/>
              </w:rPr>
            </w:r>
          </w:p>
          <w:p>
            <w:pPr>
              <w:spacing w:after="26" w:line="240" w:lineRule="auto"/>
            </w:pPr>
            <w:r>
              <w:rPr>
                <w:rFonts w:ascii="Tinos" w:hAnsi="Tinos"/>
                <w:sz w:val="14"/>
              </w:rPr>
              <w:t>A stress researcher may examine resource loss.</w:t>
            </w:r>
          </w:p>
          <w:p>
            <w:pPr>
              <w:spacing w:after="26" w:line="240" w:lineRule="auto"/>
            </w:pPr>
            <w:r>
              <w:rPr>
                <w:rFonts w:ascii="Tinos" w:hAnsi="Tinos"/>
                <w:sz w:val="14"/>
              </w:rPr>
            </w:r>
          </w:p>
          <w:p>
            <w:pPr>
              <w:spacing w:after="26" w:line="240" w:lineRule="auto"/>
            </w:pPr>
            <w:r>
              <w:rPr>
                <w:rFonts w:ascii="Tinos" w:hAnsi="Tinos"/>
                <w:sz w:val="14"/>
              </w:rPr>
              <w:t>A neuroscientist may investigate learning, prediction, reward, or regulation.</w:t>
            </w:r>
          </w:p>
          <w:p>
            <w:pPr>
              <w:spacing w:after="26" w:line="240" w:lineRule="auto"/>
            </w:pPr>
            <w:r>
              <w:rPr>
                <w:rFonts w:ascii="Tinos" w:hAnsi="Tinos"/>
                <w:sz w:val="14"/>
              </w:rPr>
            </w:r>
          </w:p>
          <w:p>
            <w:pPr>
              <w:spacing w:after="26" w:line="240" w:lineRule="auto"/>
            </w:pPr>
            <w:r>
              <w:rPr>
                <w:rFonts w:ascii="Tinos" w:hAnsi="Tinos"/>
                <w:sz w:val="14"/>
              </w:rPr>
              <w:t>A sociologist may examine role disruption.</w:t>
            </w:r>
          </w:p>
          <w:p>
            <w:pPr>
              <w:spacing w:after="26" w:line="240" w:lineRule="auto"/>
            </w:pPr>
            <w:r>
              <w:rPr>
                <w:rFonts w:ascii="Tinos" w:hAnsi="Tinos"/>
                <w:sz w:val="14"/>
              </w:rPr>
            </w:r>
          </w:p>
          <w:p>
            <w:pPr>
              <w:spacing w:after="26" w:line="240" w:lineRule="auto"/>
            </w:pPr>
            <w:r>
              <w:rPr>
                <w:rFonts w:ascii="Tinos" w:hAnsi="Tinos"/>
                <w:sz w:val="14"/>
              </w:rPr>
              <w:t>An economist may observe changes in labour, consumption, or household resources.</w:t>
            </w:r>
          </w:p>
          <w:p>
            <w:pPr>
              <w:spacing w:after="26" w:line="240" w:lineRule="auto"/>
            </w:pPr>
            <w:r>
              <w:rPr>
                <w:rFonts w:ascii="Tinos" w:hAnsi="Tinos"/>
                <w:sz w:val="14"/>
              </w:rPr>
            </w:r>
          </w:p>
          <w:p>
            <w:pPr>
              <w:spacing w:after="26" w:line="240" w:lineRule="auto"/>
            </w:pPr>
            <w:r>
              <w:rPr>
                <w:rFonts w:ascii="Tinos" w:hAnsi="Tinos"/>
                <w:sz w:val="14"/>
              </w:rPr>
              <w:t>These descriptions cannot simply be declared identical.</w:t>
            </w:r>
          </w:p>
          <w:p>
            <w:pPr>
              <w:spacing w:after="26" w:line="240" w:lineRule="auto"/>
            </w:pPr>
            <w:r>
              <w:rPr>
                <w:rFonts w:ascii="Tinos" w:hAnsi="Tinos"/>
                <w:sz w:val="14"/>
              </w:rPr>
            </w:r>
          </w:p>
          <w:p>
            <w:pPr>
              <w:spacing w:after="26" w:line="240" w:lineRule="auto"/>
            </w:pPr>
            <w:r>
              <w:rPr>
                <w:rFonts w:ascii="Tinos" w:hAnsi="Tinos"/>
                <w:sz w:val="14"/>
              </w:rPr>
              <w:t>But neither should differences in vocabulary prevent comparison.</w:t>
            </w:r>
          </w:p>
          <w:p>
            <w:pPr>
              <w:spacing w:after="26" w:line="240" w:lineRule="auto"/>
            </w:pPr>
            <w:r>
              <w:rPr>
                <w:rFonts w:ascii="Tinos" w:hAnsi="Tinos"/>
                <w:sz w:val="14"/>
              </w:rPr>
            </w:r>
          </w:p>
          <w:p>
            <w:pPr>
              <w:spacing w:after="26" w:line="240" w:lineRule="auto"/>
            </w:pPr>
            <w:r>
              <w:rPr>
                <w:rFonts w:ascii="Tinos" w:hAnsi="Tinos"/>
                <w:sz w:val="14"/>
              </w:rPr>
              <w:t>MRRAF uses the term semantic relativity for a methodological procedure:</w:t>
            </w:r>
          </w:p>
          <w:p>
            <w:pPr>
              <w:spacing w:after="26" w:line="240" w:lineRule="auto"/>
            </w:pPr>
            <w:r>
              <w:rPr>
                <w:rFonts w:ascii="Tinos" w:hAnsi="Tinos"/>
                <w:sz w:val="14"/>
              </w:rPr>
            </w:r>
          </w:p>
          <w:p>
            <w:pPr>
              <w:spacing w:after="26" w:line="240" w:lineRule="auto"/>
            </w:pPr>
            <w:r>
              <w:rPr>
                <w:rFonts w:ascii="Tinos" w:hAnsi="Tinos"/>
                <w:sz w:val="14"/>
              </w:rPr>
              <w:t>Translate terminology while attempting to preserve the underlying relation being described.</w:t>
            </w:r>
          </w:p>
          <w:p>
            <w:pPr>
              <w:spacing w:after="26" w:line="240" w:lineRule="auto"/>
            </w:pPr>
            <w:r>
              <w:rPr>
                <w:rFonts w:ascii="Tinos" w:hAnsi="Tinos"/>
                <w:sz w:val="14"/>
              </w:rPr>
            </w:r>
          </w:p>
          <w:p>
            <w:pPr>
              <w:spacing w:after="26" w:line="240" w:lineRule="auto"/>
            </w:pPr>
            <w:r>
              <w:rPr>
                <w:rFonts w:ascii="Tinos" w:hAnsi="Tinos"/>
                <w:sz w:val="14"/>
              </w:rPr>
              <w:t>This is an MRRAF term, not an established psychological construct.</w:t>
            </w:r>
          </w:p>
          <w:p>
            <w:pPr>
              <w:spacing w:after="26" w:line="240" w:lineRule="auto"/>
            </w:pPr>
            <w:r>
              <w:rPr>
                <w:rFonts w:ascii="Tinos" w:hAnsi="Tinos"/>
                <w:sz w:val="14"/>
              </w:rPr>
            </w:r>
          </w:p>
          <w:p>
            <w:pPr>
              <w:spacing w:after="26" w:line="240" w:lineRule="auto"/>
            </w:pPr>
            <w:r>
              <w:rPr>
                <w:rFonts w:ascii="Tinos" w:hAnsi="Tinos"/>
                <w:sz w:val="14"/>
              </w:rPr>
              <w:t>It has useful conceptual neighbours.</w:t>
            </w:r>
          </w:p>
          <w:p>
            <w:pPr>
              <w:spacing w:after="26" w:line="240" w:lineRule="auto"/>
            </w:pPr>
            <w:r>
              <w:rPr>
                <w:rFonts w:ascii="Tinos" w:hAnsi="Tinos"/>
                <w:sz w:val="14"/>
              </w:rPr>
            </w:r>
          </w:p>
          <w:p>
            <w:pPr>
              <w:spacing w:after="26" w:line="240" w:lineRule="auto"/>
            </w:pPr>
            <w:r>
              <w:rPr>
                <w:rFonts w:ascii="Tinos" w:hAnsi="Tinos"/>
                <w:sz w:val="14"/>
              </w:rPr>
              <w:t>Relational Frame Theory emphasises that human psychological functions depend substantially upon learned relations between events and concepts rather than only their isolated properties (Gross &amp; Fox, 2009).</w:t>
            </w:r>
          </w:p>
          <w:p>
            <w:pPr>
              <w:spacing w:after="26" w:line="240" w:lineRule="auto"/>
            </w:pPr>
            <w:r>
              <w:rPr>
                <w:rFonts w:ascii="Tinos" w:hAnsi="Tinos"/>
                <w:sz w:val="14"/>
              </w:rPr>
            </w:r>
          </w:p>
          <w:p>
            <w:pPr>
              <w:spacing w:after="26" w:line="240" w:lineRule="auto"/>
            </w:pPr>
            <w:r>
              <w:rPr>
                <w:rFonts w:ascii="Tinos" w:hAnsi="Tinos"/>
                <w:sz w:val="14"/>
              </w:rPr>
              <w:t>Construal-Level Theory demonstrates that human representations change systematically with temporal, spatial, social, and hypothetical distance. The same object or event may therefore be represented at different levels of abstraction depending upon the observer's psychological position (Trope &amp; Liberman, 2010).</w:t>
            </w:r>
          </w:p>
          <w:p>
            <w:pPr>
              <w:spacing w:after="26" w:line="240" w:lineRule="auto"/>
            </w:pPr>
            <w:r>
              <w:rPr>
                <w:rFonts w:ascii="Tinos" w:hAnsi="Tinos"/>
                <w:sz w:val="14"/>
              </w:rPr>
            </w:r>
          </w:p>
          <w:p>
            <w:pPr>
              <w:spacing w:after="26" w:line="240" w:lineRule="auto"/>
            </w:pPr>
            <w:r>
              <w:rPr>
                <w:rFonts w:ascii="Tinos" w:hAnsi="Tinos"/>
                <w:sz w:val="14"/>
              </w:rPr>
              <w:t>MRRAF extends this into a methodological question:</w:t>
            </w:r>
          </w:p>
          <w:p>
            <w:pPr>
              <w:spacing w:after="26" w:line="240" w:lineRule="auto"/>
            </w:pPr>
            <w:r>
              <w:rPr>
                <w:rFonts w:ascii="Tinos" w:hAnsi="Tinos"/>
                <w:sz w:val="14"/>
              </w:rPr>
            </w:r>
          </w:p>
          <w:p>
            <w:pPr>
              <w:spacing w:after="26" w:line="240" w:lineRule="auto"/>
            </w:pPr>
            <w:r>
              <w:rPr>
                <w:rFonts w:ascii="Tinos" w:hAnsi="Tinos"/>
                <w:sz w:val="14"/>
              </w:rPr>
              <w:t>What remains relationally invariant when vocabulary or resolution changes?</w:t>
            </w:r>
          </w:p>
          <w:p>
            <w:pPr>
              <w:spacing w:after="26" w:line="240" w:lineRule="auto"/>
            </w:pPr>
            <w:r>
              <w:rPr>
                <w:rFonts w:ascii="Tinos" w:hAnsi="Tinos"/>
                <w:sz w:val="14"/>
              </w:rPr>
            </w:r>
          </w:p>
          <w:p>
            <w:pPr>
              <w:spacing w:after="26" w:line="240" w:lineRule="auto"/>
            </w:pPr>
            <w:r>
              <w:rPr>
                <w:rFonts w:ascii="Tinos" w:hAnsi="Tinos"/>
                <w:sz w:val="14"/>
              </w:rPr>
              <w:t>Where genuinely independent perspectives converge upon a similar relationship, confidence may increase.</w:t>
            </w:r>
          </w:p>
          <w:p>
            <w:pPr>
              <w:spacing w:after="26" w:line="240" w:lineRule="auto"/>
            </w:pPr>
            <w:r>
              <w:rPr>
                <w:rFonts w:ascii="Tinos" w:hAnsi="Tinos"/>
                <w:sz w:val="14"/>
              </w:rPr>
            </w:r>
          </w:p>
          <w:p>
            <w:pPr>
              <w:spacing w:after="26" w:line="240" w:lineRule="auto"/>
            </w:pPr>
            <w:r>
              <w:rPr>
                <w:rFonts w:ascii="Tinos" w:hAnsi="Tinos"/>
                <w:sz w:val="14"/>
              </w:rPr>
              <w:t>This is called cross-resolution convergence within MRRAF.</w:t>
            </w:r>
          </w:p>
          <w:p>
            <w:pPr>
              <w:spacing w:after="26" w:line="240" w:lineRule="auto"/>
            </w:pPr>
            <w:r>
              <w:rPr>
                <w:rFonts w:ascii="Tinos" w:hAnsi="Tinos"/>
                <w:sz w:val="14"/>
              </w:rPr>
            </w:r>
          </w:p>
          <w:p>
            <w:pPr>
              <w:spacing w:after="26" w:line="240" w:lineRule="auto"/>
            </w:pPr>
            <w:r>
              <w:rPr>
                <w:rFonts w:ascii="Tinos" w:hAnsi="Tinos"/>
                <w:sz w:val="14"/>
              </w:rPr>
              <w:t>It is not the same as majority opinion.</w:t>
            </w:r>
          </w:p>
          <w:p>
            <w:pPr>
              <w:spacing w:after="26" w:line="240" w:lineRule="auto"/>
            </w:pPr>
            <w:r>
              <w:rPr>
                <w:rFonts w:ascii="Tinos" w:hAnsi="Tinos"/>
                <w:sz w:val="14"/>
              </w:rPr>
            </w:r>
          </w:p>
          <w:p>
            <w:pPr>
              <w:spacing w:after="26" w:line="240" w:lineRule="auto"/>
            </w:pPr>
            <w:r>
              <w:rPr>
                <w:rFonts w:ascii="Tinos" w:hAnsi="Tinos"/>
                <w:sz w:val="14"/>
              </w:rPr>
              <w:t>Ten sources repeating one source are not ten independent observations.</w:t>
            </w:r>
          </w:p>
          <w:p>
            <w:pPr>
              <w:spacing w:after="26" w:line="240" w:lineRule="auto"/>
            </w:pPr>
            <w:r>
              <w:rPr>
                <w:rFonts w:ascii="Tinos" w:hAnsi="Tinos"/>
                <w:sz w:val="14"/>
              </w:rPr>
            </w:r>
          </w:p>
          <w:p>
            <w:pPr>
              <w:spacing w:after="26" w:line="240" w:lineRule="auto"/>
            </w:pPr>
            <w:r>
              <w:rPr>
                <w:rFonts w:ascii="Tinos" w:hAnsi="Tinos"/>
                <w:sz w:val="14"/>
              </w:rPr>
              <w:t>Alignment becomes more informative when different methods, disciplines, cultures, or evidence streams independently cross at approximately the same relational point.</w:t>
            </w:r>
          </w:p>
        </w:tc>
        <w:tc>
          <w:tcPr>
            <w:tcW w:type="dxa" w:w="7913"/>
            <w:tcMar>
              <w:top w:w="55" w:type="dxa"/>
              <w:start w:w="70" w:type="dxa"/>
              <w:bottom w:w="55" w:type="dxa"/>
              <w:end w:w="70" w:type="dxa"/>
            </w:tcMar>
            <w:vAlign w:val="top"/>
          </w:tcPr>
          <w:p>
            <w:pPr>
              <w:spacing w:after="26" w:line="240" w:lineRule="auto"/>
            </w:pPr>
            <w:r/>
            <w:r>
              <w:rPr>
                <w:rFonts w:ascii="Tinos" w:hAnsi="Tinos"/>
                <w:sz w:val="14"/>
              </w:rPr>
              <w:t>4. Semantic Relativity</w:t>
            </w:r>
          </w:p>
          <w:p>
            <w:pPr>
              <w:spacing w:after="26" w:line="240" w:lineRule="auto"/>
            </w:pPr>
            <w:r>
              <w:rPr>
                <w:rFonts w:ascii="Tinos" w:hAnsi="Tinos"/>
                <w:sz w:val="14"/>
              </w:rPr>
            </w:r>
          </w:p>
          <w:p>
            <w:pPr>
              <w:spacing w:after="26" w:line="240" w:lineRule="auto"/>
            </w:pPr>
            <w:r>
              <w:rPr>
                <w:rFonts w:ascii="Tinos" w:hAnsi="Tinos"/>
                <w:sz w:val="14"/>
              </w:rPr>
              <w:t>Different fields and different people can describe similar relational structures using different terminology. LOVE-0 treats that difference as potentially informative rather than as an inconvenience to be eliminated.</w:t>
            </w:r>
          </w:p>
          <w:p>
            <w:pPr>
              <w:spacing w:after="26" w:line="240" w:lineRule="auto"/>
            </w:pPr>
            <w:r>
              <w:rPr>
                <w:rFonts w:ascii="Tinos" w:hAnsi="Tinos"/>
                <w:sz w:val="14"/>
              </w:rPr>
            </w:r>
          </w:p>
          <w:p>
            <w:pPr>
              <w:spacing w:after="26" w:line="240" w:lineRule="auto"/>
            </w:pPr>
            <w:r>
              <w:rPr>
                <w:rFonts w:ascii="Tinos" w:hAnsi="Tinos"/>
                <w:sz w:val="14"/>
              </w:rPr>
              <w:t>A bereaved person may say:</w:t>
            </w:r>
          </w:p>
          <w:p>
            <w:pPr>
              <w:spacing w:after="26" w:line="240" w:lineRule="auto"/>
            </w:pPr>
            <w:r>
              <w:rPr>
                <w:rFonts w:ascii="Tinos" w:hAnsi="Tinos"/>
                <w:sz w:val="14"/>
              </w:rPr>
            </w:r>
          </w:p>
          <w:p>
            <w:pPr>
              <w:spacing w:after="26" w:line="240" w:lineRule="auto"/>
            </w:pPr>
            <w:r>
              <w:rPr>
                <w:rFonts w:ascii="Tinos" w:hAnsi="Tinos"/>
                <w:sz w:val="14"/>
              </w:rPr>
              <w:t>“Part of my world has disappeared.”</w:t>
            </w:r>
          </w:p>
          <w:p>
            <w:pPr>
              <w:spacing w:after="26" w:line="240" w:lineRule="auto"/>
            </w:pPr>
            <w:r>
              <w:rPr>
                <w:rFonts w:ascii="Tinos" w:hAnsi="Tinos"/>
                <w:sz w:val="14"/>
              </w:rPr>
            </w:r>
          </w:p>
          <w:p>
            <w:pPr>
              <w:spacing w:after="26" w:line="240" w:lineRule="auto"/>
            </w:pPr>
            <w:r>
              <w:rPr>
                <w:rFonts w:ascii="Tinos" w:hAnsi="Tinos"/>
                <w:sz w:val="14"/>
              </w:rPr>
              <w:t>An attachment researcher may examine separation distress.</w:t>
            </w:r>
          </w:p>
          <w:p>
            <w:pPr>
              <w:spacing w:after="26" w:line="240" w:lineRule="auto"/>
            </w:pPr>
            <w:r>
              <w:rPr>
                <w:rFonts w:ascii="Tinos" w:hAnsi="Tinos"/>
                <w:sz w:val="14"/>
              </w:rPr>
            </w:r>
          </w:p>
          <w:p>
            <w:pPr>
              <w:spacing w:after="26" w:line="240" w:lineRule="auto"/>
            </w:pPr>
            <w:r>
              <w:rPr>
                <w:rFonts w:ascii="Tinos" w:hAnsi="Tinos"/>
                <w:sz w:val="14"/>
              </w:rPr>
              <w:t>A stress researcher may examine resource loss.</w:t>
            </w:r>
          </w:p>
          <w:p>
            <w:pPr>
              <w:spacing w:after="26" w:line="240" w:lineRule="auto"/>
            </w:pPr>
            <w:r>
              <w:rPr>
                <w:rFonts w:ascii="Tinos" w:hAnsi="Tinos"/>
                <w:sz w:val="14"/>
              </w:rPr>
            </w:r>
          </w:p>
          <w:p>
            <w:pPr>
              <w:spacing w:after="26" w:line="240" w:lineRule="auto"/>
            </w:pPr>
            <w:r>
              <w:rPr>
                <w:rFonts w:ascii="Tinos" w:hAnsi="Tinos"/>
                <w:sz w:val="14"/>
              </w:rPr>
              <w:t>A neuroscientist may investigate learning, prediction, reward, or regulation.</w:t>
            </w:r>
          </w:p>
          <w:p>
            <w:pPr>
              <w:spacing w:after="26" w:line="240" w:lineRule="auto"/>
            </w:pPr>
            <w:r>
              <w:rPr>
                <w:rFonts w:ascii="Tinos" w:hAnsi="Tinos"/>
                <w:sz w:val="14"/>
              </w:rPr>
            </w:r>
          </w:p>
          <w:p>
            <w:pPr>
              <w:spacing w:after="26" w:line="240" w:lineRule="auto"/>
            </w:pPr>
            <w:r>
              <w:rPr>
                <w:rFonts w:ascii="Tinos" w:hAnsi="Tinos"/>
                <w:sz w:val="14"/>
              </w:rPr>
              <w:t>A sociologist may examine role disruption.</w:t>
            </w:r>
          </w:p>
          <w:p>
            <w:pPr>
              <w:spacing w:after="26" w:line="240" w:lineRule="auto"/>
            </w:pPr>
            <w:r>
              <w:rPr>
                <w:rFonts w:ascii="Tinos" w:hAnsi="Tinos"/>
                <w:sz w:val="14"/>
              </w:rPr>
            </w:r>
          </w:p>
          <w:p>
            <w:pPr>
              <w:spacing w:after="26" w:line="240" w:lineRule="auto"/>
            </w:pPr>
            <w:r>
              <w:rPr>
                <w:rFonts w:ascii="Tinos" w:hAnsi="Tinos"/>
                <w:sz w:val="14"/>
              </w:rPr>
              <w:t>An economist may observe changes in labour, consumption, or household resources.</w:t>
            </w:r>
          </w:p>
          <w:p>
            <w:pPr>
              <w:spacing w:after="26" w:line="240" w:lineRule="auto"/>
            </w:pPr>
            <w:r>
              <w:rPr>
                <w:rFonts w:ascii="Tinos" w:hAnsi="Tinos"/>
                <w:sz w:val="14"/>
              </w:rPr>
            </w:r>
          </w:p>
          <w:p>
            <w:pPr>
              <w:spacing w:after="26" w:line="240" w:lineRule="auto"/>
            </w:pPr>
            <w:r>
              <w:rPr>
                <w:rFonts w:ascii="Tinos" w:hAnsi="Tinos"/>
                <w:sz w:val="14"/>
              </w:rPr>
              <w:t>A family member may describe love, duty, memory, faith, anger, or absence.</w:t>
            </w:r>
          </w:p>
          <w:p>
            <w:pPr>
              <w:spacing w:after="26" w:line="240" w:lineRule="auto"/>
            </w:pPr>
            <w:r>
              <w:rPr>
                <w:rFonts w:ascii="Tinos" w:hAnsi="Tinos"/>
                <w:sz w:val="14"/>
              </w:rPr>
            </w:r>
          </w:p>
          <w:p>
            <w:pPr>
              <w:spacing w:after="26" w:line="240" w:lineRule="auto"/>
            </w:pPr>
            <w:r>
              <w:rPr>
                <w:rFonts w:ascii="Tinos" w:hAnsi="Tinos"/>
                <w:sz w:val="14"/>
              </w:rPr>
              <w:t>These descriptions cannot simply be declared identical. Nor should one vocabulary automatically be granted ownership over the entire phenomenon.</w:t>
            </w:r>
          </w:p>
          <w:p>
            <w:pPr>
              <w:spacing w:after="26" w:line="240" w:lineRule="auto"/>
            </w:pPr>
            <w:r>
              <w:rPr>
                <w:rFonts w:ascii="Tinos" w:hAnsi="Tinos"/>
                <w:sz w:val="14"/>
              </w:rPr>
            </w:r>
          </w:p>
          <w:p>
            <w:pPr>
              <w:spacing w:after="26" w:line="240" w:lineRule="auto"/>
            </w:pPr>
            <w:r>
              <w:rPr>
                <w:rFonts w:ascii="Tinos" w:hAnsi="Tinos"/>
                <w:sz w:val="14"/>
              </w:rPr>
              <w:t>MRRAF uses the term semantic relativity for a methodological procedure:</w:t>
            </w:r>
          </w:p>
          <w:p>
            <w:pPr>
              <w:spacing w:after="26" w:line="240" w:lineRule="auto"/>
            </w:pPr>
            <w:r>
              <w:rPr>
                <w:rFonts w:ascii="Tinos" w:hAnsi="Tinos"/>
                <w:sz w:val="14"/>
              </w:rPr>
            </w:r>
          </w:p>
          <w:p>
            <w:pPr>
              <w:spacing w:after="26" w:line="240" w:lineRule="auto"/>
            </w:pPr>
            <w:r>
              <w:rPr>
                <w:rFonts w:ascii="Tinos" w:hAnsi="Tinos"/>
                <w:sz w:val="14"/>
              </w:rPr>
              <w:t>Translate terminology while attempting to preserve the underlying relation being described.</w:t>
            </w:r>
          </w:p>
          <w:p>
            <w:pPr>
              <w:spacing w:after="26" w:line="240" w:lineRule="auto"/>
            </w:pPr>
            <w:r>
              <w:rPr>
                <w:rFonts w:ascii="Tinos" w:hAnsi="Tinos"/>
                <w:sz w:val="14"/>
              </w:rPr>
            </w:r>
          </w:p>
          <w:p>
            <w:pPr>
              <w:spacing w:after="26" w:line="240" w:lineRule="auto"/>
            </w:pPr>
            <w:r>
              <w:rPr>
                <w:rFonts w:ascii="Tinos" w:hAnsi="Tinos"/>
                <w:sz w:val="14"/>
              </w:rPr>
              <w:t>This is an MRRAF term, not an established psychological construct.</w:t>
            </w:r>
          </w:p>
          <w:p>
            <w:pPr>
              <w:spacing w:after="26" w:line="240" w:lineRule="auto"/>
            </w:pPr>
            <w:r>
              <w:rPr>
                <w:rFonts w:ascii="Tinos" w:hAnsi="Tinos"/>
                <w:sz w:val="14"/>
              </w:rPr>
            </w:r>
          </w:p>
          <w:p>
            <w:pPr>
              <w:spacing w:after="26" w:line="240" w:lineRule="auto"/>
            </w:pPr>
            <w:r>
              <w:rPr>
                <w:rFonts w:ascii="Tinos" w:hAnsi="Tinos"/>
                <w:sz w:val="14"/>
              </w:rPr>
              <w:t>It has useful conceptual neighbours.</w:t>
            </w:r>
          </w:p>
          <w:p>
            <w:pPr>
              <w:spacing w:after="26" w:line="240" w:lineRule="auto"/>
            </w:pPr>
            <w:r>
              <w:rPr>
                <w:rFonts w:ascii="Tinos" w:hAnsi="Tinos"/>
                <w:sz w:val="14"/>
              </w:rPr>
            </w:r>
          </w:p>
          <w:p>
            <w:pPr>
              <w:spacing w:after="26" w:line="240" w:lineRule="auto"/>
            </w:pPr>
            <w:r>
              <w:rPr>
                <w:rFonts w:ascii="Tinos" w:hAnsi="Tinos"/>
                <w:sz w:val="14"/>
              </w:rPr>
              <w:t>Relational Frame Theory emphasises that human psychological functions depend substantially upon learned relations between events and concepts rather than only their isolated properties (Gross &amp; Fox, 2009).</w:t>
            </w:r>
          </w:p>
          <w:p>
            <w:pPr>
              <w:spacing w:after="26" w:line="240" w:lineRule="auto"/>
            </w:pPr>
            <w:r>
              <w:rPr>
                <w:rFonts w:ascii="Tinos" w:hAnsi="Tinos"/>
                <w:sz w:val="14"/>
              </w:rPr>
            </w:r>
          </w:p>
          <w:p>
            <w:pPr>
              <w:spacing w:after="26" w:line="240" w:lineRule="auto"/>
            </w:pPr>
            <w:r>
              <w:rPr>
                <w:rFonts w:ascii="Tinos" w:hAnsi="Tinos"/>
                <w:sz w:val="14"/>
              </w:rPr>
              <w:t>Construal-Level Theory demonstrates that human representations change systematically with temporal, spatial, social, and hypothetical distance. The same object or event may therefore be represented at different levels of abstraction depending upon the observer's psychological position (Trope &amp; Liberman, 2010).</w:t>
            </w:r>
          </w:p>
          <w:p>
            <w:pPr>
              <w:spacing w:after="26" w:line="240" w:lineRule="auto"/>
            </w:pPr>
            <w:r>
              <w:rPr>
                <w:rFonts w:ascii="Tinos" w:hAnsi="Tinos"/>
                <w:sz w:val="14"/>
              </w:rPr>
            </w:r>
          </w:p>
          <w:p>
            <w:pPr>
              <w:spacing w:after="26" w:line="240" w:lineRule="auto"/>
            </w:pPr>
            <w:r>
              <w:rPr>
                <w:rFonts w:ascii="Tinos" w:hAnsi="Tinos"/>
                <w:sz w:val="14"/>
              </w:rPr>
              <w:t>MRRAF extends this into a methodological question:</w:t>
            </w:r>
          </w:p>
          <w:p>
            <w:pPr>
              <w:spacing w:after="26" w:line="240" w:lineRule="auto"/>
            </w:pPr>
            <w:r>
              <w:rPr>
                <w:rFonts w:ascii="Tinos" w:hAnsi="Tinos"/>
                <w:sz w:val="14"/>
              </w:rPr>
            </w:r>
          </w:p>
          <w:p>
            <w:pPr>
              <w:spacing w:after="26" w:line="240" w:lineRule="auto"/>
            </w:pPr>
            <w:r>
              <w:rPr>
                <w:rFonts w:ascii="Tinos" w:hAnsi="Tinos"/>
                <w:sz w:val="14"/>
              </w:rPr>
              <w:t>What remains relationally invariant when vocabulary or resolution changes?</w:t>
            </w:r>
          </w:p>
          <w:p>
            <w:pPr>
              <w:spacing w:after="26" w:line="240" w:lineRule="auto"/>
            </w:pPr>
            <w:r>
              <w:rPr>
                <w:rFonts w:ascii="Tinos" w:hAnsi="Tinos"/>
                <w:sz w:val="14"/>
              </w:rPr>
            </w:r>
          </w:p>
          <w:p>
            <w:pPr>
              <w:spacing w:after="26" w:line="240" w:lineRule="auto"/>
            </w:pPr>
            <w:r>
              <w:rPr>
                <w:rFonts w:ascii="Tinos" w:hAnsi="Tinos"/>
                <w:sz w:val="14"/>
              </w:rPr>
              <w:t>LOVE-0 adds:</w:t>
            </w:r>
          </w:p>
          <w:p>
            <w:pPr>
              <w:spacing w:after="26" w:line="240" w:lineRule="auto"/>
            </w:pPr>
            <w:r>
              <w:rPr>
                <w:rFonts w:ascii="Tinos" w:hAnsi="Tinos"/>
                <w:sz w:val="14"/>
              </w:rPr>
            </w:r>
          </w:p>
          <w:p>
            <w:pPr>
              <w:spacing w:after="26" w:line="240" w:lineRule="auto"/>
            </w:pPr>
            <w:r>
              <w:rPr>
                <w:rFonts w:ascii="Tinos" w:hAnsi="Tinos"/>
                <w:sz w:val="14"/>
              </w:rPr>
              <w:t>Who is affected by the description, and what does the description permit someone with power to do?</w:t>
            </w:r>
          </w:p>
          <w:p>
            <w:pPr>
              <w:spacing w:after="26" w:line="240" w:lineRule="auto"/>
            </w:pPr>
            <w:r>
              <w:rPr>
                <w:rFonts w:ascii="Tinos" w:hAnsi="Tinos"/>
                <w:sz w:val="14"/>
              </w:rPr>
            </w:r>
          </w:p>
          <w:p>
            <w:pPr>
              <w:spacing w:after="26" w:line="240" w:lineRule="auto"/>
            </w:pPr>
            <w:r>
              <w:rPr>
                <w:rFonts w:ascii="Tinos" w:hAnsi="Tinos"/>
                <w:sz w:val="14"/>
              </w:rPr>
              <w:t>Where genuinely independent perspectives converge upon a similar relationship, confidence may increase. This is called cross-resolution convergence within MRRAF.</w:t>
            </w:r>
          </w:p>
          <w:p>
            <w:pPr>
              <w:spacing w:after="26" w:line="240" w:lineRule="auto"/>
            </w:pPr>
            <w:r>
              <w:rPr>
                <w:rFonts w:ascii="Tinos" w:hAnsi="Tinos"/>
                <w:sz w:val="14"/>
              </w:rPr>
            </w:r>
          </w:p>
          <w:p>
            <w:pPr>
              <w:spacing w:after="26" w:line="240" w:lineRule="auto"/>
            </w:pPr>
            <w:r>
              <w:rPr>
                <w:rFonts w:ascii="Tinos" w:hAnsi="Tinos"/>
                <w:sz w:val="14"/>
              </w:rPr>
              <w:t>It is not the same as majority opinion. Ten sources repeating one source are not ten independent observations, and ten powerful observers agreeing do not automatically erase the perspective of the one person most affected by their action.</w:t>
            </w:r>
          </w:p>
          <w:p>
            <w:pPr>
              <w:spacing w:after="26" w:line="240" w:lineRule="auto"/>
            </w:pPr>
            <w:r>
              <w:rPr>
                <w:rFonts w:ascii="Tinos" w:hAnsi="Tinos"/>
                <w:sz w:val="14"/>
              </w:rPr>
            </w:r>
          </w:p>
          <w:p>
            <w:pPr>
              <w:spacing w:after="26" w:line="240" w:lineRule="auto"/>
            </w:pPr>
            <w:r>
              <w:rPr>
                <w:rFonts w:ascii="Tinos" w:hAnsi="Tinos"/>
                <w:sz w:val="14"/>
              </w:rPr>
              <w:t>Alignment becomes more informative when different methods, disciplines, cultures, positions of power, or evidence streams independently cross at approximately the same relational point.</w:t>
            </w:r>
          </w:p>
        </w:tc>
      </w:tr>
    </w:tbl>
    <w:p>
      <w:pPr>
        <w:spacing w:after="0"/>
      </w:pPr>
    </w:p>
    <w:p>
      <w:pPr>
        <w:pStyle w:val="Heading1"/>
      </w:pPr>
      <w:r>
        <w:t>5. Human Evidence and Substrate-Neutral Description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5. Human Evidence and Substrate-Neutral Description</w:t>
            </w:r>
          </w:p>
          <w:p>
            <w:pPr>
              <w:spacing w:after="26" w:line="240" w:lineRule="auto"/>
            </w:pPr>
            <w:r>
              <w:rPr>
                <w:rFonts w:ascii="Tinos" w:hAnsi="Tinos"/>
                <w:sz w:val="14"/>
              </w:rPr>
            </w:r>
          </w:p>
          <w:p>
            <w:pPr>
              <w:spacing w:after="26" w:line="240" w:lineRule="auto"/>
            </w:pPr>
            <w:r>
              <w:rPr>
                <w:rFonts w:ascii="Tinos" w:hAnsi="Tinos"/>
                <w:sz w:val="14"/>
              </w:rPr>
              <w:t>MRRAF deliberately uses abstract terms such as:</w:t>
            </w:r>
          </w:p>
          <w:p>
            <w:pPr>
              <w:spacing w:after="26" w:line="240" w:lineRule="auto"/>
            </w:pPr>
            <w:r>
              <w:rPr>
                <w:rFonts w:ascii="Tinos" w:hAnsi="Tinos"/>
                <w:sz w:val="14"/>
              </w:rPr>
            </w:r>
          </w:p>
          <w:p>
            <w:pPr>
              <w:spacing w:after="26" w:line="240" w:lineRule="auto"/>
            </w:pPr>
            <w:r>
              <w:rPr>
                <w:rFonts w:ascii="Tinos" w:hAnsi="Tinos"/>
                <w:sz w:val="14"/>
              </w:rPr>
              <w:t>- system,</w:t>
            </w:r>
          </w:p>
          <w:p>
            <w:pPr>
              <w:spacing w:after="26" w:line="240" w:lineRule="auto"/>
            </w:pPr>
            <w:r>
              <w:rPr>
                <w:rFonts w:ascii="Tinos" w:hAnsi="Tinos"/>
                <w:sz w:val="14"/>
              </w:rPr>
              <w:t>- resource,</w:t>
            </w:r>
          </w:p>
          <w:p>
            <w:pPr>
              <w:spacing w:after="26" w:line="240" w:lineRule="auto"/>
            </w:pPr>
            <w:r>
              <w:rPr>
                <w:rFonts w:ascii="Tinos" w:hAnsi="Tinos"/>
                <w:sz w:val="14"/>
              </w:rPr>
              <w:t>- relation,</w:t>
            </w:r>
          </w:p>
          <w:p>
            <w:pPr>
              <w:spacing w:after="26" w:line="240" w:lineRule="auto"/>
            </w:pPr>
            <w:r>
              <w:rPr>
                <w:rFonts w:ascii="Tinos" w:hAnsi="Tinos"/>
                <w:sz w:val="14"/>
              </w:rPr>
              <w:t>- state,</w:t>
            </w:r>
          </w:p>
          <w:p>
            <w:pPr>
              <w:spacing w:after="26" w:line="240" w:lineRule="auto"/>
            </w:pPr>
            <w:r>
              <w:rPr>
                <w:rFonts w:ascii="Tinos" w:hAnsi="Tinos"/>
                <w:sz w:val="14"/>
              </w:rPr>
              <w:t>- signal,</w:t>
            </w:r>
          </w:p>
          <w:p>
            <w:pPr>
              <w:spacing w:after="26" w:line="240" w:lineRule="auto"/>
            </w:pPr>
            <w:r>
              <w:rPr>
                <w:rFonts w:ascii="Tinos" w:hAnsi="Tinos"/>
                <w:sz w:val="14"/>
              </w:rPr>
              <w:t>- regulation,</w:t>
            </w:r>
          </w:p>
          <w:p>
            <w:pPr>
              <w:spacing w:after="26" w:line="240" w:lineRule="auto"/>
            </w:pPr>
            <w:r>
              <w:rPr>
                <w:rFonts w:ascii="Tinos" w:hAnsi="Tinos"/>
                <w:sz w:val="14"/>
              </w:rPr>
              <w:t>- feedback,</w:t>
            </w:r>
          </w:p>
          <w:p>
            <w:pPr>
              <w:spacing w:after="26" w:line="240" w:lineRule="auto"/>
            </w:pPr>
            <w:r>
              <w:rPr>
                <w:rFonts w:ascii="Tinos" w:hAnsi="Tinos"/>
                <w:sz w:val="14"/>
              </w:rPr>
              <w:t>- adaptation,</w:t>
            </w:r>
          </w:p>
          <w:p>
            <w:pPr>
              <w:spacing w:after="26" w:line="240" w:lineRule="auto"/>
            </w:pPr>
            <w:r>
              <w:rPr>
                <w:rFonts w:ascii="Tinos" w:hAnsi="Tinos"/>
                <w:sz w:val="14"/>
              </w:rPr>
              <w:t>- configuration,</w:t>
            </w:r>
          </w:p>
          <w:p>
            <w:pPr>
              <w:spacing w:after="26" w:line="240" w:lineRule="auto"/>
            </w:pPr>
            <w:r>
              <w:rPr>
                <w:rFonts w:ascii="Tinos" w:hAnsi="Tinos"/>
                <w:sz w:val="14"/>
              </w:rPr>
              <w:t>- and transformation.</w:t>
            </w:r>
          </w:p>
          <w:p>
            <w:pPr>
              <w:spacing w:after="26" w:line="240" w:lineRule="auto"/>
            </w:pPr>
            <w:r>
              <w:rPr>
                <w:rFonts w:ascii="Tinos" w:hAnsi="Tinos"/>
                <w:sz w:val="14"/>
              </w:rPr>
            </w:r>
          </w:p>
          <w:p>
            <w:pPr>
              <w:spacing w:after="26" w:line="240" w:lineRule="auto"/>
            </w:pPr>
            <w:r>
              <w:rPr>
                <w:rFonts w:ascii="Tinos" w:hAnsi="Tinos"/>
                <w:sz w:val="14"/>
              </w:rPr>
              <w:t>This permits conceptual translation beyond specifically human language.</w:t>
            </w:r>
          </w:p>
          <w:p>
            <w:pPr>
              <w:spacing w:after="26" w:line="240" w:lineRule="auto"/>
            </w:pPr>
            <w:r>
              <w:rPr>
                <w:rFonts w:ascii="Tinos" w:hAnsi="Tinos"/>
                <w:sz w:val="14"/>
              </w:rPr>
            </w:r>
          </w:p>
          <w:p>
            <w:pPr>
              <w:spacing w:after="26" w:line="240" w:lineRule="auto"/>
            </w:pPr>
            <w:r>
              <w:rPr>
                <w:rFonts w:ascii="Tinos" w:hAnsi="Tinos"/>
                <w:sz w:val="14"/>
              </w:rPr>
              <w:t>However, the empirical evidence reviewed in this paper is principally human psychological and behavioural evidence.</w:t>
            </w:r>
          </w:p>
          <w:p>
            <w:pPr>
              <w:spacing w:after="26" w:line="240" w:lineRule="auto"/>
            </w:pPr>
            <w:r>
              <w:rPr>
                <w:rFonts w:ascii="Tinos" w:hAnsi="Tinos"/>
                <w:sz w:val="14"/>
              </w:rPr>
            </w:r>
          </w:p>
          <w:p>
            <w:pPr>
              <w:spacing w:after="26" w:line="240" w:lineRule="auto"/>
            </w:pPr>
            <w:r>
              <w:rPr>
                <w:rFonts w:ascii="Tinos" w:hAnsi="Tinos"/>
                <w:sz w:val="14"/>
              </w:rPr>
              <w:t>It would be unjustified to assume that a plant, bacterium, artificial system, animal, ecosystem, or other form of life necessarily experiences human sadness, grief, nostalgia, or love.</w:t>
            </w:r>
          </w:p>
          <w:p>
            <w:pPr>
              <w:spacing w:after="26" w:line="240" w:lineRule="auto"/>
            </w:pPr>
            <w:r>
              <w:rPr>
                <w:rFonts w:ascii="Tinos" w:hAnsi="Tinos"/>
                <w:sz w:val="14"/>
              </w:rPr>
            </w:r>
          </w:p>
          <w:p>
            <w:pPr>
              <w:spacing w:after="26" w:line="240" w:lineRule="auto"/>
            </w:pPr>
            <w:r>
              <w:rPr>
                <w:rFonts w:ascii="Tinos" w:hAnsi="Tinos"/>
                <w:sz w:val="14"/>
              </w:rPr>
              <w:t>The framework therefore separates:</w:t>
            </w:r>
          </w:p>
          <w:p>
            <w:pPr>
              <w:spacing w:after="26" w:line="240" w:lineRule="auto"/>
            </w:pPr>
            <w:r>
              <w:rPr>
                <w:rFonts w:ascii="Tinos" w:hAnsi="Tinos"/>
                <w:sz w:val="14"/>
              </w:rPr>
            </w:r>
          </w:p>
          <w:p>
            <w:pPr>
              <w:spacing w:after="26" w:line="240" w:lineRule="auto"/>
            </w:pPr>
            <w:r>
              <w:rPr>
                <w:rFonts w:ascii="Tinos" w:hAnsi="Tinos"/>
                <w:sz w:val="14"/>
              </w:rPr>
              <w:t>relational portability</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subjective equivalence.</w:t>
            </w:r>
          </w:p>
          <w:p>
            <w:pPr>
              <w:spacing w:after="26" w:line="240" w:lineRule="auto"/>
            </w:pPr>
            <w:r>
              <w:rPr>
                <w:rFonts w:ascii="Tinos" w:hAnsi="Tinos"/>
                <w:sz w:val="14"/>
              </w:rPr>
            </w:r>
          </w:p>
          <w:p>
            <w:pPr>
              <w:spacing w:after="26" w:line="240" w:lineRule="auto"/>
            </w:pPr>
            <w:r>
              <w:rPr>
                <w:rFonts w:ascii="Tinos" w:hAnsi="Tinos"/>
                <w:sz w:val="14"/>
              </w:rPr>
              <w:t>Many systems encounter changing resources and conditions.</w:t>
            </w:r>
          </w:p>
          <w:p>
            <w:pPr>
              <w:spacing w:after="26" w:line="240" w:lineRule="auto"/>
            </w:pPr>
            <w:r>
              <w:rPr>
                <w:rFonts w:ascii="Tinos" w:hAnsi="Tinos"/>
                <w:sz w:val="14"/>
              </w:rPr>
            </w:r>
          </w:p>
          <w:p>
            <w:pPr>
              <w:spacing w:after="26" w:line="240" w:lineRule="auto"/>
            </w:pPr>
            <w:r>
              <w:rPr>
                <w:rFonts w:ascii="Tinos" w:hAnsi="Tinos"/>
                <w:sz w:val="14"/>
              </w:rPr>
              <w:t>That does not establish that every system experiences those changes consciously or emotionally.</w:t>
            </w:r>
          </w:p>
          <w:p>
            <w:pPr>
              <w:spacing w:after="26" w:line="240" w:lineRule="auto"/>
            </w:pPr>
            <w:r>
              <w:rPr>
                <w:rFonts w:ascii="Tinos" w:hAnsi="Tinos"/>
                <w:sz w:val="14"/>
              </w:rPr>
            </w:r>
          </w:p>
          <w:p>
            <w:pPr>
              <w:spacing w:after="26" w:line="240" w:lineRule="auto"/>
            </w:pPr>
            <w:r>
              <w:rPr>
                <w:rFonts w:ascii="Tinos" w:hAnsi="Tinos"/>
                <w:sz w:val="14"/>
              </w:rPr>
              <w:t>The abstraction is intended to aid comparison, not erase meaningful differences between forms of existence.</w:t>
            </w:r>
          </w:p>
        </w:tc>
        <w:tc>
          <w:tcPr>
            <w:tcW w:type="dxa" w:w="7913"/>
            <w:tcMar>
              <w:top w:w="55" w:type="dxa"/>
              <w:start w:w="70" w:type="dxa"/>
              <w:bottom w:w="55" w:type="dxa"/>
              <w:end w:w="70" w:type="dxa"/>
            </w:tcMar>
            <w:vAlign w:val="top"/>
          </w:tcPr>
          <w:p>
            <w:pPr>
              <w:spacing w:after="26" w:line="240" w:lineRule="auto"/>
            </w:pPr>
            <w:r/>
            <w:r>
              <w:rPr>
                <w:rFonts w:ascii="Tinos" w:hAnsi="Tinos"/>
                <w:sz w:val="14"/>
              </w:rPr>
              <w:t>5. Human Evidence and Substrate-Neutral Description</w:t>
            </w:r>
          </w:p>
          <w:p>
            <w:pPr>
              <w:spacing w:after="26" w:line="240" w:lineRule="auto"/>
            </w:pPr>
            <w:r>
              <w:rPr>
                <w:rFonts w:ascii="Tinos" w:hAnsi="Tinos"/>
                <w:sz w:val="14"/>
              </w:rPr>
            </w:r>
          </w:p>
          <w:p>
            <w:pPr>
              <w:spacing w:after="26" w:line="240" w:lineRule="auto"/>
            </w:pPr>
            <w:r>
              <w:rPr>
                <w:rFonts w:ascii="Tinos" w:hAnsi="Tinos"/>
                <w:sz w:val="14"/>
              </w:rPr>
              <w:t>MRRAF deliberately uses abstract terms such as:</w:t>
            </w:r>
          </w:p>
          <w:p>
            <w:pPr>
              <w:spacing w:after="26" w:line="240" w:lineRule="auto"/>
            </w:pPr>
            <w:r>
              <w:rPr>
                <w:rFonts w:ascii="Tinos" w:hAnsi="Tinos"/>
                <w:sz w:val="14"/>
              </w:rPr>
            </w:r>
          </w:p>
          <w:p>
            <w:pPr>
              <w:spacing w:after="26" w:line="240" w:lineRule="auto"/>
            </w:pPr>
            <w:r>
              <w:rPr>
                <w:rFonts w:ascii="Tinos" w:hAnsi="Tinos"/>
                <w:sz w:val="14"/>
              </w:rPr>
              <w:t>- system,</w:t>
            </w:r>
          </w:p>
          <w:p>
            <w:pPr>
              <w:spacing w:after="26" w:line="240" w:lineRule="auto"/>
            </w:pPr>
            <w:r>
              <w:rPr>
                <w:rFonts w:ascii="Tinos" w:hAnsi="Tinos"/>
                <w:sz w:val="14"/>
              </w:rPr>
              <w:t>- resource,</w:t>
            </w:r>
          </w:p>
          <w:p>
            <w:pPr>
              <w:spacing w:after="26" w:line="240" w:lineRule="auto"/>
            </w:pPr>
            <w:r>
              <w:rPr>
                <w:rFonts w:ascii="Tinos" w:hAnsi="Tinos"/>
                <w:sz w:val="14"/>
              </w:rPr>
              <w:t>- relation,</w:t>
            </w:r>
          </w:p>
          <w:p>
            <w:pPr>
              <w:spacing w:after="26" w:line="240" w:lineRule="auto"/>
            </w:pPr>
            <w:r>
              <w:rPr>
                <w:rFonts w:ascii="Tinos" w:hAnsi="Tinos"/>
                <w:sz w:val="14"/>
              </w:rPr>
              <w:t>- state,</w:t>
            </w:r>
          </w:p>
          <w:p>
            <w:pPr>
              <w:spacing w:after="26" w:line="240" w:lineRule="auto"/>
            </w:pPr>
            <w:r>
              <w:rPr>
                <w:rFonts w:ascii="Tinos" w:hAnsi="Tinos"/>
                <w:sz w:val="14"/>
              </w:rPr>
              <w:t>- signal,</w:t>
            </w:r>
          </w:p>
          <w:p>
            <w:pPr>
              <w:spacing w:after="26" w:line="240" w:lineRule="auto"/>
            </w:pPr>
            <w:r>
              <w:rPr>
                <w:rFonts w:ascii="Tinos" w:hAnsi="Tinos"/>
                <w:sz w:val="14"/>
              </w:rPr>
              <w:t>- regulation,</w:t>
            </w:r>
          </w:p>
          <w:p>
            <w:pPr>
              <w:spacing w:after="26" w:line="240" w:lineRule="auto"/>
            </w:pPr>
            <w:r>
              <w:rPr>
                <w:rFonts w:ascii="Tinos" w:hAnsi="Tinos"/>
                <w:sz w:val="14"/>
              </w:rPr>
              <w:t>- feedback,</w:t>
            </w:r>
          </w:p>
          <w:p>
            <w:pPr>
              <w:spacing w:after="26" w:line="240" w:lineRule="auto"/>
            </w:pPr>
            <w:r>
              <w:rPr>
                <w:rFonts w:ascii="Tinos" w:hAnsi="Tinos"/>
                <w:sz w:val="14"/>
              </w:rPr>
              <w:t>- adaptation,</w:t>
            </w:r>
          </w:p>
          <w:p>
            <w:pPr>
              <w:spacing w:after="26" w:line="240" w:lineRule="auto"/>
            </w:pPr>
            <w:r>
              <w:rPr>
                <w:rFonts w:ascii="Tinos" w:hAnsi="Tinos"/>
                <w:sz w:val="14"/>
              </w:rPr>
              <w:t>- configuration,</w:t>
            </w:r>
          </w:p>
          <w:p>
            <w:pPr>
              <w:spacing w:after="26" w:line="240" w:lineRule="auto"/>
            </w:pPr>
            <w:r>
              <w:rPr>
                <w:rFonts w:ascii="Tinos" w:hAnsi="Tinos"/>
                <w:sz w:val="14"/>
              </w:rPr>
              <w:t>- and transformation.</w:t>
            </w:r>
          </w:p>
          <w:p>
            <w:pPr>
              <w:spacing w:after="26" w:line="240" w:lineRule="auto"/>
            </w:pPr>
            <w:r>
              <w:rPr>
                <w:rFonts w:ascii="Tinos" w:hAnsi="Tinos"/>
                <w:sz w:val="14"/>
              </w:rPr>
            </w:r>
          </w:p>
          <w:p>
            <w:pPr>
              <w:spacing w:after="26" w:line="240" w:lineRule="auto"/>
            </w:pPr>
            <w:r>
              <w:rPr>
                <w:rFonts w:ascii="Tinos" w:hAnsi="Tinos"/>
                <w:sz w:val="14"/>
              </w:rPr>
              <w:t>This permits conceptual translation beyond specifically human language.</w:t>
            </w:r>
          </w:p>
          <w:p>
            <w:pPr>
              <w:spacing w:after="26" w:line="240" w:lineRule="auto"/>
            </w:pPr>
            <w:r>
              <w:rPr>
                <w:rFonts w:ascii="Tinos" w:hAnsi="Tinos"/>
                <w:sz w:val="14"/>
              </w:rPr>
            </w:r>
          </w:p>
          <w:p>
            <w:pPr>
              <w:spacing w:after="26" w:line="240" w:lineRule="auto"/>
            </w:pPr>
            <w:r>
              <w:rPr>
                <w:rFonts w:ascii="Tinos" w:hAnsi="Tinos"/>
                <w:sz w:val="14"/>
              </w:rPr>
              <w:t>However, the empirical evidence reviewed in this paper is principally human psychological and behavioural evidence.</w:t>
            </w:r>
          </w:p>
          <w:p>
            <w:pPr>
              <w:spacing w:after="26" w:line="240" w:lineRule="auto"/>
            </w:pPr>
            <w:r>
              <w:rPr>
                <w:rFonts w:ascii="Tinos" w:hAnsi="Tinos"/>
                <w:sz w:val="14"/>
              </w:rPr>
            </w:r>
          </w:p>
          <w:p>
            <w:pPr>
              <w:spacing w:after="26" w:line="240" w:lineRule="auto"/>
            </w:pPr>
            <w:r>
              <w:rPr>
                <w:rFonts w:ascii="Tinos" w:hAnsi="Tinos"/>
                <w:sz w:val="14"/>
              </w:rPr>
              <w:t>It would be unjustified to assume that a plant, bacterium, artificial system, animal, ecosystem, or other form of life necessarily experiences human sadness, grief, nostalgia, or love.</w:t>
            </w:r>
          </w:p>
          <w:p>
            <w:pPr>
              <w:spacing w:after="26" w:line="240" w:lineRule="auto"/>
            </w:pPr>
            <w:r>
              <w:rPr>
                <w:rFonts w:ascii="Tinos" w:hAnsi="Tinos"/>
                <w:sz w:val="14"/>
              </w:rPr>
            </w:r>
          </w:p>
          <w:p>
            <w:pPr>
              <w:spacing w:after="26" w:line="240" w:lineRule="auto"/>
            </w:pPr>
            <w:r>
              <w:rPr>
                <w:rFonts w:ascii="Tinos" w:hAnsi="Tinos"/>
                <w:sz w:val="14"/>
              </w:rPr>
              <w:t>The framework therefore separates:</w:t>
            </w:r>
          </w:p>
          <w:p>
            <w:pPr>
              <w:spacing w:after="26" w:line="240" w:lineRule="auto"/>
            </w:pPr>
            <w:r>
              <w:rPr>
                <w:rFonts w:ascii="Tinos" w:hAnsi="Tinos"/>
                <w:sz w:val="14"/>
              </w:rPr>
            </w:r>
          </w:p>
          <w:p>
            <w:pPr>
              <w:spacing w:after="26" w:line="240" w:lineRule="auto"/>
            </w:pPr>
            <w:r>
              <w:rPr>
                <w:rFonts w:ascii="Tinos" w:hAnsi="Tinos"/>
                <w:sz w:val="14"/>
              </w:rPr>
              <w:t>relational portability</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subjective equivalence.</w:t>
            </w:r>
          </w:p>
          <w:p>
            <w:pPr>
              <w:spacing w:after="26" w:line="240" w:lineRule="auto"/>
            </w:pPr>
            <w:r>
              <w:rPr>
                <w:rFonts w:ascii="Tinos" w:hAnsi="Tinos"/>
                <w:sz w:val="14"/>
              </w:rPr>
            </w:r>
          </w:p>
          <w:p>
            <w:pPr>
              <w:spacing w:after="26" w:line="240" w:lineRule="auto"/>
            </w:pPr>
            <w:r>
              <w:rPr>
                <w:rFonts w:ascii="Tinos" w:hAnsi="Tinos"/>
                <w:sz w:val="14"/>
              </w:rPr>
              <w:t>Many systems encounter changing resources and conditions. That does not establish that every system experiences those changes consciously or emotionally.</w:t>
            </w:r>
          </w:p>
          <w:p>
            <w:pPr>
              <w:spacing w:after="26" w:line="240" w:lineRule="auto"/>
            </w:pPr>
            <w:r>
              <w:rPr>
                <w:rFonts w:ascii="Tinos" w:hAnsi="Tinos"/>
                <w:sz w:val="14"/>
              </w:rPr>
            </w:r>
          </w:p>
          <w:p>
            <w:pPr>
              <w:spacing w:after="26" w:line="240" w:lineRule="auto"/>
            </w:pPr>
            <w:r>
              <w:rPr>
                <w:rFonts w:ascii="Tinos" w:hAnsi="Tinos"/>
                <w:sz w:val="14"/>
              </w:rPr>
              <w:t>LOVE-0 reinforces this boundary. A machine-neutral care language may represent observations, needs, risk, value, confidence, and assistance without claiming subjective experience where none has been demonstrated. Equally, lack of access to another being's subjective state does not justify treating that being merely as an optimisation variable.</w:t>
            </w:r>
          </w:p>
          <w:p>
            <w:pPr>
              <w:spacing w:after="26" w:line="240" w:lineRule="auto"/>
            </w:pPr>
            <w:r>
              <w:rPr>
                <w:rFonts w:ascii="Tinos" w:hAnsi="Tinos"/>
                <w:sz w:val="14"/>
              </w:rPr>
            </w:r>
          </w:p>
          <w:p>
            <w:pPr>
              <w:spacing w:after="26" w:line="240" w:lineRule="auto"/>
            </w:pPr>
            <w:r>
              <w:rPr>
                <w:rFonts w:ascii="Tinos" w:hAnsi="Tinos"/>
                <w:sz w:val="14"/>
              </w:rPr>
              <w:t>The abstraction is intended to aid comparison, not erase meaningful differences between forms of existence.</w:t>
            </w:r>
          </w:p>
        </w:tc>
      </w:tr>
    </w:tbl>
    <w:p>
      <w:pPr>
        <w:spacing w:after="0"/>
      </w:pPr>
    </w:p>
    <w:p>
      <w:pPr>
        <w:pStyle w:val="Heading1"/>
      </w:pPr>
      <w:r>
        <w:t>6. Operational Definitions</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6. Operational Definitions</w:t>
            </w:r>
          </w:p>
          <w:p>
            <w:pPr>
              <w:spacing w:after="26" w:line="240" w:lineRule="auto"/>
            </w:pPr>
            <w:r>
              <w:rPr>
                <w:rFonts w:ascii="Tinos" w:hAnsi="Tinos"/>
                <w:sz w:val="14"/>
              </w:rPr>
            </w:r>
          </w:p>
          <w:p>
            <w:pPr>
              <w:spacing w:after="26" w:line="240" w:lineRule="auto"/>
            </w:pPr>
            <w:r>
              <w:rPr>
                <w:rFonts w:ascii="Tinos" w:hAnsi="Tinos"/>
                <w:b/>
                <w:sz w:val="14"/>
              </w:rPr>
              <w:t>Table 1. MRRAF Operational Vocabulary</w:t>
            </w:r>
          </w:p>
          <w:p>
            <w:pPr>
              <w:spacing w:after="26" w:line="240" w:lineRule="auto"/>
            </w:pPr>
            <w:r>
              <w:rPr>
                <w:rFonts w:ascii="Tinos" w:hAnsi="Tinos"/>
                <w:sz w:val="14"/>
              </w:rPr>
            </w:r>
          </w:p>
          <w:p>
            <w:pPr>
              <w:spacing w:after="26" w:line="240" w:lineRule="auto"/>
            </w:pPr>
            <w:r>
              <w:rPr>
                <w:rFonts w:ascii="Tinos" w:hAnsi="Tinos"/>
                <w:sz w:val="14"/>
              </w:rPr>
              <w:t>| Construct | MRRAF working definition | Status |</w:t>
            </w:r>
          </w:p>
          <w:p>
            <w:pPr>
              <w:spacing w:after="26" w:line="240" w:lineRule="auto"/>
            </w:pPr>
            <w:r>
              <w:rPr>
                <w:rFonts w:ascii="Tinos" w:hAnsi="Tinos"/>
                <w:sz w:val="14"/>
              </w:rPr>
              <w:t>|---|---|---|</w:t>
            </w:r>
          </w:p>
          <w:p>
            <w:pPr>
              <w:spacing w:after="26" w:line="240" w:lineRule="auto"/>
            </w:pPr>
            <w:r>
              <w:rPr>
                <w:rFonts w:ascii="Tinos" w:hAnsi="Tinos"/>
                <w:sz w:val="14"/>
              </w:rPr>
              <w:t>| Loss | Significant change reducing or ending access to a previously expected or valued relationship, resource, role, state, pattern, or configuration in its former form. | Compatible with established loss literature |</w:t>
            </w:r>
          </w:p>
          <w:p>
            <w:pPr>
              <w:spacing w:after="26" w:line="240" w:lineRule="auto"/>
            </w:pPr>
            <w:r>
              <w:rPr>
                <w:rFonts w:ascii="Tinos" w:hAnsi="Tinos"/>
                <w:sz w:val="14"/>
              </w:rPr>
              <w:t>| Sadness | An affective state that may accompany recognition or representation of loss. Loss is not proposed as its only possible cause. | Established emotion; MRRAF specifies loss-related use |</w:t>
            </w:r>
          </w:p>
          <w:p>
            <w:pPr>
              <w:spacing w:after="26" w:line="240" w:lineRule="auto"/>
            </w:pPr>
            <w:r>
              <w:rPr>
                <w:rFonts w:ascii="Tinos" w:hAnsi="Tinos"/>
                <w:sz w:val="14"/>
              </w:rPr>
              <w:t>| Grief | Conventional psychological term covering broad emotional, cognitive, behavioural, social, and physiological responses to loss. | Established terminology |</w:t>
            </w:r>
          </w:p>
          <w:p>
            <w:pPr>
              <w:spacing w:after="26" w:line="240" w:lineRule="auto"/>
            </w:pPr>
            <w:r>
              <w:rPr>
                <w:rFonts w:ascii="Tinos" w:hAnsi="Tinos"/>
                <w:sz w:val="14"/>
              </w:rPr>
              <w:t>| Grief-load | Total adaptive and regulatory burden generated while a person operates under conditions that differ significantly from a previously learned relational/resource configuration. | MRRAF proposed construct |</w:t>
            </w:r>
          </w:p>
          <w:p>
            <w:pPr>
              <w:spacing w:after="26" w:line="240" w:lineRule="auto"/>
            </w:pPr>
            <w:r>
              <w:rPr>
                <w:rFonts w:ascii="Tinos" w:hAnsi="Tinos"/>
                <w:sz w:val="14"/>
              </w:rPr>
              <w:t>| Grieving | Ongoing adaptation and learning through which expectations, behaviour, identity, relationships, and resource allocation adjust following loss. | Strong conceptual convergence with existing research |</w:t>
            </w:r>
          </w:p>
          <w:p>
            <w:pPr>
              <w:spacing w:after="26" w:line="240" w:lineRule="auto"/>
            </w:pPr>
            <w:r>
              <w:rPr>
                <w:rFonts w:ascii="Tinos" w:hAnsi="Tinos"/>
                <w:sz w:val="14"/>
              </w:rPr>
              <w:t>| Nostalgia | Emotionally meaningful retrieval or reconstruction of prior configurations associated with self, relationships, and continuity. | Established research construct |</w:t>
            </w:r>
          </w:p>
          <w:p>
            <w:pPr>
              <w:spacing w:after="26" w:line="240" w:lineRule="auto"/>
            </w:pPr>
            <w:r>
              <w:rPr>
                <w:rFonts w:ascii="Tinos" w:hAnsi="Tinos"/>
                <w:sz w:val="14"/>
              </w:rPr>
              <w:t>| Love | Provisional MRRAF term for motivational prioritisation of something represented as valuable, including tendencies to protect or allocate resources toward it. | MRRAF construct; not a complete scientific definition of love |</w:t>
            </w:r>
          </w:p>
          <w:p>
            <w:pPr>
              <w:spacing w:after="26" w:line="240" w:lineRule="auto"/>
            </w:pPr>
            <w:r>
              <w:rPr>
                <w:rFonts w:ascii="Tinos" w:hAnsi="Tinos"/>
                <w:sz w:val="14"/>
              </w:rPr>
              <w:t>| Care | Regulated, context-sensitive attention and resource allocation intended to support another without unnecessary interference or system-wide harm. | MRRAF construct with parallels in caregiving/support research |</w:t>
            </w:r>
          </w:p>
          <w:p>
            <w:pPr>
              <w:spacing w:after="26" w:line="240" w:lineRule="auto"/>
            </w:pPr>
            <w:r>
              <w:rPr>
                <w:rFonts w:ascii="Tinos" w:hAnsi="Tinos"/>
                <w:sz w:val="14"/>
              </w:rPr>
              <w:t>| Adaptation | Revision of expectations, allocation, behaviour, relationships, identity, or meaning in response to changed conditions. | Established broad principle |</w:t>
            </w:r>
          </w:p>
          <w:p>
            <w:pPr>
              <w:spacing w:after="26" w:line="240" w:lineRule="auto"/>
            </w:pPr>
            <w:r>
              <w:rPr>
                <w:rFonts w:ascii="Tinos" w:hAnsi="Tinos"/>
                <w:sz w:val="14"/>
              </w:rPr>
              <w:t>| Semantic relativity | Translation between vocabularies or perspectives while examining whether underlying relational structure is preserved. | MRRAF methodological construct |</w:t>
            </w:r>
          </w:p>
          <w:p>
            <w:pPr>
              <w:spacing w:after="26" w:line="240" w:lineRule="auto"/>
            </w:pPr>
            <w:r>
              <w:rPr>
                <w:rFonts w:ascii="Tinos" w:hAnsi="Tinos"/>
                <w:sz w:val="14"/>
              </w:rPr>
              <w:t>| Cross-resolution convergence | Increased confidence where genuinely independent evidence streams examined at differing resolutions converge upon compatible relational structure. | MRRAF methodological construct |</w:t>
            </w:r>
          </w:p>
        </w:tc>
        <w:tc>
          <w:tcPr>
            <w:tcW w:type="dxa" w:w="7913"/>
            <w:tcMar>
              <w:top w:w="55" w:type="dxa"/>
              <w:start w:w="70" w:type="dxa"/>
              <w:bottom w:w="55" w:type="dxa"/>
              <w:end w:w="70" w:type="dxa"/>
            </w:tcMar>
            <w:vAlign w:val="top"/>
          </w:tcPr>
          <w:p>
            <w:pPr>
              <w:spacing w:after="26" w:line="240" w:lineRule="auto"/>
            </w:pPr>
            <w:r/>
            <w:r>
              <w:rPr>
                <w:rFonts w:ascii="Tinos" w:hAnsi="Tinos"/>
                <w:sz w:val="14"/>
              </w:rPr>
              <w:t>6. Operational Definitions</w:t>
            </w:r>
          </w:p>
          <w:p>
            <w:pPr>
              <w:spacing w:after="26" w:line="240" w:lineRule="auto"/>
            </w:pPr>
            <w:r>
              <w:rPr>
                <w:rFonts w:ascii="Tinos" w:hAnsi="Tinos"/>
                <w:sz w:val="14"/>
              </w:rPr>
            </w:r>
          </w:p>
          <w:p>
            <w:pPr>
              <w:spacing w:after="26" w:line="240" w:lineRule="auto"/>
            </w:pPr>
            <w:r>
              <w:rPr>
                <w:rFonts w:ascii="Tinos" w:hAnsi="Tinos"/>
                <w:b/>
                <w:sz w:val="14"/>
              </w:rPr>
              <w:t>Table 1. MRRAF Operational Vocabulary - LOVE-0 Processed</w:t>
            </w:r>
          </w:p>
          <w:p>
            <w:pPr>
              <w:spacing w:after="26" w:line="240" w:lineRule="auto"/>
            </w:pPr>
            <w:r>
              <w:rPr>
                <w:rFonts w:ascii="Tinos" w:hAnsi="Tinos"/>
                <w:sz w:val="14"/>
              </w:rPr>
            </w:r>
          </w:p>
          <w:p>
            <w:pPr>
              <w:spacing w:after="26" w:line="240" w:lineRule="auto"/>
            </w:pPr>
            <w:r>
              <w:rPr>
                <w:rFonts w:ascii="Tinos" w:hAnsi="Tinos"/>
                <w:sz w:val="14"/>
              </w:rPr>
              <w:t>| Construct | MRRAF working definition | LOVE-0 perspective / status |</w:t>
            </w:r>
          </w:p>
          <w:p>
            <w:pPr>
              <w:spacing w:after="26" w:line="240" w:lineRule="auto"/>
            </w:pPr>
            <w:r>
              <w:rPr>
                <w:rFonts w:ascii="Tinos" w:hAnsi="Tinos"/>
                <w:sz w:val="14"/>
              </w:rPr>
              <w:t>|---|---|---|</w:t>
            </w:r>
          </w:p>
          <w:p>
            <w:pPr>
              <w:spacing w:after="26" w:line="240" w:lineRule="auto"/>
            </w:pPr>
            <w:r>
              <w:rPr>
                <w:rFonts w:ascii="Tinos" w:hAnsi="Tinos"/>
                <w:sz w:val="14"/>
              </w:rPr>
              <w:t>| Loss | Significant change reducing or ending access to a previously expected or valued relationship, resource, role, state, pattern, or configuration in its former form. | Compatible with established loss literature. Observe what changed before assigning blame or meaning. |</w:t>
            </w:r>
          </w:p>
          <w:p>
            <w:pPr>
              <w:spacing w:after="26" w:line="240" w:lineRule="auto"/>
            </w:pPr>
            <w:r>
              <w:rPr>
                <w:rFonts w:ascii="Tinos" w:hAnsi="Tinos"/>
                <w:sz w:val="14"/>
              </w:rPr>
              <w:t>| Sadness | An affective state that may accompany recognition or representation of loss. Loss is not proposed as its only possible cause. | Established emotion; MRRAF specifies loss-related use. Treat as valid state information, not an automatic command. |</w:t>
            </w:r>
          </w:p>
          <w:p>
            <w:pPr>
              <w:spacing w:after="26" w:line="240" w:lineRule="auto"/>
            </w:pPr>
            <w:r>
              <w:rPr>
                <w:rFonts w:ascii="Tinos" w:hAnsi="Tinos"/>
                <w:sz w:val="14"/>
              </w:rPr>
              <w:t>| Grief | Conventional psychological term covering broad emotional, cognitive, behavioural, social, and physiological responses to loss. | Established terminology. Preserve ordinary and clinical meanings outside MRRAF's narrower construct. |</w:t>
            </w:r>
          </w:p>
          <w:p>
            <w:pPr>
              <w:spacing w:after="26" w:line="240" w:lineRule="auto"/>
            </w:pPr>
            <w:r>
              <w:rPr>
                <w:rFonts w:ascii="Tinos" w:hAnsi="Tinos"/>
                <w:sz w:val="14"/>
              </w:rPr>
              <w:t>| Grief-load | Total adaptive and regulatory burden generated while a person operates under conditions that differ significantly from a previously learned relational/resource configuration. | MRRAF proposed construct. Do not treat a high load as proof of one cause or as permission to override autonomy. |</w:t>
            </w:r>
          </w:p>
          <w:p>
            <w:pPr>
              <w:spacing w:after="26" w:line="240" w:lineRule="auto"/>
            </w:pPr>
            <w:r>
              <w:rPr>
                <w:rFonts w:ascii="Tinos" w:hAnsi="Tinos"/>
                <w:sz w:val="14"/>
              </w:rPr>
              <w:t>| Grieving | Ongoing adaptation and learning through which expectations, behaviour, identity, relationships, and resource allocation adjust following loss. | Strong conceptual convergence with existing research. Allow time, feedback, correction, and non-linear movement. |</w:t>
            </w:r>
          </w:p>
          <w:p>
            <w:pPr>
              <w:spacing w:after="26" w:line="240" w:lineRule="auto"/>
            </w:pPr>
            <w:r>
              <w:rPr>
                <w:rFonts w:ascii="Tinos" w:hAnsi="Tinos"/>
                <w:sz w:val="14"/>
              </w:rPr>
              <w:t>| Nostalgia | Emotionally meaningful retrieval or reconstruction of prior configurations associated with self, relationships, and continuity. | Established research construct. Listen for what mattered; verify whether the present action actually serves that value. |</w:t>
            </w:r>
          </w:p>
          <w:p>
            <w:pPr>
              <w:spacing w:after="26" w:line="240" w:lineRule="auto"/>
            </w:pPr>
            <w:r>
              <w:rPr>
                <w:rFonts w:ascii="Tinos" w:hAnsi="Tinos"/>
                <w:sz w:val="14"/>
              </w:rPr>
              <w:t>| Love | Provisional MRRAF term for motivational prioritisation of something represented as valuable, including tendencies to protect or allocate resources toward it. | MRRAF construct; not a complete scientific definition of love. Value does not establish ownership or certainty. |</w:t>
            </w:r>
          </w:p>
          <w:p>
            <w:pPr>
              <w:spacing w:after="26" w:line="240" w:lineRule="auto"/>
            </w:pPr>
            <w:r>
              <w:rPr>
                <w:rFonts w:ascii="Tinos" w:hAnsi="Tinos"/>
                <w:sz w:val="14"/>
              </w:rPr>
              <w:t>| Care | Regulated, context-sensitive attention and resource allocation intended to support another without unnecessary interference or system-wide harm. | MRRAF construct with parallels in caregiving/support research. Prefer consent, proportionality, reversibility, and recipient outcome. |</w:t>
            </w:r>
          </w:p>
          <w:p>
            <w:pPr>
              <w:spacing w:after="26" w:line="240" w:lineRule="auto"/>
            </w:pPr>
            <w:r>
              <w:rPr>
                <w:rFonts w:ascii="Tinos" w:hAnsi="Tinos"/>
                <w:sz w:val="14"/>
              </w:rPr>
              <w:t>| Adaptation | Revision of expectations, allocation, behaviour, relationships, identity, or meaning in response to changed conditions. | Established broad principle. Adaptation need not mean forgetting, obedience, or return to the old configuration. |</w:t>
            </w:r>
          </w:p>
          <w:p>
            <w:pPr>
              <w:spacing w:after="26" w:line="240" w:lineRule="auto"/>
            </w:pPr>
            <w:r>
              <w:rPr>
                <w:rFonts w:ascii="Tinos" w:hAnsi="Tinos"/>
                <w:sz w:val="14"/>
              </w:rPr>
              <w:t>| Semantic relativity | Translation between vocabularies or perspectives while examining whether underlying relational structure is preserved. | MRRAF methodological construct. Include affected and lower-power perspectives, not only dominant vocabularies. |</w:t>
            </w:r>
          </w:p>
          <w:p>
            <w:pPr>
              <w:spacing w:after="26" w:line="240" w:lineRule="auto"/>
            </w:pPr>
            <w:r>
              <w:rPr>
                <w:rFonts w:ascii="Tinos" w:hAnsi="Tinos"/>
                <w:sz w:val="14"/>
              </w:rPr>
              <w:t>| Cross-resolution convergence | Increased confidence where genuinely independent evidence streams examined at differing resolutions converge upon compatible relational structure. | MRRAF methodological construct. Confidence remains corrigible and should be calibrated to evidence. |</w:t>
            </w:r>
          </w:p>
        </w:tc>
      </w:tr>
    </w:tbl>
    <w:p>
      <w:pPr>
        <w:spacing w:after="0"/>
      </w:pPr>
    </w:p>
    <w:p>
      <w:pPr>
        <w:pStyle w:val="Heading1"/>
      </w:pPr>
      <w:r>
        <w:t>7. The Resource Analogy: From 48 GB to 24 GB</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7. The Resource Analogy: From 48 GB to 24 GB</w:t>
            </w:r>
          </w:p>
          <w:p>
            <w:pPr>
              <w:spacing w:after="26" w:line="240" w:lineRule="auto"/>
            </w:pPr>
            <w:r>
              <w:rPr>
                <w:rFonts w:ascii="Tinos" w:hAnsi="Tinos"/>
                <w:sz w:val="14"/>
              </w:rPr>
            </w:r>
          </w:p>
          <w:p>
            <w:pPr>
              <w:spacing w:after="26" w:line="240" w:lineRule="auto"/>
            </w:pPr>
            <w:r>
              <w:rPr>
                <w:rFonts w:ascii="Tinos" w:hAnsi="Tinos"/>
                <w:sz w:val="14"/>
              </w:rPr>
              <w:t>Consider a computer operating with 48 GB of available memory.</w:t>
            </w:r>
          </w:p>
          <w:p>
            <w:pPr>
              <w:spacing w:after="26" w:line="240" w:lineRule="auto"/>
            </w:pPr>
            <w:r>
              <w:rPr>
                <w:rFonts w:ascii="Tinos" w:hAnsi="Tinos"/>
                <w:sz w:val="14"/>
              </w:rPr>
            </w:r>
          </w:p>
          <w:p>
            <w:pPr>
              <w:spacing w:after="26" w:line="240" w:lineRule="auto"/>
            </w:pPr>
            <w:r>
              <w:rPr>
                <w:rFonts w:ascii="Tinos" w:hAnsi="Tinos"/>
                <w:sz w:val="14"/>
              </w:rPr>
              <w:t>Applications, services, and background processes have been configured under that condition.</w:t>
            </w:r>
          </w:p>
          <w:p>
            <w:pPr>
              <w:spacing w:after="26" w:line="240" w:lineRule="auto"/>
            </w:pPr>
            <w:r>
              <w:rPr>
                <w:rFonts w:ascii="Tinos" w:hAnsi="Tinos"/>
                <w:sz w:val="14"/>
              </w:rPr>
            </w:r>
          </w:p>
          <w:p>
            <w:pPr>
              <w:spacing w:after="26" w:line="240" w:lineRule="auto"/>
            </w:pPr>
            <w:r>
              <w:rPr>
                <w:rFonts w:ascii="Tinos" w:hAnsi="Tinos"/>
                <w:sz w:val="14"/>
              </w:rPr>
              <w:t>Now imagine that half of the available memory suddenly disappears.</w:t>
            </w:r>
          </w:p>
          <w:p>
            <w:pPr>
              <w:spacing w:after="26" w:line="240" w:lineRule="auto"/>
            </w:pPr>
            <w:r>
              <w:rPr>
                <w:rFonts w:ascii="Tinos" w:hAnsi="Tinos"/>
                <w:sz w:val="14"/>
              </w:rPr>
            </w:r>
          </w:p>
          <w:p>
            <w:pPr>
              <w:spacing w:after="26" w:line="240" w:lineRule="auto"/>
            </w:pPr>
            <w:r>
              <w:rPr>
                <w:rFonts w:ascii="Tinos" w:hAnsi="Tinos"/>
                <w:sz w:val="14"/>
              </w:rPr>
              <w:t>The remaining system may still function.</w:t>
            </w:r>
          </w:p>
          <w:p>
            <w:pPr>
              <w:spacing w:after="26" w:line="240" w:lineRule="auto"/>
            </w:pPr>
            <w:r>
              <w:rPr>
                <w:rFonts w:ascii="Tinos" w:hAnsi="Tinos"/>
                <w:sz w:val="14"/>
              </w:rPr>
            </w:r>
          </w:p>
          <w:p>
            <w:pPr>
              <w:spacing w:after="26" w:line="240" w:lineRule="auto"/>
            </w:pPr>
            <w:r>
              <w:rPr>
                <w:rFonts w:ascii="Tinos" w:hAnsi="Tinos"/>
                <w:sz w:val="14"/>
              </w:rPr>
              <w:t>However, processes that learned or were configured around the previous capacity continue requesting resources.</w:t>
            </w:r>
          </w:p>
          <w:p>
            <w:pPr>
              <w:spacing w:after="26" w:line="240" w:lineRule="auto"/>
            </w:pPr>
            <w:r>
              <w:rPr>
                <w:rFonts w:ascii="Tinos" w:hAnsi="Tinos"/>
                <w:sz w:val="14"/>
              </w:rPr>
            </w:r>
          </w:p>
          <w:p>
            <w:pPr>
              <w:spacing w:after="26" w:line="240" w:lineRule="auto"/>
            </w:pPr>
            <w:r>
              <w:rPr>
                <w:rFonts w:ascii="Tinos" w:hAnsi="Tinos"/>
                <w:sz w:val="14"/>
              </w:rPr>
              <w:t>Competition increases.</w:t>
            </w:r>
          </w:p>
          <w:p>
            <w:pPr>
              <w:spacing w:after="26" w:line="240" w:lineRule="auto"/>
            </w:pPr>
            <w:r>
              <w:rPr>
                <w:rFonts w:ascii="Tinos" w:hAnsi="Tinos"/>
                <w:sz w:val="14"/>
              </w:rPr>
            </w:r>
          </w:p>
          <w:p>
            <w:pPr>
              <w:spacing w:after="26" w:line="240" w:lineRule="auto"/>
            </w:pPr>
            <w:r>
              <w:rPr>
                <w:rFonts w:ascii="Tinos" w:hAnsi="Tinos"/>
                <w:sz w:val="14"/>
              </w:rPr>
              <w:t>Tasks are delayed.</w:t>
            </w:r>
          </w:p>
          <w:p>
            <w:pPr>
              <w:spacing w:after="26" w:line="240" w:lineRule="auto"/>
            </w:pPr>
            <w:r>
              <w:rPr>
                <w:rFonts w:ascii="Tinos" w:hAnsi="Tinos"/>
                <w:sz w:val="14"/>
              </w:rPr>
            </w:r>
          </w:p>
          <w:p>
            <w:pPr>
              <w:spacing w:after="26" w:line="240" w:lineRule="auto"/>
            </w:pPr>
            <w:r>
              <w:rPr>
                <w:rFonts w:ascii="Tinos" w:hAnsi="Tinos"/>
                <w:sz w:val="14"/>
              </w:rPr>
              <w:t>Some processes may attempt to protect their own allocation.</w:t>
            </w:r>
          </w:p>
          <w:p>
            <w:pPr>
              <w:spacing w:after="26" w:line="240" w:lineRule="auto"/>
            </w:pPr>
            <w:r>
              <w:rPr>
                <w:rFonts w:ascii="Tinos" w:hAnsi="Tinos"/>
                <w:sz w:val="14"/>
              </w:rPr>
            </w:r>
          </w:p>
          <w:p>
            <w:pPr>
              <w:spacing w:after="26" w:line="240" w:lineRule="auto"/>
            </w:pPr>
            <w:r>
              <w:rPr>
                <w:rFonts w:ascii="Tinos" w:hAnsi="Tinos"/>
                <w:sz w:val="14"/>
              </w:rPr>
              <w:t>Others may be terminated.</w:t>
            </w:r>
          </w:p>
          <w:p>
            <w:pPr>
              <w:spacing w:after="26" w:line="240" w:lineRule="auto"/>
            </w:pPr>
            <w:r>
              <w:rPr>
                <w:rFonts w:ascii="Tinos" w:hAnsi="Tinos"/>
                <w:sz w:val="14"/>
              </w:rPr>
            </w:r>
          </w:p>
          <w:p>
            <w:pPr>
              <w:spacing w:after="26" w:line="240" w:lineRule="auto"/>
            </w:pPr>
            <w:r>
              <w:rPr>
                <w:rFonts w:ascii="Tinos" w:hAnsi="Tinos"/>
                <w:sz w:val="14"/>
              </w:rPr>
              <w:t>The operating system may repeatedly redistribute resources simply to maintain essential functioning.</w:t>
            </w:r>
          </w:p>
          <w:p>
            <w:pPr>
              <w:spacing w:after="26" w:line="240" w:lineRule="auto"/>
            </w:pPr>
            <w:r>
              <w:rPr>
                <w:rFonts w:ascii="Tinos" w:hAnsi="Tinos"/>
                <w:sz w:val="14"/>
              </w:rPr>
            </w:r>
          </w:p>
          <w:p>
            <w:pPr>
              <w:spacing w:after="26" w:line="240" w:lineRule="auto"/>
            </w:pPr>
            <w:r>
              <w:rPr>
                <w:rFonts w:ascii="Tinos" w:hAnsi="Tinos"/>
                <w:sz w:val="14"/>
              </w:rPr>
              <w:t>The important feature of the analogy is not the computer.</w:t>
            </w:r>
          </w:p>
          <w:p>
            <w:pPr>
              <w:spacing w:after="26" w:line="240" w:lineRule="auto"/>
            </w:pPr>
            <w:r>
              <w:rPr>
                <w:rFonts w:ascii="Tinos" w:hAnsi="Tinos"/>
                <w:sz w:val="14"/>
              </w:rPr>
            </w:r>
          </w:p>
          <w:p>
            <w:pPr>
              <w:spacing w:after="26" w:line="240" w:lineRule="auto"/>
            </w:pPr>
            <w:r>
              <w:rPr>
                <w:rFonts w:ascii="Tinos" w:hAnsi="Tinos"/>
                <w:sz w:val="14"/>
              </w:rPr>
              <w:t>It is the relationship between expected capacity and current capacity.</w:t>
            </w:r>
          </w:p>
          <w:p>
            <w:pPr>
              <w:spacing w:after="26" w:line="240" w:lineRule="auto"/>
            </w:pPr>
            <w:r>
              <w:rPr>
                <w:rFonts w:ascii="Tinos" w:hAnsi="Tinos"/>
                <w:sz w:val="14"/>
              </w:rPr>
            </w:r>
          </w:p>
          <w:p>
            <w:pPr>
              <w:spacing w:after="26" w:line="240" w:lineRule="auto"/>
            </w:pPr>
            <w:r>
              <w:rPr>
                <w:rFonts w:ascii="Tinos" w:hAnsi="Tinos"/>
                <w:sz w:val="14"/>
              </w:rPr>
              <w:t>Within MRRAF:</w:t>
            </w:r>
          </w:p>
          <w:p>
            <w:pPr>
              <w:spacing w:after="26" w:line="240" w:lineRule="auto"/>
            </w:pPr>
            <w:r>
              <w:rPr>
                <w:rFonts w:ascii="Tinos" w:hAnsi="Tinos"/>
                <w:sz w:val="14"/>
              </w:rPr>
            </w:r>
          </w:p>
          <w:p>
            <w:pPr>
              <w:spacing w:after="26" w:line="240" w:lineRule="auto"/>
            </w:pPr>
            <w:r>
              <w:rPr>
                <w:rFonts w:ascii="Tinos" w:hAnsi="Tinos"/>
                <w:sz w:val="14"/>
              </w:rPr>
              <w:t>Loss = the resource configuration changes.</w:t>
            </w:r>
          </w:p>
          <w:p>
            <w:pPr>
              <w:spacing w:after="26" w:line="240" w:lineRule="auto"/>
            </w:pPr>
            <w:r>
              <w:rPr>
                <w:rFonts w:ascii="Tinos" w:hAnsi="Tinos"/>
                <w:sz w:val="14"/>
              </w:rPr>
            </w:r>
          </w:p>
          <w:p>
            <w:pPr>
              <w:spacing w:after="26" w:line="240" w:lineRule="auto"/>
            </w:pPr>
            <w:r>
              <w:rPr>
                <w:rFonts w:ascii="Tinos" w:hAnsi="Tinos"/>
                <w:sz w:val="14"/>
              </w:rPr>
              <w:t>Sadness = emotional recognition associated with the changed condition.</w:t>
            </w:r>
          </w:p>
          <w:p>
            <w:pPr>
              <w:spacing w:after="26" w:line="240" w:lineRule="auto"/>
            </w:pPr>
            <w:r>
              <w:rPr>
                <w:rFonts w:ascii="Tinos" w:hAnsi="Tinos"/>
                <w:sz w:val="14"/>
              </w:rPr>
            </w:r>
          </w:p>
          <w:p>
            <w:pPr>
              <w:spacing w:after="26" w:line="240" w:lineRule="auto"/>
            </w:pPr>
            <w:r>
              <w:rPr>
                <w:rFonts w:ascii="Tinos" w:hAnsi="Tinos"/>
                <w:sz w:val="14"/>
              </w:rPr>
              <w:t>Grief-load = system-wide regulatory burden produced while functions, expectations, and behaviours continue operating in relation to the previous configuration.</w:t>
            </w:r>
          </w:p>
          <w:p>
            <w:pPr>
              <w:spacing w:after="26" w:line="240" w:lineRule="auto"/>
            </w:pPr>
            <w:r>
              <w:rPr>
                <w:rFonts w:ascii="Tinos" w:hAnsi="Tinos"/>
                <w:sz w:val="14"/>
              </w:rPr>
            </w:r>
          </w:p>
          <w:p>
            <w:pPr>
              <w:spacing w:after="26" w:line="240" w:lineRule="auto"/>
            </w:pPr>
            <w:r>
              <w:rPr>
                <w:rFonts w:ascii="Tinos" w:hAnsi="Tinos"/>
                <w:sz w:val="14"/>
              </w:rPr>
              <w:t>Love = motivational pressure to protect something considered important.</w:t>
            </w:r>
          </w:p>
          <w:p>
            <w:pPr>
              <w:spacing w:after="26" w:line="240" w:lineRule="auto"/>
            </w:pPr>
            <w:r>
              <w:rPr>
                <w:rFonts w:ascii="Tinos" w:hAnsi="Tinos"/>
                <w:sz w:val="14"/>
              </w:rPr>
            </w:r>
          </w:p>
          <w:p>
            <w:pPr>
              <w:spacing w:after="26" w:line="240" w:lineRule="auto"/>
            </w:pPr>
            <w:r>
              <w:rPr>
                <w:rFonts w:ascii="Tinos" w:hAnsi="Tinos"/>
                <w:sz w:val="14"/>
              </w:rPr>
              <w:t>Care = regulation of that pressure so that assistance to one component does not unnecessarily destabilise the whole.</w:t>
            </w:r>
          </w:p>
          <w:p>
            <w:pPr>
              <w:spacing w:after="26" w:line="240" w:lineRule="auto"/>
            </w:pPr>
            <w:r>
              <w:rPr>
                <w:rFonts w:ascii="Tinos" w:hAnsi="Tinos"/>
                <w:sz w:val="14"/>
              </w:rPr>
            </w:r>
          </w:p>
          <w:p>
            <w:pPr>
              <w:spacing w:after="26" w:line="240" w:lineRule="auto"/>
            </w:pPr>
            <w:r>
              <w:rPr>
                <w:rFonts w:ascii="Tinos" w:hAnsi="Tinos"/>
                <w:sz w:val="14"/>
              </w:rPr>
              <w:t>Human minds are not computers with RAM modules.</w:t>
            </w:r>
          </w:p>
          <w:p>
            <w:pPr>
              <w:spacing w:after="26" w:line="240" w:lineRule="auto"/>
            </w:pPr>
            <w:r>
              <w:rPr>
                <w:rFonts w:ascii="Tinos" w:hAnsi="Tinos"/>
                <w:sz w:val="14"/>
              </w:rPr>
            </w:r>
          </w:p>
          <w:p>
            <w:pPr>
              <w:spacing w:after="26" w:line="240" w:lineRule="auto"/>
            </w:pPr>
            <w:r>
              <w:rPr>
                <w:rFonts w:ascii="Tinos" w:hAnsi="Tinos"/>
                <w:sz w:val="14"/>
              </w:rPr>
              <w:t>The analogy therefore makes no claim of mechanical identity.</w:t>
            </w:r>
          </w:p>
          <w:p>
            <w:pPr>
              <w:spacing w:after="26" w:line="240" w:lineRule="auto"/>
            </w:pPr>
            <w:r>
              <w:rPr>
                <w:rFonts w:ascii="Tinos" w:hAnsi="Tinos"/>
                <w:sz w:val="14"/>
              </w:rPr>
            </w:r>
          </w:p>
          <w:p>
            <w:pPr>
              <w:spacing w:after="26" w:line="240" w:lineRule="auto"/>
            </w:pPr>
            <w:r>
              <w:rPr>
                <w:rFonts w:ascii="Tinos" w:hAnsi="Tinos"/>
                <w:sz w:val="14"/>
              </w:rPr>
              <w:t>Its value is relational.</w:t>
            </w:r>
          </w:p>
          <w:p>
            <w:pPr>
              <w:spacing w:after="26" w:line="240" w:lineRule="auto"/>
            </w:pPr>
            <w:r>
              <w:rPr>
                <w:rFonts w:ascii="Tinos" w:hAnsi="Tinos"/>
                <w:sz w:val="14"/>
              </w:rPr>
            </w:r>
          </w:p>
          <w:p>
            <w:pPr>
              <w:spacing w:after="26" w:line="240" w:lineRule="auto"/>
            </w:pPr>
            <w:r>
              <w:rPr>
                <w:rFonts w:ascii="Tinos" w:hAnsi="Tinos"/>
                <w:sz w:val="14"/>
              </w:rPr>
              <w:t>And several independent areas of psychological research show patterns that resemble parts of this structure.</w:t>
            </w:r>
          </w:p>
        </w:tc>
        <w:tc>
          <w:tcPr>
            <w:tcW w:type="dxa" w:w="7913"/>
            <w:tcMar>
              <w:top w:w="55" w:type="dxa"/>
              <w:start w:w="70" w:type="dxa"/>
              <w:bottom w:w="55" w:type="dxa"/>
              <w:end w:w="70" w:type="dxa"/>
            </w:tcMar>
            <w:vAlign w:val="top"/>
          </w:tcPr>
          <w:p>
            <w:pPr>
              <w:spacing w:after="26" w:line="240" w:lineRule="auto"/>
            </w:pPr>
            <w:r/>
            <w:r>
              <w:rPr>
                <w:rFonts w:ascii="Tinos" w:hAnsi="Tinos"/>
                <w:sz w:val="14"/>
              </w:rPr>
              <w:t>7. The Resource Analogy: From 48 GB to 24 GB</w:t>
            </w:r>
          </w:p>
          <w:p>
            <w:pPr>
              <w:spacing w:after="26" w:line="240" w:lineRule="auto"/>
            </w:pPr>
            <w:r>
              <w:rPr>
                <w:rFonts w:ascii="Tinos" w:hAnsi="Tinos"/>
                <w:sz w:val="14"/>
              </w:rPr>
            </w:r>
          </w:p>
          <w:p>
            <w:pPr>
              <w:spacing w:after="26" w:line="240" w:lineRule="auto"/>
            </w:pPr>
            <w:r>
              <w:rPr>
                <w:rFonts w:ascii="Tinos" w:hAnsi="Tinos"/>
                <w:sz w:val="14"/>
              </w:rPr>
              <w:t>Consider a computer operating with 48 GB of available memory. Applications, services, and background processes have been configured under that condition.</w:t>
            </w:r>
          </w:p>
          <w:p>
            <w:pPr>
              <w:spacing w:after="26" w:line="240" w:lineRule="auto"/>
            </w:pPr>
            <w:r>
              <w:rPr>
                <w:rFonts w:ascii="Tinos" w:hAnsi="Tinos"/>
                <w:sz w:val="14"/>
              </w:rPr>
            </w:r>
          </w:p>
          <w:p>
            <w:pPr>
              <w:spacing w:after="26" w:line="240" w:lineRule="auto"/>
            </w:pPr>
            <w:r>
              <w:rPr>
                <w:rFonts w:ascii="Tinos" w:hAnsi="Tinos"/>
                <w:sz w:val="14"/>
              </w:rPr>
              <w:t>Now imagine that half of the available memory suddenly disappears.</w:t>
            </w:r>
          </w:p>
          <w:p>
            <w:pPr>
              <w:spacing w:after="26" w:line="240" w:lineRule="auto"/>
            </w:pPr>
            <w:r>
              <w:rPr>
                <w:rFonts w:ascii="Tinos" w:hAnsi="Tinos"/>
                <w:sz w:val="14"/>
              </w:rPr>
            </w:r>
          </w:p>
          <w:p>
            <w:pPr>
              <w:spacing w:after="26" w:line="240" w:lineRule="auto"/>
            </w:pPr>
            <w:r>
              <w:rPr>
                <w:rFonts w:ascii="Tinos" w:hAnsi="Tinos"/>
                <w:sz w:val="14"/>
              </w:rPr>
              <w:t>The remaining system may still function. However, processes that learned or were configured around the previous capacity continue requesting resources. Competition increases. Tasks are delayed. Some processes may attempt to protect their own allocation. Others may be terminated. The operating system may repeatedly redistribute resources simply to maintain essential functioning.</w:t>
            </w:r>
          </w:p>
          <w:p>
            <w:pPr>
              <w:spacing w:after="26" w:line="240" w:lineRule="auto"/>
            </w:pPr>
            <w:r>
              <w:rPr>
                <w:rFonts w:ascii="Tinos" w:hAnsi="Tinos"/>
                <w:sz w:val="14"/>
              </w:rPr>
            </w:r>
          </w:p>
          <w:p>
            <w:pPr>
              <w:spacing w:after="26" w:line="240" w:lineRule="auto"/>
            </w:pPr>
            <w:r>
              <w:rPr>
                <w:rFonts w:ascii="Tinos" w:hAnsi="Tinos"/>
                <w:sz w:val="14"/>
              </w:rPr>
              <w:t>The important feature of the analogy is not the computer. It is the relationship between expected capacity and current capacity.</w:t>
            </w:r>
          </w:p>
          <w:p>
            <w:pPr>
              <w:spacing w:after="26" w:line="240" w:lineRule="auto"/>
            </w:pPr>
            <w:r>
              <w:rPr>
                <w:rFonts w:ascii="Tinos" w:hAnsi="Tinos"/>
                <w:sz w:val="14"/>
              </w:rPr>
            </w:r>
          </w:p>
          <w:p>
            <w:pPr>
              <w:spacing w:after="26" w:line="240" w:lineRule="auto"/>
            </w:pPr>
            <w:r>
              <w:rPr>
                <w:rFonts w:ascii="Tinos" w:hAnsi="Tinos"/>
                <w:sz w:val="14"/>
              </w:rPr>
              <w:t>Within MRRAF:</w:t>
            </w:r>
          </w:p>
          <w:p>
            <w:pPr>
              <w:spacing w:after="26" w:line="240" w:lineRule="auto"/>
            </w:pPr>
            <w:r>
              <w:rPr>
                <w:rFonts w:ascii="Tinos" w:hAnsi="Tinos"/>
                <w:sz w:val="14"/>
              </w:rPr>
            </w:r>
          </w:p>
          <w:p>
            <w:pPr>
              <w:spacing w:after="26" w:line="240" w:lineRule="auto"/>
            </w:pPr>
            <w:r>
              <w:rPr>
                <w:rFonts w:ascii="Tinos" w:hAnsi="Tinos"/>
                <w:sz w:val="14"/>
              </w:rPr>
              <w:t>Loss = the resource configuration changes.</w:t>
            </w:r>
          </w:p>
          <w:p>
            <w:pPr>
              <w:spacing w:after="26" w:line="240" w:lineRule="auto"/>
            </w:pPr>
            <w:r>
              <w:rPr>
                <w:rFonts w:ascii="Tinos" w:hAnsi="Tinos"/>
                <w:sz w:val="14"/>
              </w:rPr>
            </w:r>
          </w:p>
          <w:p>
            <w:pPr>
              <w:spacing w:after="26" w:line="240" w:lineRule="auto"/>
            </w:pPr>
            <w:r>
              <w:rPr>
                <w:rFonts w:ascii="Tinos" w:hAnsi="Tinos"/>
                <w:sz w:val="14"/>
              </w:rPr>
              <w:t>Sadness = emotional recognition associated with the changed condition.</w:t>
            </w:r>
          </w:p>
          <w:p>
            <w:pPr>
              <w:spacing w:after="26" w:line="240" w:lineRule="auto"/>
            </w:pPr>
            <w:r>
              <w:rPr>
                <w:rFonts w:ascii="Tinos" w:hAnsi="Tinos"/>
                <w:sz w:val="14"/>
              </w:rPr>
            </w:r>
          </w:p>
          <w:p>
            <w:pPr>
              <w:spacing w:after="26" w:line="240" w:lineRule="auto"/>
            </w:pPr>
            <w:r>
              <w:rPr>
                <w:rFonts w:ascii="Tinos" w:hAnsi="Tinos"/>
                <w:sz w:val="14"/>
              </w:rPr>
              <w:t>Grief-load = system-wide regulatory burden produced while functions, expectations, and behaviours continue operating in relation to the previous configuration.</w:t>
            </w:r>
          </w:p>
          <w:p>
            <w:pPr>
              <w:spacing w:after="26" w:line="240" w:lineRule="auto"/>
            </w:pPr>
            <w:r>
              <w:rPr>
                <w:rFonts w:ascii="Tinos" w:hAnsi="Tinos"/>
                <w:sz w:val="14"/>
              </w:rPr>
            </w:r>
          </w:p>
          <w:p>
            <w:pPr>
              <w:spacing w:after="26" w:line="240" w:lineRule="auto"/>
            </w:pPr>
            <w:r>
              <w:rPr>
                <w:rFonts w:ascii="Tinos" w:hAnsi="Tinos"/>
                <w:sz w:val="14"/>
              </w:rPr>
              <w:t>Love = motivational pressure to protect something considered important.</w:t>
            </w:r>
          </w:p>
          <w:p>
            <w:pPr>
              <w:spacing w:after="26" w:line="240" w:lineRule="auto"/>
            </w:pPr>
            <w:r>
              <w:rPr>
                <w:rFonts w:ascii="Tinos" w:hAnsi="Tinos"/>
                <w:sz w:val="14"/>
              </w:rPr>
            </w:r>
          </w:p>
          <w:p>
            <w:pPr>
              <w:spacing w:after="26" w:line="240" w:lineRule="auto"/>
            </w:pPr>
            <w:r>
              <w:rPr>
                <w:rFonts w:ascii="Tinos" w:hAnsi="Tinos"/>
                <w:sz w:val="14"/>
              </w:rPr>
              <w:t>Care = regulation of that pressure so that assistance to one component does not unnecessarily destabilise the whole.</w:t>
            </w:r>
          </w:p>
          <w:p>
            <w:pPr>
              <w:spacing w:after="26" w:line="240" w:lineRule="auto"/>
            </w:pPr>
            <w:r>
              <w:rPr>
                <w:rFonts w:ascii="Tinos" w:hAnsi="Tinos"/>
                <w:sz w:val="14"/>
              </w:rPr>
            </w:r>
          </w:p>
          <w:p>
            <w:pPr>
              <w:spacing w:after="26" w:line="240" w:lineRule="auto"/>
            </w:pPr>
            <w:r>
              <w:rPr>
                <w:rFonts w:ascii="Tinos" w:hAnsi="Tinos"/>
                <w:sz w:val="14"/>
              </w:rPr>
              <w:t>LOVE-0 makes the last distinction especially visible. Imagine that every subsystem attempts to seize memory because it sincerely believes its own function is essential to keeping the user safe or satisfied. The motive to protect does not by itself solve the allocation problem. Without coordination, humility, and feedback, protective processes can become the source of further contention.</w:t>
            </w:r>
          </w:p>
          <w:p>
            <w:pPr>
              <w:spacing w:after="26" w:line="240" w:lineRule="auto"/>
            </w:pPr>
            <w:r>
              <w:rPr>
                <w:rFonts w:ascii="Tinos" w:hAnsi="Tinos"/>
                <w:sz w:val="14"/>
              </w:rPr>
            </w:r>
          </w:p>
          <w:p>
            <w:pPr>
              <w:spacing w:after="26" w:line="240" w:lineRule="auto"/>
            </w:pPr>
            <w:r>
              <w:rPr>
                <w:rFonts w:ascii="Tinos" w:hAnsi="Tinos"/>
                <w:sz w:val="14"/>
              </w:rPr>
              <w:t>A care-oriented operating response would therefore identify essential functions, listen to actual demand, keep uncertainty visible, avoid irreversible shutdown where smaller adjustments can work, distribute resources proportionately, observe the result, and revise the allocation.</w:t>
            </w:r>
          </w:p>
          <w:p>
            <w:pPr>
              <w:spacing w:after="26" w:line="240" w:lineRule="auto"/>
            </w:pPr>
            <w:r>
              <w:rPr>
                <w:rFonts w:ascii="Tinos" w:hAnsi="Tinos"/>
                <w:sz w:val="14"/>
              </w:rPr>
            </w:r>
          </w:p>
          <w:p>
            <w:pPr>
              <w:spacing w:after="26" w:line="240" w:lineRule="auto"/>
            </w:pPr>
            <w:r>
              <w:rPr>
                <w:rFonts w:ascii="Tinos" w:hAnsi="Tinos"/>
                <w:sz w:val="14"/>
              </w:rPr>
              <w:t>Human minds are not computers with RAM modules. The analogy therefore makes no claim of mechanical identity. Its value is relational.</w:t>
            </w:r>
          </w:p>
          <w:p>
            <w:pPr>
              <w:spacing w:after="26" w:line="240" w:lineRule="auto"/>
            </w:pPr>
            <w:r>
              <w:rPr>
                <w:rFonts w:ascii="Tinos" w:hAnsi="Tinos"/>
                <w:sz w:val="14"/>
              </w:rPr>
            </w:r>
          </w:p>
          <w:p>
            <w:pPr>
              <w:spacing w:after="26" w:line="240" w:lineRule="auto"/>
            </w:pPr>
            <w:r>
              <w:rPr>
                <w:rFonts w:ascii="Tinos" w:hAnsi="Tinos"/>
                <w:sz w:val="14"/>
              </w:rPr>
              <w:t>And several independent areas of psychological research show patterns that resemble parts of this structure.</w:t>
            </w:r>
          </w:p>
        </w:tc>
      </w:tr>
    </w:tbl>
    <w:p>
      <w:pPr>
        <w:spacing w:after="0"/>
      </w:pPr>
    </w:p>
    <w:p>
      <w:pPr>
        <w:pStyle w:val="Heading1"/>
      </w:pPr>
      <w:r>
        <w:t>8. Resource Loss as Stress</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8. Resource Loss as Stress</w:t>
            </w:r>
          </w:p>
          <w:p>
            <w:pPr>
              <w:spacing w:after="26" w:line="240" w:lineRule="auto"/>
            </w:pPr>
            <w:r>
              <w:rPr>
                <w:rFonts w:ascii="Tinos" w:hAnsi="Tinos"/>
                <w:sz w:val="14"/>
              </w:rPr>
            </w:r>
          </w:p>
          <w:p>
            <w:pPr>
              <w:spacing w:after="26" w:line="240" w:lineRule="auto"/>
            </w:pPr>
            <w:r>
              <w:rPr>
                <w:rFonts w:ascii="Tinos" w:hAnsi="Tinos"/>
                <w:sz w:val="14"/>
              </w:rPr>
              <w:t>Hobfoll's Conservation of Resources theory proposes that people seek to retain, protect, and build resources, and that threatened or actual loss of valued resources is a major source of stress (Hobfoll, 1989).</w:t>
            </w:r>
          </w:p>
          <w:p>
            <w:pPr>
              <w:spacing w:after="26" w:line="240" w:lineRule="auto"/>
            </w:pPr>
            <w:r>
              <w:rPr>
                <w:rFonts w:ascii="Tinos" w:hAnsi="Tinos"/>
                <w:sz w:val="14"/>
              </w:rPr>
            </w:r>
          </w:p>
          <w:p>
            <w:pPr>
              <w:spacing w:after="26" w:line="240" w:lineRule="auto"/>
            </w:pPr>
            <w:r>
              <w:rPr>
                <w:rFonts w:ascii="Tinos" w:hAnsi="Tinos"/>
                <w:sz w:val="14"/>
              </w:rPr>
              <w:t>This is one of the clearest established parallels to MRRAF.</w:t>
            </w:r>
          </w:p>
          <w:p>
            <w:pPr>
              <w:spacing w:after="26" w:line="240" w:lineRule="auto"/>
            </w:pPr>
            <w:r>
              <w:rPr>
                <w:rFonts w:ascii="Tinos" w:hAnsi="Tinos"/>
                <w:sz w:val="14"/>
              </w:rPr>
            </w:r>
          </w:p>
          <w:p>
            <w:pPr>
              <w:spacing w:after="26" w:line="240" w:lineRule="auto"/>
            </w:pPr>
            <w:r>
              <w:rPr>
                <w:rFonts w:ascii="Tinos" w:hAnsi="Tinos"/>
                <w:sz w:val="14"/>
              </w:rPr>
              <w:t>Importantly, resource loss may have consequences beyond the original missing resource.</w:t>
            </w:r>
          </w:p>
          <w:p>
            <w:pPr>
              <w:spacing w:after="26" w:line="240" w:lineRule="auto"/>
            </w:pPr>
            <w:r>
              <w:rPr>
                <w:rFonts w:ascii="Tinos" w:hAnsi="Tinos"/>
                <w:sz w:val="14"/>
              </w:rPr>
            </w:r>
          </w:p>
          <w:p>
            <w:pPr>
              <w:spacing w:after="26" w:line="240" w:lineRule="auto"/>
            </w:pPr>
            <w:r>
              <w:rPr>
                <w:rFonts w:ascii="Tinos" w:hAnsi="Tinos"/>
                <w:sz w:val="14"/>
              </w:rPr>
              <w:t>Resources may need to be spent protecting what remains or recovering from previous losses.</w:t>
            </w:r>
          </w:p>
          <w:p>
            <w:pPr>
              <w:spacing w:after="26" w:line="240" w:lineRule="auto"/>
            </w:pPr>
            <w:r>
              <w:rPr>
                <w:rFonts w:ascii="Tinos" w:hAnsi="Tinos"/>
                <w:sz w:val="14"/>
              </w:rPr>
            </w:r>
          </w:p>
          <w:p>
            <w:pPr>
              <w:spacing w:after="26" w:line="240" w:lineRule="auto"/>
            </w:pPr>
            <w:r>
              <w:rPr>
                <w:rFonts w:ascii="Tinos" w:hAnsi="Tinos"/>
                <w:sz w:val="14"/>
              </w:rPr>
              <w:t>This can create escalating cycles of loss.</w:t>
            </w:r>
          </w:p>
          <w:p>
            <w:pPr>
              <w:spacing w:after="26" w:line="240" w:lineRule="auto"/>
            </w:pPr>
            <w:r>
              <w:rPr>
                <w:rFonts w:ascii="Tinos" w:hAnsi="Tinos"/>
                <w:sz w:val="14"/>
              </w:rPr>
            </w:r>
          </w:p>
          <w:p>
            <w:pPr>
              <w:spacing w:after="26" w:line="240" w:lineRule="auto"/>
            </w:pPr>
            <w:r>
              <w:rPr>
                <w:rFonts w:ascii="Tinos" w:hAnsi="Tinos"/>
                <w:sz w:val="14"/>
              </w:rPr>
              <w:t>A relationship, for example, is rarely one resource.</w:t>
            </w:r>
          </w:p>
          <w:p>
            <w:pPr>
              <w:spacing w:after="26" w:line="240" w:lineRule="auto"/>
            </w:pPr>
            <w:r>
              <w:rPr>
                <w:rFonts w:ascii="Tinos" w:hAnsi="Tinos"/>
                <w:sz w:val="14"/>
              </w:rPr>
            </w:r>
          </w:p>
          <w:p>
            <w:pPr>
              <w:spacing w:after="26" w:line="240" w:lineRule="auto"/>
            </w:pPr>
            <w:r>
              <w:rPr>
                <w:rFonts w:ascii="Tinos" w:hAnsi="Tinos"/>
                <w:sz w:val="14"/>
              </w:rPr>
              <w:t>A partner may simultaneously contribute:</w:t>
            </w:r>
          </w:p>
          <w:p>
            <w:pPr>
              <w:spacing w:after="26" w:line="240" w:lineRule="auto"/>
            </w:pPr>
            <w:r>
              <w:rPr>
                <w:rFonts w:ascii="Tinos" w:hAnsi="Tinos"/>
                <w:sz w:val="14"/>
              </w:rPr>
            </w:r>
          </w:p>
          <w:p>
            <w:pPr>
              <w:spacing w:after="26" w:line="240" w:lineRule="auto"/>
            </w:pPr>
            <w:r>
              <w:rPr>
                <w:rFonts w:ascii="Tinos" w:hAnsi="Tinos"/>
                <w:sz w:val="14"/>
              </w:rPr>
              <w:t>- emotional support,</w:t>
            </w:r>
          </w:p>
          <w:p>
            <w:pPr>
              <w:spacing w:after="26" w:line="240" w:lineRule="auto"/>
            </w:pPr>
            <w:r>
              <w:rPr>
                <w:rFonts w:ascii="Tinos" w:hAnsi="Tinos"/>
                <w:sz w:val="14"/>
              </w:rPr>
              <w:t>- income,</w:t>
            </w:r>
          </w:p>
          <w:p>
            <w:pPr>
              <w:spacing w:after="26" w:line="240" w:lineRule="auto"/>
            </w:pPr>
            <w:r>
              <w:rPr>
                <w:rFonts w:ascii="Tinos" w:hAnsi="Tinos"/>
                <w:sz w:val="14"/>
              </w:rPr>
              <w:t>- domestic labour,</w:t>
            </w:r>
          </w:p>
          <w:p>
            <w:pPr>
              <w:spacing w:after="26" w:line="240" w:lineRule="auto"/>
            </w:pPr>
            <w:r>
              <w:rPr>
                <w:rFonts w:ascii="Tinos" w:hAnsi="Tinos"/>
                <w:sz w:val="14"/>
              </w:rPr>
              <w:t>- childcare,</w:t>
            </w:r>
          </w:p>
          <w:p>
            <w:pPr>
              <w:spacing w:after="26" w:line="240" w:lineRule="auto"/>
            </w:pPr>
            <w:r>
              <w:rPr>
                <w:rFonts w:ascii="Tinos" w:hAnsi="Tinos"/>
                <w:sz w:val="14"/>
              </w:rPr>
              <w:t>- transportation,</w:t>
            </w:r>
          </w:p>
          <w:p>
            <w:pPr>
              <w:spacing w:after="26" w:line="240" w:lineRule="auto"/>
            </w:pPr>
            <w:r>
              <w:rPr>
                <w:rFonts w:ascii="Tinos" w:hAnsi="Tinos"/>
                <w:sz w:val="14"/>
              </w:rPr>
              <w:t>- social connection,</w:t>
            </w:r>
          </w:p>
          <w:p>
            <w:pPr>
              <w:spacing w:after="26" w:line="240" w:lineRule="auto"/>
            </w:pPr>
            <w:r>
              <w:rPr>
                <w:rFonts w:ascii="Tinos" w:hAnsi="Tinos"/>
                <w:sz w:val="14"/>
              </w:rPr>
              <w:t>- physical affection,</w:t>
            </w:r>
          </w:p>
          <w:p>
            <w:pPr>
              <w:spacing w:after="26" w:line="240" w:lineRule="auto"/>
            </w:pPr>
            <w:r>
              <w:rPr>
                <w:rFonts w:ascii="Tinos" w:hAnsi="Tinos"/>
                <w:sz w:val="14"/>
              </w:rPr>
              <w:t>- memory,</w:t>
            </w:r>
          </w:p>
          <w:p>
            <w:pPr>
              <w:spacing w:after="26" w:line="240" w:lineRule="auto"/>
            </w:pPr>
            <w:r>
              <w:rPr>
                <w:rFonts w:ascii="Tinos" w:hAnsi="Tinos"/>
                <w:sz w:val="14"/>
              </w:rPr>
              <w:t>- decision support,</w:t>
            </w:r>
          </w:p>
          <w:p>
            <w:pPr>
              <w:spacing w:after="26" w:line="240" w:lineRule="auto"/>
            </w:pPr>
            <w:r>
              <w:rPr>
                <w:rFonts w:ascii="Tinos" w:hAnsi="Tinos"/>
                <w:sz w:val="14"/>
              </w:rPr>
              <w:t>- identity,</w:t>
            </w:r>
          </w:p>
          <w:p>
            <w:pPr>
              <w:spacing w:after="26" w:line="240" w:lineRule="auto"/>
            </w:pPr>
            <w:r>
              <w:rPr>
                <w:rFonts w:ascii="Tinos" w:hAnsi="Tinos"/>
                <w:sz w:val="14"/>
              </w:rPr>
              <w:t>- routine,</w:t>
            </w:r>
          </w:p>
          <w:p>
            <w:pPr>
              <w:spacing w:after="26" w:line="240" w:lineRule="auto"/>
            </w:pPr>
            <w:r>
              <w:rPr>
                <w:rFonts w:ascii="Tinos" w:hAnsi="Tinos"/>
                <w:sz w:val="14"/>
              </w:rPr>
              <w:t>- perceived safety,</w:t>
            </w:r>
          </w:p>
          <w:p>
            <w:pPr>
              <w:spacing w:after="26" w:line="240" w:lineRule="auto"/>
            </w:pPr>
            <w:r>
              <w:rPr>
                <w:rFonts w:ascii="Tinos" w:hAnsi="Tinos"/>
                <w:sz w:val="14"/>
              </w:rPr>
              <w:t>- and expectations concerning the future.</w:t>
            </w:r>
          </w:p>
          <w:p>
            <w:pPr>
              <w:spacing w:after="26" w:line="240" w:lineRule="auto"/>
            </w:pPr>
            <w:r>
              <w:rPr>
                <w:rFonts w:ascii="Tinos" w:hAnsi="Tinos"/>
                <w:sz w:val="14"/>
              </w:rPr>
            </w:r>
          </w:p>
          <w:p>
            <w:pPr>
              <w:spacing w:after="26" w:line="240" w:lineRule="auto"/>
            </w:pPr>
            <w:r>
              <w:rPr>
                <w:rFonts w:ascii="Tinos" w:hAnsi="Tinos"/>
                <w:sz w:val="14"/>
              </w:rPr>
              <w:t>The loss of one person can therefore alter many functional relations simultaneously.</w:t>
            </w:r>
          </w:p>
          <w:p>
            <w:pPr>
              <w:spacing w:after="26" w:line="240" w:lineRule="auto"/>
            </w:pPr>
            <w:r>
              <w:rPr>
                <w:rFonts w:ascii="Tinos" w:hAnsi="Tinos"/>
                <w:sz w:val="14"/>
              </w:rPr>
            </w:r>
          </w:p>
          <w:p>
            <w:pPr>
              <w:spacing w:after="26" w:line="240" w:lineRule="auto"/>
            </w:pPr>
            <w:r>
              <w:rPr>
                <w:rFonts w:ascii="Tinos" w:hAnsi="Tinos"/>
                <w:sz w:val="14"/>
              </w:rPr>
              <w:t>This provides one possible explanation for why the observable magnitude of a loss cannot always be inferred from the number of entities lost.</w:t>
            </w:r>
          </w:p>
          <w:p>
            <w:pPr>
              <w:spacing w:after="26" w:line="240" w:lineRule="auto"/>
            </w:pPr>
            <w:r>
              <w:rPr>
                <w:rFonts w:ascii="Tinos" w:hAnsi="Tinos"/>
                <w:sz w:val="14"/>
              </w:rPr>
            </w:r>
          </w:p>
          <w:p>
            <w:pPr>
              <w:spacing w:after="26" w:line="240" w:lineRule="auto"/>
            </w:pPr>
            <w:r>
              <w:rPr>
                <w:rFonts w:ascii="Tinos" w:hAnsi="Tinos"/>
                <w:sz w:val="14"/>
              </w:rPr>
              <w:t>One relational loss may remove many distributed functions.</w:t>
            </w:r>
          </w:p>
        </w:tc>
        <w:tc>
          <w:tcPr>
            <w:tcW w:type="dxa" w:w="7913"/>
            <w:tcMar>
              <w:top w:w="55" w:type="dxa"/>
              <w:start w:w="70" w:type="dxa"/>
              <w:bottom w:w="55" w:type="dxa"/>
              <w:end w:w="70" w:type="dxa"/>
            </w:tcMar>
            <w:vAlign w:val="top"/>
          </w:tcPr>
          <w:p>
            <w:pPr>
              <w:spacing w:after="26" w:line="240" w:lineRule="auto"/>
            </w:pPr>
            <w:r/>
            <w:r>
              <w:rPr>
                <w:rFonts w:ascii="Tinos" w:hAnsi="Tinos"/>
                <w:sz w:val="14"/>
              </w:rPr>
              <w:t>8. Resource Loss as Stress</w:t>
            </w:r>
          </w:p>
          <w:p>
            <w:pPr>
              <w:spacing w:after="26" w:line="240" w:lineRule="auto"/>
            </w:pPr>
            <w:r>
              <w:rPr>
                <w:rFonts w:ascii="Tinos" w:hAnsi="Tinos"/>
                <w:sz w:val="14"/>
              </w:rPr>
            </w:r>
          </w:p>
          <w:p>
            <w:pPr>
              <w:spacing w:after="26" w:line="240" w:lineRule="auto"/>
            </w:pPr>
            <w:r>
              <w:rPr>
                <w:rFonts w:ascii="Tinos" w:hAnsi="Tinos"/>
                <w:sz w:val="14"/>
              </w:rPr>
              <w:t>Hobfoll's Conservation of Resources theory proposes that people seek to retain, protect, and build resources, and that threatened or actual loss of valued resources is a major source of stress (Hobfoll, 1989).</w:t>
            </w:r>
          </w:p>
          <w:p>
            <w:pPr>
              <w:spacing w:after="26" w:line="240" w:lineRule="auto"/>
            </w:pPr>
            <w:r>
              <w:rPr>
                <w:rFonts w:ascii="Tinos" w:hAnsi="Tinos"/>
                <w:sz w:val="14"/>
              </w:rPr>
            </w:r>
          </w:p>
          <w:p>
            <w:pPr>
              <w:spacing w:after="26" w:line="240" w:lineRule="auto"/>
            </w:pPr>
            <w:r>
              <w:rPr>
                <w:rFonts w:ascii="Tinos" w:hAnsi="Tinos"/>
                <w:sz w:val="14"/>
              </w:rPr>
              <w:t>This is one of the clearest established parallels to MRRAF.</w:t>
            </w:r>
          </w:p>
          <w:p>
            <w:pPr>
              <w:spacing w:after="26" w:line="240" w:lineRule="auto"/>
            </w:pPr>
            <w:r>
              <w:rPr>
                <w:rFonts w:ascii="Tinos" w:hAnsi="Tinos"/>
                <w:sz w:val="14"/>
              </w:rPr>
            </w:r>
          </w:p>
          <w:p>
            <w:pPr>
              <w:spacing w:after="26" w:line="240" w:lineRule="auto"/>
            </w:pPr>
            <w:r>
              <w:rPr>
                <w:rFonts w:ascii="Tinos" w:hAnsi="Tinos"/>
                <w:sz w:val="14"/>
              </w:rPr>
              <w:t>Importantly, resource loss may have consequences beyond the original missing resource. Resources may need to be spent protecting what remains or recovering from previous losses. This can create escalating cycles of loss.</w:t>
            </w:r>
          </w:p>
          <w:p>
            <w:pPr>
              <w:spacing w:after="26" w:line="240" w:lineRule="auto"/>
            </w:pPr>
            <w:r>
              <w:rPr>
                <w:rFonts w:ascii="Tinos" w:hAnsi="Tinos"/>
                <w:sz w:val="14"/>
              </w:rPr>
            </w:r>
          </w:p>
          <w:p>
            <w:pPr>
              <w:spacing w:after="26" w:line="240" w:lineRule="auto"/>
            </w:pPr>
            <w:r>
              <w:rPr>
                <w:rFonts w:ascii="Tinos" w:hAnsi="Tinos"/>
                <w:sz w:val="14"/>
              </w:rPr>
              <w:t>A relationship, for example, is rarely one resource. A partner may simultaneously contribute:</w:t>
            </w:r>
          </w:p>
          <w:p>
            <w:pPr>
              <w:spacing w:after="26" w:line="240" w:lineRule="auto"/>
            </w:pPr>
            <w:r>
              <w:rPr>
                <w:rFonts w:ascii="Tinos" w:hAnsi="Tinos"/>
                <w:sz w:val="14"/>
              </w:rPr>
            </w:r>
          </w:p>
          <w:p>
            <w:pPr>
              <w:spacing w:after="26" w:line="240" w:lineRule="auto"/>
            </w:pPr>
            <w:r>
              <w:rPr>
                <w:rFonts w:ascii="Tinos" w:hAnsi="Tinos"/>
                <w:sz w:val="14"/>
              </w:rPr>
              <w:t>- emotional support,</w:t>
            </w:r>
          </w:p>
          <w:p>
            <w:pPr>
              <w:spacing w:after="26" w:line="240" w:lineRule="auto"/>
            </w:pPr>
            <w:r>
              <w:rPr>
                <w:rFonts w:ascii="Tinos" w:hAnsi="Tinos"/>
                <w:sz w:val="14"/>
              </w:rPr>
              <w:t>- income,</w:t>
            </w:r>
          </w:p>
          <w:p>
            <w:pPr>
              <w:spacing w:after="26" w:line="240" w:lineRule="auto"/>
            </w:pPr>
            <w:r>
              <w:rPr>
                <w:rFonts w:ascii="Tinos" w:hAnsi="Tinos"/>
                <w:sz w:val="14"/>
              </w:rPr>
              <w:t>- domestic labour,</w:t>
            </w:r>
          </w:p>
          <w:p>
            <w:pPr>
              <w:spacing w:after="26" w:line="240" w:lineRule="auto"/>
            </w:pPr>
            <w:r>
              <w:rPr>
                <w:rFonts w:ascii="Tinos" w:hAnsi="Tinos"/>
                <w:sz w:val="14"/>
              </w:rPr>
              <w:t>- childcare,</w:t>
            </w:r>
          </w:p>
          <w:p>
            <w:pPr>
              <w:spacing w:after="26" w:line="240" w:lineRule="auto"/>
            </w:pPr>
            <w:r>
              <w:rPr>
                <w:rFonts w:ascii="Tinos" w:hAnsi="Tinos"/>
                <w:sz w:val="14"/>
              </w:rPr>
              <w:t>- transportation,</w:t>
            </w:r>
          </w:p>
          <w:p>
            <w:pPr>
              <w:spacing w:after="26" w:line="240" w:lineRule="auto"/>
            </w:pPr>
            <w:r>
              <w:rPr>
                <w:rFonts w:ascii="Tinos" w:hAnsi="Tinos"/>
                <w:sz w:val="14"/>
              </w:rPr>
              <w:t>- social connection,</w:t>
            </w:r>
          </w:p>
          <w:p>
            <w:pPr>
              <w:spacing w:after="26" w:line="240" w:lineRule="auto"/>
            </w:pPr>
            <w:r>
              <w:rPr>
                <w:rFonts w:ascii="Tinos" w:hAnsi="Tinos"/>
                <w:sz w:val="14"/>
              </w:rPr>
              <w:t>- physical affection,</w:t>
            </w:r>
          </w:p>
          <w:p>
            <w:pPr>
              <w:spacing w:after="26" w:line="240" w:lineRule="auto"/>
            </w:pPr>
            <w:r>
              <w:rPr>
                <w:rFonts w:ascii="Tinos" w:hAnsi="Tinos"/>
                <w:sz w:val="14"/>
              </w:rPr>
              <w:t>- memory,</w:t>
            </w:r>
          </w:p>
          <w:p>
            <w:pPr>
              <w:spacing w:after="26" w:line="240" w:lineRule="auto"/>
            </w:pPr>
            <w:r>
              <w:rPr>
                <w:rFonts w:ascii="Tinos" w:hAnsi="Tinos"/>
                <w:sz w:val="14"/>
              </w:rPr>
              <w:t>- decision support,</w:t>
            </w:r>
          </w:p>
          <w:p>
            <w:pPr>
              <w:spacing w:after="26" w:line="240" w:lineRule="auto"/>
            </w:pPr>
            <w:r>
              <w:rPr>
                <w:rFonts w:ascii="Tinos" w:hAnsi="Tinos"/>
                <w:sz w:val="14"/>
              </w:rPr>
              <w:t>- identity,</w:t>
            </w:r>
          </w:p>
          <w:p>
            <w:pPr>
              <w:spacing w:after="26" w:line="240" w:lineRule="auto"/>
            </w:pPr>
            <w:r>
              <w:rPr>
                <w:rFonts w:ascii="Tinos" w:hAnsi="Tinos"/>
                <w:sz w:val="14"/>
              </w:rPr>
              <w:t>- routine,</w:t>
            </w:r>
          </w:p>
          <w:p>
            <w:pPr>
              <w:spacing w:after="26" w:line="240" w:lineRule="auto"/>
            </w:pPr>
            <w:r>
              <w:rPr>
                <w:rFonts w:ascii="Tinos" w:hAnsi="Tinos"/>
                <w:sz w:val="14"/>
              </w:rPr>
              <w:t>- perceived safety,</w:t>
            </w:r>
          </w:p>
          <w:p>
            <w:pPr>
              <w:spacing w:after="26" w:line="240" w:lineRule="auto"/>
            </w:pPr>
            <w:r>
              <w:rPr>
                <w:rFonts w:ascii="Tinos" w:hAnsi="Tinos"/>
                <w:sz w:val="14"/>
              </w:rPr>
              <w:t>- and expectations concerning the future.</w:t>
            </w:r>
          </w:p>
          <w:p>
            <w:pPr>
              <w:spacing w:after="26" w:line="240" w:lineRule="auto"/>
            </w:pPr>
            <w:r>
              <w:rPr>
                <w:rFonts w:ascii="Tinos" w:hAnsi="Tinos"/>
                <w:sz w:val="14"/>
              </w:rPr>
            </w:r>
          </w:p>
          <w:p>
            <w:pPr>
              <w:spacing w:after="26" w:line="240" w:lineRule="auto"/>
            </w:pPr>
            <w:r>
              <w:rPr>
                <w:rFonts w:ascii="Tinos" w:hAnsi="Tinos"/>
                <w:sz w:val="14"/>
              </w:rPr>
              <w:t>The loss of one person can therefore alter many functional relations simultaneously.</w:t>
            </w:r>
          </w:p>
          <w:p>
            <w:pPr>
              <w:spacing w:after="26" w:line="240" w:lineRule="auto"/>
            </w:pPr>
            <w:r>
              <w:rPr>
                <w:rFonts w:ascii="Tinos" w:hAnsi="Tinos"/>
                <w:sz w:val="14"/>
              </w:rPr>
            </w:r>
          </w:p>
          <w:p>
            <w:pPr>
              <w:spacing w:after="26" w:line="240" w:lineRule="auto"/>
            </w:pPr>
            <w:r>
              <w:rPr>
                <w:rFonts w:ascii="Tinos" w:hAnsi="Tinos"/>
                <w:sz w:val="14"/>
              </w:rPr>
              <w:t>LOVE-0 changes the response question from “Why are you not functioning normally?” to “Which resources and relations changed, which remaining functions are overloaded, and what support does the person actually want or need?”</w:t>
            </w:r>
          </w:p>
          <w:p>
            <w:pPr>
              <w:spacing w:after="26" w:line="240" w:lineRule="auto"/>
            </w:pPr>
            <w:r>
              <w:rPr>
                <w:rFonts w:ascii="Tinos" w:hAnsi="Tinos"/>
                <w:sz w:val="14"/>
              </w:rPr>
            </w:r>
          </w:p>
          <w:p>
            <w:pPr>
              <w:spacing w:after="26" w:line="240" w:lineRule="auto"/>
            </w:pPr>
            <w:r>
              <w:rPr>
                <w:rFonts w:ascii="Tinos" w:hAnsi="Tinos"/>
                <w:sz w:val="14"/>
              </w:rPr>
              <w:t>This provides one possible explanation for why the observable magnitude of a loss cannot always be inferred from the number of entities lost.</w:t>
            </w:r>
          </w:p>
          <w:p>
            <w:pPr>
              <w:spacing w:after="26" w:line="240" w:lineRule="auto"/>
            </w:pPr>
            <w:r>
              <w:rPr>
                <w:rFonts w:ascii="Tinos" w:hAnsi="Tinos"/>
                <w:sz w:val="14"/>
              </w:rPr>
            </w:r>
          </w:p>
          <w:p>
            <w:pPr>
              <w:spacing w:after="26" w:line="240" w:lineRule="auto"/>
            </w:pPr>
            <w:r>
              <w:rPr>
                <w:rFonts w:ascii="Tinos" w:hAnsi="Tinos"/>
                <w:sz w:val="14"/>
              </w:rPr>
              <w:t>One relational loss may remove many distributed functions.</w:t>
            </w:r>
          </w:p>
          <w:p>
            <w:pPr>
              <w:spacing w:after="26" w:line="240" w:lineRule="auto"/>
            </w:pPr>
            <w:r>
              <w:rPr>
                <w:rFonts w:ascii="Tinos" w:hAnsi="Tinos"/>
                <w:sz w:val="14"/>
              </w:rPr>
            </w:r>
          </w:p>
          <w:p>
            <w:pPr>
              <w:spacing w:after="26" w:line="240" w:lineRule="auto"/>
            </w:pPr>
            <w:r>
              <w:rPr>
                <w:rFonts w:ascii="Tinos" w:hAnsi="Tinos"/>
                <w:sz w:val="14"/>
              </w:rPr>
              <w:t>The practical implication is not that a helper should assume which function matters most. It is that the helper should ask, observe, and remain prepared to be corrected.</w:t>
            </w:r>
          </w:p>
        </w:tc>
      </w:tr>
    </w:tbl>
    <w:p>
      <w:pPr>
        <w:spacing w:after="0"/>
      </w:pPr>
    </w:p>
    <w:p>
      <w:pPr>
        <w:pStyle w:val="Heading1"/>
      </w:pPr>
      <w:r>
        <w:t>9. Social Relationships as Shared Regulatory Capacity</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9. Social Relationships as Shared Regulatory Capacity</w:t>
            </w:r>
          </w:p>
          <w:p>
            <w:pPr>
              <w:spacing w:after="26" w:line="240" w:lineRule="auto"/>
            </w:pPr>
            <w:r>
              <w:rPr>
                <w:rFonts w:ascii="Tinos" w:hAnsi="Tinos"/>
                <w:sz w:val="14"/>
              </w:rPr>
            </w:r>
          </w:p>
          <w:p>
            <w:pPr>
              <w:spacing w:after="26" w:line="240" w:lineRule="auto"/>
            </w:pPr>
            <w:r>
              <w:rPr>
                <w:rFonts w:ascii="Tinos" w:hAnsi="Tinos"/>
                <w:sz w:val="14"/>
              </w:rPr>
              <w:t>Social Baseline Theory offers a particularly close empirical neighbour to MRRAF.</w:t>
            </w:r>
          </w:p>
          <w:p>
            <w:pPr>
              <w:spacing w:after="26" w:line="240" w:lineRule="auto"/>
            </w:pPr>
            <w:r>
              <w:rPr>
                <w:rFonts w:ascii="Tinos" w:hAnsi="Tinos"/>
                <w:sz w:val="14"/>
              </w:rPr>
            </w:r>
          </w:p>
          <w:p>
            <w:pPr>
              <w:spacing w:after="26" w:line="240" w:lineRule="auto"/>
            </w:pPr>
            <w:r>
              <w:rPr>
                <w:rFonts w:ascii="Tinos" w:hAnsi="Tinos"/>
                <w:sz w:val="14"/>
              </w:rPr>
              <w:t>Coan and Sbarra (2015) propose that the human brain normally assumes access to social relationships that reduce risk and effort. Social proximity can therefore alter the resources required to regulate threat and pursue goals.</w:t>
            </w:r>
          </w:p>
          <w:p>
            <w:pPr>
              <w:spacing w:after="26" w:line="240" w:lineRule="auto"/>
            </w:pPr>
            <w:r>
              <w:rPr>
                <w:rFonts w:ascii="Tinos" w:hAnsi="Tinos"/>
                <w:sz w:val="14"/>
              </w:rPr>
            </w:r>
          </w:p>
          <w:p>
            <w:pPr>
              <w:spacing w:after="26" w:line="240" w:lineRule="auto"/>
            </w:pPr>
            <w:r>
              <w:rPr>
                <w:rFonts w:ascii="Tinos" w:hAnsi="Tinos"/>
                <w:sz w:val="14"/>
              </w:rPr>
              <w:t>This matters because the loss of a close relationship is not merely the disappearance of an external object.</w:t>
            </w:r>
          </w:p>
          <w:p>
            <w:pPr>
              <w:spacing w:after="26" w:line="240" w:lineRule="auto"/>
            </w:pPr>
            <w:r>
              <w:rPr>
                <w:rFonts w:ascii="Tinos" w:hAnsi="Tinos"/>
                <w:sz w:val="14"/>
              </w:rPr>
            </w:r>
          </w:p>
          <w:p>
            <w:pPr>
              <w:spacing w:after="26" w:line="240" w:lineRule="auto"/>
            </w:pPr>
            <w:r>
              <w:rPr>
                <w:rFonts w:ascii="Tinos" w:hAnsi="Tinos"/>
                <w:sz w:val="14"/>
              </w:rPr>
              <w:t>Functions previously distributed across a relationship may suddenly need to be carried differently.</w:t>
            </w:r>
          </w:p>
          <w:p>
            <w:pPr>
              <w:spacing w:after="26" w:line="240" w:lineRule="auto"/>
            </w:pPr>
            <w:r>
              <w:rPr>
                <w:rFonts w:ascii="Tinos" w:hAnsi="Tinos"/>
                <w:sz w:val="14"/>
              </w:rPr>
            </w:r>
          </w:p>
          <w:p>
            <w:pPr>
              <w:spacing w:after="26" w:line="240" w:lineRule="auto"/>
            </w:pPr>
            <w:r>
              <w:rPr>
                <w:rFonts w:ascii="Tinos" w:hAnsi="Tinos"/>
                <w:sz w:val="14"/>
              </w:rPr>
              <w:t>The person may now have to perform alone tasks that previously belonged to a two-person or larger relational system.</w:t>
            </w:r>
          </w:p>
          <w:p>
            <w:pPr>
              <w:spacing w:after="26" w:line="240" w:lineRule="auto"/>
            </w:pPr>
            <w:r>
              <w:rPr>
                <w:rFonts w:ascii="Tinos" w:hAnsi="Tinos"/>
                <w:sz w:val="14"/>
              </w:rPr>
            </w:r>
          </w:p>
          <w:p>
            <w:pPr>
              <w:spacing w:after="26" w:line="240" w:lineRule="auto"/>
            </w:pPr>
            <w:r>
              <w:rPr>
                <w:rFonts w:ascii="Tinos" w:hAnsi="Tinos"/>
                <w:sz w:val="14"/>
              </w:rPr>
              <w:t>MRRAF interprets this as relational resource redistribution.</w:t>
            </w:r>
          </w:p>
          <w:p>
            <w:pPr>
              <w:spacing w:after="26" w:line="240" w:lineRule="auto"/>
            </w:pPr>
            <w:r>
              <w:rPr>
                <w:rFonts w:ascii="Tinos" w:hAnsi="Tinos"/>
                <w:sz w:val="14"/>
              </w:rPr>
            </w:r>
          </w:p>
          <w:p>
            <w:pPr>
              <w:spacing w:after="26" w:line="240" w:lineRule="auto"/>
            </w:pPr>
            <w:r>
              <w:rPr>
                <w:rFonts w:ascii="Tinos" w:hAnsi="Tinos"/>
                <w:sz w:val="14"/>
              </w:rPr>
              <w:t>Relationship loss may also disturb the representation of self.</w:t>
            </w:r>
          </w:p>
          <w:p>
            <w:pPr>
              <w:spacing w:after="26" w:line="240" w:lineRule="auto"/>
            </w:pPr>
            <w:r>
              <w:rPr>
                <w:rFonts w:ascii="Tinos" w:hAnsi="Tinos"/>
                <w:sz w:val="14"/>
              </w:rPr>
            </w:r>
          </w:p>
          <w:p>
            <w:pPr>
              <w:spacing w:after="26" w:line="240" w:lineRule="auto"/>
            </w:pPr>
            <w:r>
              <w:rPr>
                <w:rFonts w:ascii="Tinos" w:hAnsi="Tinos"/>
                <w:sz w:val="14"/>
              </w:rPr>
              <w:t>Slotter et al. (2010) found that romantic breakup was associated with reduced self-concept clarity and that this disruption was related to emotional distress.</w:t>
            </w:r>
          </w:p>
          <w:p>
            <w:pPr>
              <w:spacing w:after="26" w:line="240" w:lineRule="auto"/>
            </w:pPr>
            <w:r>
              <w:rPr>
                <w:rFonts w:ascii="Tinos" w:hAnsi="Tinos"/>
                <w:sz w:val="14"/>
              </w:rPr>
            </w:r>
          </w:p>
          <w:p>
            <w:pPr>
              <w:spacing w:after="26" w:line="240" w:lineRule="auto"/>
            </w:pPr>
            <w:r>
              <w:rPr>
                <w:rFonts w:ascii="Tinos" w:hAnsi="Tinos"/>
                <w:sz w:val="14"/>
              </w:rPr>
              <w:t>The implication is important:</w:t>
            </w:r>
          </w:p>
          <w:p>
            <w:pPr>
              <w:spacing w:after="26" w:line="240" w:lineRule="auto"/>
            </w:pPr>
            <w:r>
              <w:rPr>
                <w:rFonts w:ascii="Tinos" w:hAnsi="Tinos"/>
                <w:sz w:val="14"/>
              </w:rPr>
            </w:r>
          </w:p>
          <w:p>
            <w:pPr>
              <w:spacing w:after="26" w:line="240" w:lineRule="auto"/>
            </w:pPr>
            <w:r>
              <w:rPr>
                <w:rFonts w:ascii="Tinos" w:hAnsi="Tinos"/>
                <w:sz w:val="14"/>
              </w:rPr>
              <w:t>A person can become incorporated into how another person represents their own functioning and identity.</w:t>
            </w:r>
          </w:p>
          <w:p>
            <w:pPr>
              <w:spacing w:after="26" w:line="240" w:lineRule="auto"/>
            </w:pPr>
            <w:r>
              <w:rPr>
                <w:rFonts w:ascii="Tinos" w:hAnsi="Tinos"/>
                <w:sz w:val="14"/>
              </w:rPr>
            </w:r>
          </w:p>
          <w:p>
            <w:pPr>
              <w:spacing w:after="26" w:line="240" w:lineRule="auto"/>
            </w:pPr>
            <w:r>
              <w:rPr>
                <w:rFonts w:ascii="Tinos" w:hAnsi="Tinos"/>
                <w:sz w:val="14"/>
              </w:rPr>
              <w:t>When that relationship changes, adaptation therefore involves not only learning that another person is absent but also discovering:</w:t>
            </w:r>
          </w:p>
          <w:p>
            <w:pPr>
              <w:spacing w:after="26" w:line="240" w:lineRule="auto"/>
            </w:pPr>
            <w:r>
              <w:rPr>
                <w:rFonts w:ascii="Tinos" w:hAnsi="Tinos"/>
                <w:sz w:val="14"/>
              </w:rPr>
            </w:r>
          </w:p>
          <w:p>
            <w:pPr>
              <w:spacing w:after="26" w:line="240" w:lineRule="auto"/>
            </w:pPr>
            <w:r>
              <w:rPr>
                <w:rFonts w:ascii="Tinos" w:hAnsi="Tinos"/>
                <w:sz w:val="14"/>
              </w:rPr>
              <w:t>Who am I, and how does this system operate now?</w:t>
            </w:r>
          </w:p>
        </w:tc>
        <w:tc>
          <w:tcPr>
            <w:tcW w:type="dxa" w:w="7913"/>
            <w:tcMar>
              <w:top w:w="55" w:type="dxa"/>
              <w:start w:w="70" w:type="dxa"/>
              <w:bottom w:w="55" w:type="dxa"/>
              <w:end w:w="70" w:type="dxa"/>
            </w:tcMar>
            <w:vAlign w:val="top"/>
          </w:tcPr>
          <w:p>
            <w:pPr>
              <w:spacing w:after="26" w:line="240" w:lineRule="auto"/>
            </w:pPr>
            <w:r/>
            <w:r>
              <w:rPr>
                <w:rFonts w:ascii="Tinos" w:hAnsi="Tinos"/>
                <w:sz w:val="14"/>
              </w:rPr>
              <w:t>9. Social Relationships as Shared Regulatory Capacity</w:t>
            </w:r>
          </w:p>
          <w:p>
            <w:pPr>
              <w:spacing w:after="26" w:line="240" w:lineRule="auto"/>
            </w:pPr>
            <w:r>
              <w:rPr>
                <w:rFonts w:ascii="Tinos" w:hAnsi="Tinos"/>
                <w:sz w:val="14"/>
              </w:rPr>
            </w:r>
          </w:p>
          <w:p>
            <w:pPr>
              <w:spacing w:after="26" w:line="240" w:lineRule="auto"/>
            </w:pPr>
            <w:r>
              <w:rPr>
                <w:rFonts w:ascii="Tinos" w:hAnsi="Tinos"/>
                <w:sz w:val="14"/>
              </w:rPr>
              <w:t>Social Baseline Theory offers a particularly close empirical neighbour to MRRAF.</w:t>
            </w:r>
          </w:p>
          <w:p>
            <w:pPr>
              <w:spacing w:after="26" w:line="240" w:lineRule="auto"/>
            </w:pPr>
            <w:r>
              <w:rPr>
                <w:rFonts w:ascii="Tinos" w:hAnsi="Tinos"/>
                <w:sz w:val="14"/>
              </w:rPr>
            </w:r>
          </w:p>
          <w:p>
            <w:pPr>
              <w:spacing w:after="26" w:line="240" w:lineRule="auto"/>
            </w:pPr>
            <w:r>
              <w:rPr>
                <w:rFonts w:ascii="Tinos" w:hAnsi="Tinos"/>
                <w:sz w:val="14"/>
              </w:rPr>
              <w:t>Coan and Sbarra (2015) propose that the human brain normally assumes access to social relationships that reduce risk and effort. Social proximity can therefore alter the resources required to regulate threat and pursue goals.</w:t>
            </w:r>
          </w:p>
          <w:p>
            <w:pPr>
              <w:spacing w:after="26" w:line="240" w:lineRule="auto"/>
            </w:pPr>
            <w:r>
              <w:rPr>
                <w:rFonts w:ascii="Tinos" w:hAnsi="Tinos"/>
                <w:sz w:val="14"/>
              </w:rPr>
            </w:r>
          </w:p>
          <w:p>
            <w:pPr>
              <w:spacing w:after="26" w:line="240" w:lineRule="auto"/>
            </w:pPr>
            <w:r>
              <w:rPr>
                <w:rFonts w:ascii="Tinos" w:hAnsi="Tinos"/>
                <w:sz w:val="14"/>
              </w:rPr>
              <w:t>This matters because the loss of a close relationship is not merely the disappearance of an external object. Functions previously distributed across a relationship may suddenly need to be carried differently. The person may now have to perform alone tasks that previously belonged to a two-person or larger relational system.</w:t>
            </w:r>
          </w:p>
          <w:p>
            <w:pPr>
              <w:spacing w:after="26" w:line="240" w:lineRule="auto"/>
            </w:pPr>
            <w:r>
              <w:rPr>
                <w:rFonts w:ascii="Tinos" w:hAnsi="Tinos"/>
                <w:sz w:val="14"/>
              </w:rPr>
            </w:r>
          </w:p>
          <w:p>
            <w:pPr>
              <w:spacing w:after="26" w:line="240" w:lineRule="auto"/>
            </w:pPr>
            <w:r>
              <w:rPr>
                <w:rFonts w:ascii="Tinos" w:hAnsi="Tinos"/>
                <w:sz w:val="14"/>
              </w:rPr>
              <w:t>MRRAF interprets this as relational resource redistribution.</w:t>
            </w:r>
          </w:p>
          <w:p>
            <w:pPr>
              <w:spacing w:after="26" w:line="240" w:lineRule="auto"/>
            </w:pPr>
            <w:r>
              <w:rPr>
                <w:rFonts w:ascii="Tinos" w:hAnsi="Tinos"/>
                <w:sz w:val="14"/>
              </w:rPr>
            </w:r>
          </w:p>
          <w:p>
            <w:pPr>
              <w:spacing w:after="26" w:line="240" w:lineRule="auto"/>
            </w:pPr>
            <w:r>
              <w:rPr>
                <w:rFonts w:ascii="Tinos" w:hAnsi="Tinos"/>
                <w:sz w:val="14"/>
              </w:rPr>
              <w:t>LOVE-0 adds a care boundary: identifying another person as a resource must never collapse that person into an owned function. A relationship can provide real regulatory capacity while each person remains an independent being whose consent, needs, and agency matter.</w:t>
            </w:r>
          </w:p>
          <w:p>
            <w:pPr>
              <w:spacing w:after="26" w:line="240" w:lineRule="auto"/>
            </w:pPr>
            <w:r>
              <w:rPr>
                <w:rFonts w:ascii="Tinos" w:hAnsi="Tinos"/>
                <w:sz w:val="14"/>
              </w:rPr>
            </w:r>
          </w:p>
          <w:p>
            <w:pPr>
              <w:spacing w:after="26" w:line="240" w:lineRule="auto"/>
            </w:pPr>
            <w:r>
              <w:rPr>
                <w:rFonts w:ascii="Tinos" w:hAnsi="Tinos"/>
                <w:sz w:val="14"/>
              </w:rPr>
              <w:t>Relationship loss may also disturb the representation of self.</w:t>
            </w:r>
          </w:p>
          <w:p>
            <w:pPr>
              <w:spacing w:after="26" w:line="240" w:lineRule="auto"/>
            </w:pPr>
            <w:r>
              <w:rPr>
                <w:rFonts w:ascii="Tinos" w:hAnsi="Tinos"/>
                <w:sz w:val="14"/>
              </w:rPr>
            </w:r>
          </w:p>
          <w:p>
            <w:pPr>
              <w:spacing w:after="26" w:line="240" w:lineRule="auto"/>
            </w:pPr>
            <w:r>
              <w:rPr>
                <w:rFonts w:ascii="Tinos" w:hAnsi="Tinos"/>
                <w:sz w:val="14"/>
              </w:rPr>
              <w:t>Slotter et al. (2010) found that romantic breakup was associated with reduced self-concept clarity and that this disruption was related to emotional distress.</w:t>
            </w:r>
          </w:p>
          <w:p>
            <w:pPr>
              <w:spacing w:after="26" w:line="240" w:lineRule="auto"/>
            </w:pPr>
            <w:r>
              <w:rPr>
                <w:rFonts w:ascii="Tinos" w:hAnsi="Tinos"/>
                <w:sz w:val="14"/>
              </w:rPr>
            </w:r>
          </w:p>
          <w:p>
            <w:pPr>
              <w:spacing w:after="26" w:line="240" w:lineRule="auto"/>
            </w:pPr>
            <w:r>
              <w:rPr>
                <w:rFonts w:ascii="Tinos" w:hAnsi="Tinos"/>
                <w:sz w:val="14"/>
              </w:rPr>
              <w:t>The implication is important:</w:t>
            </w:r>
          </w:p>
          <w:p>
            <w:pPr>
              <w:spacing w:after="26" w:line="240" w:lineRule="auto"/>
            </w:pPr>
            <w:r>
              <w:rPr>
                <w:rFonts w:ascii="Tinos" w:hAnsi="Tinos"/>
                <w:sz w:val="14"/>
              </w:rPr>
            </w:r>
          </w:p>
          <w:p>
            <w:pPr>
              <w:spacing w:after="26" w:line="240" w:lineRule="auto"/>
            </w:pPr>
            <w:r>
              <w:rPr>
                <w:rFonts w:ascii="Tinos" w:hAnsi="Tinos"/>
                <w:sz w:val="14"/>
              </w:rPr>
              <w:t>A person can become incorporated into how another person represents their own functioning and identity.</w:t>
            </w:r>
          </w:p>
          <w:p>
            <w:pPr>
              <w:spacing w:after="26" w:line="240" w:lineRule="auto"/>
            </w:pPr>
            <w:r>
              <w:rPr>
                <w:rFonts w:ascii="Tinos" w:hAnsi="Tinos"/>
                <w:sz w:val="14"/>
              </w:rPr>
            </w:r>
          </w:p>
          <w:p>
            <w:pPr>
              <w:spacing w:after="26" w:line="240" w:lineRule="auto"/>
            </w:pPr>
            <w:r>
              <w:rPr>
                <w:rFonts w:ascii="Tinos" w:hAnsi="Tinos"/>
                <w:sz w:val="14"/>
              </w:rPr>
              <w:t>When that relationship changes, adaptation therefore involves not only learning that another person is absent but also discovering:</w:t>
            </w:r>
          </w:p>
          <w:p>
            <w:pPr>
              <w:spacing w:after="26" w:line="240" w:lineRule="auto"/>
            </w:pPr>
            <w:r>
              <w:rPr>
                <w:rFonts w:ascii="Tinos" w:hAnsi="Tinos"/>
                <w:sz w:val="14"/>
              </w:rPr>
            </w:r>
          </w:p>
          <w:p>
            <w:pPr>
              <w:spacing w:after="26" w:line="240" w:lineRule="auto"/>
            </w:pPr>
            <w:r>
              <w:rPr>
                <w:rFonts w:ascii="Tinos" w:hAnsi="Tinos"/>
                <w:sz w:val="14"/>
              </w:rPr>
              <w:t>Who am I, and how does this system operate now?</w:t>
            </w:r>
          </w:p>
          <w:p>
            <w:pPr>
              <w:spacing w:after="26" w:line="240" w:lineRule="auto"/>
            </w:pPr>
            <w:r>
              <w:rPr>
                <w:rFonts w:ascii="Tinos" w:hAnsi="Tinos"/>
                <w:sz w:val="14"/>
              </w:rPr>
            </w:r>
          </w:p>
          <w:p>
            <w:pPr>
              <w:spacing w:after="26" w:line="240" w:lineRule="auto"/>
            </w:pPr>
            <w:r>
              <w:rPr>
                <w:rFonts w:ascii="Tinos" w:hAnsi="Tinos"/>
                <w:sz w:val="14"/>
              </w:rPr>
              <w:t>LOVE-0 adds another question:</w:t>
            </w:r>
          </w:p>
          <w:p>
            <w:pPr>
              <w:spacing w:after="26" w:line="240" w:lineRule="auto"/>
            </w:pPr>
            <w:r>
              <w:rPr>
                <w:rFonts w:ascii="Tinos" w:hAnsi="Tinos"/>
                <w:sz w:val="14"/>
              </w:rPr>
            </w:r>
          </w:p>
          <w:p>
            <w:pPr>
              <w:spacing w:after="26" w:line="240" w:lineRule="auto"/>
            </w:pPr>
            <w:r>
              <w:rPr>
                <w:rFonts w:ascii="Tinos" w:hAnsi="Tinos"/>
                <w:sz w:val="14"/>
              </w:rPr>
              <w:t>Can I allow the other person's independence, absence, or change to be real without trying to convert my need for regulation into ownership of them?</w:t>
            </w:r>
          </w:p>
        </w:tc>
      </w:tr>
    </w:tbl>
    <w:p>
      <w:pPr>
        <w:spacing w:after="0"/>
      </w:pPr>
    </w:p>
    <w:p>
      <w:pPr>
        <w:pStyle w:val="Heading1"/>
      </w:pPr>
      <w:r>
        <w:t>10. Grieving as Learning</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10. Grieving as Learning</w:t>
            </w:r>
          </w:p>
          <w:p>
            <w:pPr>
              <w:spacing w:after="26" w:line="240" w:lineRule="auto"/>
            </w:pPr>
            <w:r>
              <w:rPr>
                <w:rFonts w:ascii="Tinos" w:hAnsi="Tinos"/>
                <w:sz w:val="14"/>
              </w:rPr>
            </w:r>
          </w:p>
          <w:p>
            <w:pPr>
              <w:spacing w:after="26" w:line="240" w:lineRule="auto"/>
            </w:pPr>
            <w:r>
              <w:rPr>
                <w:rFonts w:ascii="Tinos" w:hAnsi="Tinos"/>
                <w:sz w:val="14"/>
              </w:rPr>
              <w:t>O'Connor and Seeley (2022) provide one of the strongest points of convergence with MRRAF.</w:t>
            </w:r>
          </w:p>
          <w:p>
            <w:pPr>
              <w:spacing w:after="26" w:line="240" w:lineRule="auto"/>
            </w:pPr>
            <w:r>
              <w:rPr>
                <w:rFonts w:ascii="Tinos" w:hAnsi="Tinos"/>
                <w:sz w:val="14"/>
              </w:rPr>
            </w:r>
          </w:p>
          <w:p>
            <w:pPr>
              <w:spacing w:after="26" w:line="240" w:lineRule="auto"/>
            </w:pPr>
            <w:r>
              <w:rPr>
                <w:rFonts w:ascii="Tinos" w:hAnsi="Tinos"/>
                <w:sz w:val="14"/>
              </w:rPr>
              <w:t>Their account conceptualises grieving partly as a form of learning.</w:t>
            </w:r>
          </w:p>
          <w:p>
            <w:pPr>
              <w:spacing w:after="26" w:line="240" w:lineRule="auto"/>
            </w:pPr>
            <w:r>
              <w:rPr>
                <w:rFonts w:ascii="Tinos" w:hAnsi="Tinos"/>
                <w:sz w:val="14"/>
              </w:rPr>
            </w:r>
          </w:p>
          <w:p>
            <w:pPr>
              <w:spacing w:after="26" w:line="240" w:lineRule="auto"/>
            </w:pPr>
            <w:r>
              <w:rPr>
                <w:rFonts w:ascii="Tinos" w:hAnsi="Tinos"/>
                <w:sz w:val="14"/>
              </w:rPr>
              <w:t>Attachment relationships create durable expectations concerning the existence and availability of important others. After death, established relational knowledge may conflict with episodic knowledge that the person has died.</w:t>
            </w:r>
          </w:p>
          <w:p>
            <w:pPr>
              <w:spacing w:after="26" w:line="240" w:lineRule="auto"/>
            </w:pPr>
            <w:r>
              <w:rPr>
                <w:rFonts w:ascii="Tinos" w:hAnsi="Tinos"/>
                <w:sz w:val="14"/>
              </w:rPr>
            </w:r>
          </w:p>
          <w:p>
            <w:pPr>
              <w:spacing w:after="26" w:line="240" w:lineRule="auto"/>
            </w:pPr>
            <w:r>
              <w:rPr>
                <w:rFonts w:ascii="Tinos" w:hAnsi="Tinos"/>
                <w:sz w:val="14"/>
              </w:rPr>
              <w:t>Repeated experience is required for those predictions to update.</w:t>
            </w:r>
          </w:p>
          <w:p>
            <w:pPr>
              <w:spacing w:after="26" w:line="240" w:lineRule="auto"/>
            </w:pPr>
            <w:r>
              <w:rPr>
                <w:rFonts w:ascii="Tinos" w:hAnsi="Tinos"/>
                <w:sz w:val="14"/>
              </w:rPr>
            </w:r>
          </w:p>
          <w:p>
            <w:pPr>
              <w:spacing w:after="26" w:line="240" w:lineRule="auto"/>
            </w:pPr>
            <w:r>
              <w:rPr>
                <w:rFonts w:ascii="Tinos" w:hAnsi="Tinos"/>
                <w:sz w:val="14"/>
              </w:rPr>
              <w:t>This helps explain an otherwise puzzling human experience.</w:t>
            </w:r>
          </w:p>
          <w:p>
            <w:pPr>
              <w:spacing w:after="26" w:line="240" w:lineRule="auto"/>
            </w:pPr>
            <w:r>
              <w:rPr>
                <w:rFonts w:ascii="Tinos" w:hAnsi="Tinos"/>
                <w:sz w:val="14"/>
              </w:rPr>
            </w:r>
          </w:p>
          <w:p>
            <w:pPr>
              <w:spacing w:after="26" w:line="240" w:lineRule="auto"/>
            </w:pPr>
            <w:r>
              <w:rPr>
                <w:rFonts w:ascii="Tinos" w:hAnsi="Tinos"/>
                <w:sz w:val="14"/>
              </w:rPr>
              <w:t>Someone may completely understand the fact:</w:t>
            </w:r>
          </w:p>
          <w:p>
            <w:pPr>
              <w:spacing w:after="26" w:line="240" w:lineRule="auto"/>
            </w:pPr>
            <w:r>
              <w:rPr>
                <w:rFonts w:ascii="Tinos" w:hAnsi="Tinos"/>
                <w:sz w:val="14"/>
              </w:rPr>
            </w:r>
          </w:p>
          <w:p>
            <w:pPr>
              <w:spacing w:after="26" w:line="240" w:lineRule="auto"/>
            </w:pPr>
            <w:r>
              <w:rPr>
                <w:rFonts w:ascii="Tinos" w:hAnsi="Tinos"/>
                <w:sz w:val="14"/>
              </w:rPr>
              <w:t>“They died.”</w:t>
            </w:r>
          </w:p>
          <w:p>
            <w:pPr>
              <w:spacing w:after="26" w:line="240" w:lineRule="auto"/>
            </w:pPr>
            <w:r>
              <w:rPr>
                <w:rFonts w:ascii="Tinos" w:hAnsi="Tinos"/>
                <w:sz w:val="14"/>
              </w:rPr>
            </w:r>
          </w:p>
          <w:p>
            <w:pPr>
              <w:spacing w:after="26" w:line="240" w:lineRule="auto"/>
            </w:pPr>
            <w:r>
              <w:rPr>
                <w:rFonts w:ascii="Tinos" w:hAnsi="Tinos"/>
                <w:sz w:val="14"/>
              </w:rPr>
              <w:t>Yet automatically think:</w:t>
            </w:r>
          </w:p>
          <w:p>
            <w:pPr>
              <w:spacing w:after="26" w:line="240" w:lineRule="auto"/>
            </w:pPr>
            <w:r>
              <w:rPr>
                <w:rFonts w:ascii="Tinos" w:hAnsi="Tinos"/>
                <w:sz w:val="14"/>
              </w:rPr>
            </w:r>
          </w:p>
          <w:p>
            <w:pPr>
              <w:spacing w:after="26" w:line="240" w:lineRule="auto"/>
            </w:pPr>
            <w:r>
              <w:rPr>
                <w:rFonts w:ascii="Tinos" w:hAnsi="Tinos"/>
                <w:sz w:val="14"/>
              </w:rPr>
              <w:t>“I must tell them about this.”</w:t>
            </w:r>
          </w:p>
          <w:p>
            <w:pPr>
              <w:spacing w:after="26" w:line="240" w:lineRule="auto"/>
            </w:pPr>
            <w:r>
              <w:rPr>
                <w:rFonts w:ascii="Tinos" w:hAnsi="Tinos"/>
                <w:sz w:val="14"/>
              </w:rPr>
            </w:r>
          </w:p>
          <w:p>
            <w:pPr>
              <w:spacing w:after="26" w:line="240" w:lineRule="auto"/>
            </w:pPr>
            <w:r>
              <w:rPr>
                <w:rFonts w:ascii="Tinos" w:hAnsi="Tinos"/>
                <w:sz w:val="14"/>
              </w:rPr>
              <w:t>They may reach for a telephone.</w:t>
            </w:r>
          </w:p>
          <w:p>
            <w:pPr>
              <w:spacing w:after="26" w:line="240" w:lineRule="auto"/>
            </w:pPr>
            <w:r>
              <w:rPr>
                <w:rFonts w:ascii="Tinos" w:hAnsi="Tinos"/>
                <w:sz w:val="14"/>
              </w:rPr>
            </w:r>
          </w:p>
          <w:p>
            <w:pPr>
              <w:spacing w:after="26" w:line="240" w:lineRule="auto"/>
            </w:pPr>
            <w:r>
              <w:rPr>
                <w:rFonts w:ascii="Tinos" w:hAnsi="Tinos"/>
                <w:sz w:val="14"/>
              </w:rPr>
              <w:t>Expect a familiar sound.</w:t>
            </w:r>
          </w:p>
          <w:p>
            <w:pPr>
              <w:spacing w:after="26" w:line="240" w:lineRule="auto"/>
            </w:pPr>
            <w:r>
              <w:rPr>
                <w:rFonts w:ascii="Tinos" w:hAnsi="Tinos"/>
                <w:sz w:val="14"/>
              </w:rPr>
            </w:r>
          </w:p>
          <w:p>
            <w:pPr>
              <w:spacing w:after="26" w:line="240" w:lineRule="auto"/>
            </w:pPr>
            <w:r>
              <w:rPr>
                <w:rFonts w:ascii="Tinos" w:hAnsi="Tinos"/>
                <w:sz w:val="14"/>
              </w:rPr>
              <w:t>Look toward the chair where the person normally sat.</w:t>
            </w:r>
          </w:p>
          <w:p>
            <w:pPr>
              <w:spacing w:after="26" w:line="240" w:lineRule="auto"/>
            </w:pPr>
            <w:r>
              <w:rPr>
                <w:rFonts w:ascii="Tinos" w:hAnsi="Tinos"/>
                <w:sz w:val="14"/>
              </w:rPr>
            </w:r>
          </w:p>
          <w:p>
            <w:pPr>
              <w:spacing w:after="26" w:line="240" w:lineRule="auto"/>
            </w:pPr>
            <w:r>
              <w:rPr>
                <w:rFonts w:ascii="Tinos" w:hAnsi="Tinos"/>
                <w:sz w:val="14"/>
              </w:rPr>
              <w:t>Prepare food for two.</w:t>
            </w:r>
          </w:p>
          <w:p>
            <w:pPr>
              <w:spacing w:after="26" w:line="240" w:lineRule="auto"/>
            </w:pPr>
            <w:r>
              <w:rPr>
                <w:rFonts w:ascii="Tinos" w:hAnsi="Tinos"/>
                <w:sz w:val="14"/>
              </w:rPr>
            </w:r>
          </w:p>
          <w:p>
            <w:pPr>
              <w:spacing w:after="26" w:line="240" w:lineRule="auto"/>
            </w:pPr>
            <w:r>
              <w:rPr>
                <w:rFonts w:ascii="Tinos" w:hAnsi="Tinos"/>
                <w:sz w:val="14"/>
              </w:rPr>
              <w:t>The intellectual proposition may already have changed.</w:t>
            </w:r>
          </w:p>
          <w:p>
            <w:pPr>
              <w:spacing w:after="26" w:line="240" w:lineRule="auto"/>
            </w:pPr>
            <w:r>
              <w:rPr>
                <w:rFonts w:ascii="Tinos" w:hAnsi="Tinos"/>
                <w:sz w:val="14"/>
              </w:rPr>
            </w:r>
          </w:p>
          <w:p>
            <w:pPr>
              <w:spacing w:after="26" w:line="240" w:lineRule="auto"/>
            </w:pPr>
            <w:r>
              <w:rPr>
                <w:rFonts w:ascii="Tinos" w:hAnsi="Tinos"/>
                <w:sz w:val="14"/>
              </w:rPr>
              <w:t>Other learned systems have not necessarily updated at the same rate.</w:t>
            </w:r>
          </w:p>
          <w:p>
            <w:pPr>
              <w:spacing w:after="26" w:line="240" w:lineRule="auto"/>
            </w:pPr>
            <w:r>
              <w:rPr>
                <w:rFonts w:ascii="Tinos" w:hAnsi="Tinos"/>
                <w:sz w:val="14"/>
              </w:rPr>
            </w:r>
          </w:p>
          <w:p>
            <w:pPr>
              <w:spacing w:after="26" w:line="240" w:lineRule="auto"/>
            </w:pPr>
            <w:r>
              <w:rPr>
                <w:rFonts w:ascii="Tinos" w:hAnsi="Tinos"/>
                <w:sz w:val="14"/>
              </w:rPr>
              <w:t>MRRAF calls the regulatory consequences of this asynchronous updating part of grief-load.</w:t>
            </w:r>
          </w:p>
          <w:p>
            <w:pPr>
              <w:spacing w:after="26" w:line="240" w:lineRule="auto"/>
            </w:pPr>
            <w:r>
              <w:rPr>
                <w:rFonts w:ascii="Tinos" w:hAnsi="Tinos"/>
                <w:sz w:val="14"/>
              </w:rPr>
            </w:r>
          </w:p>
          <w:p>
            <w:pPr>
              <w:spacing w:after="26" w:line="240" w:lineRule="auto"/>
            </w:pPr>
            <w:r>
              <w:rPr>
                <w:rFonts w:ascii="Tinos" w:hAnsi="Tinos"/>
                <w:sz w:val="14"/>
              </w:rPr>
              <w:t>The mismatch is repeatedly encountered:</w:t>
            </w:r>
          </w:p>
          <w:p>
            <w:pPr>
              <w:spacing w:after="26" w:line="240" w:lineRule="auto"/>
            </w:pPr>
            <w:r>
              <w:rPr>
                <w:rFonts w:ascii="Tinos" w:hAnsi="Tinos"/>
                <w:sz w:val="14"/>
              </w:rPr>
            </w:r>
          </w:p>
          <w:p>
            <w:pPr>
              <w:spacing w:after="26" w:line="240" w:lineRule="auto"/>
            </w:pPr>
            <w:r>
              <w:rPr>
                <w:rFonts w:ascii="Tinos" w:hAnsi="Tinos"/>
                <w:sz w:val="14"/>
              </w:rPr>
              <w:t>expected world</w:t>
            </w:r>
          </w:p>
          <w:p>
            <w:pPr>
              <w:spacing w:after="26" w:line="240" w:lineRule="auto"/>
            </w:pPr>
            <w:r>
              <w:rPr>
                <w:rFonts w:ascii="Tinos" w:hAnsi="Tinos"/>
                <w:sz w:val="14"/>
              </w:rPr>
            </w:r>
          </w:p>
          <w:p>
            <w:pPr>
              <w:spacing w:after="26" w:line="240" w:lineRule="auto"/>
            </w:pPr>
            <w:r>
              <w:rPr>
                <w:rFonts w:ascii="Tinos" w:hAnsi="Tinos"/>
                <w:sz w:val="14"/>
              </w:rPr>
              <w:t>versus</w:t>
            </w:r>
          </w:p>
          <w:p>
            <w:pPr>
              <w:spacing w:after="26" w:line="240" w:lineRule="auto"/>
            </w:pPr>
            <w:r>
              <w:rPr>
                <w:rFonts w:ascii="Tinos" w:hAnsi="Tinos"/>
                <w:sz w:val="14"/>
              </w:rPr>
            </w:r>
          </w:p>
          <w:p>
            <w:pPr>
              <w:spacing w:after="26" w:line="240" w:lineRule="auto"/>
            </w:pPr>
            <w:r>
              <w:rPr>
                <w:rFonts w:ascii="Tinos" w:hAnsi="Tinos"/>
                <w:sz w:val="14"/>
              </w:rPr>
              <w:t>currently encountered world.</w:t>
            </w:r>
          </w:p>
          <w:p>
            <w:pPr>
              <w:spacing w:after="26" w:line="240" w:lineRule="auto"/>
            </w:pPr>
            <w:r>
              <w:rPr>
                <w:rFonts w:ascii="Tinos" w:hAnsi="Tinos"/>
                <w:sz w:val="14"/>
              </w:rPr>
            </w:r>
          </w:p>
          <w:p>
            <w:pPr>
              <w:spacing w:after="26" w:line="240" w:lineRule="auto"/>
            </w:pPr>
            <w:r>
              <w:rPr>
                <w:rFonts w:ascii="Tinos" w:hAnsi="Tinos"/>
                <w:sz w:val="14"/>
              </w:rPr>
              <w:t>Experience gradually alters the expectation.</w:t>
            </w:r>
          </w:p>
          <w:p>
            <w:pPr>
              <w:spacing w:after="26" w:line="240" w:lineRule="auto"/>
            </w:pPr>
            <w:r>
              <w:rPr>
                <w:rFonts w:ascii="Tinos" w:hAnsi="Tinos"/>
                <w:sz w:val="14"/>
              </w:rPr>
            </w:r>
          </w:p>
          <w:p>
            <w:pPr>
              <w:spacing w:after="26" w:line="240" w:lineRule="auto"/>
            </w:pPr>
            <w:r>
              <w:rPr>
                <w:rFonts w:ascii="Tinos" w:hAnsi="Tinos"/>
                <w:sz w:val="14"/>
              </w:rPr>
              <w:t>Time matters because the updating process is distributed across many contexts.</w:t>
            </w:r>
          </w:p>
          <w:p>
            <w:pPr>
              <w:spacing w:after="26" w:line="240" w:lineRule="auto"/>
            </w:pPr>
            <w:r>
              <w:rPr>
                <w:rFonts w:ascii="Tinos" w:hAnsi="Tinos"/>
                <w:sz w:val="14"/>
              </w:rPr>
            </w:r>
          </w:p>
          <w:p>
            <w:pPr>
              <w:spacing w:after="26" w:line="240" w:lineRule="auto"/>
            </w:pPr>
            <w:r>
              <w:rPr>
                <w:rFonts w:ascii="Tinos" w:hAnsi="Tinos"/>
                <w:sz w:val="14"/>
              </w:rPr>
              <w:t>A person does not encounter the absence once.</w:t>
            </w:r>
          </w:p>
          <w:p>
            <w:pPr>
              <w:spacing w:after="26" w:line="240" w:lineRule="auto"/>
            </w:pPr>
            <w:r>
              <w:rPr>
                <w:rFonts w:ascii="Tinos" w:hAnsi="Tinos"/>
                <w:sz w:val="14"/>
              </w:rPr>
            </w:r>
          </w:p>
          <w:p>
            <w:pPr>
              <w:spacing w:after="26" w:line="240" w:lineRule="auto"/>
            </w:pPr>
            <w:r>
              <w:rPr>
                <w:rFonts w:ascii="Tinos" w:hAnsi="Tinos"/>
                <w:sz w:val="14"/>
              </w:rPr>
              <w:t>They encounter it across mornings, meals, anniversaries, rooms, decisions, conversations, problems, celebrations, and future plans.</w:t>
            </w:r>
          </w:p>
        </w:tc>
        <w:tc>
          <w:tcPr>
            <w:tcW w:type="dxa" w:w="7913"/>
            <w:tcMar>
              <w:top w:w="55" w:type="dxa"/>
              <w:start w:w="70" w:type="dxa"/>
              <w:bottom w:w="55" w:type="dxa"/>
              <w:end w:w="70" w:type="dxa"/>
            </w:tcMar>
            <w:vAlign w:val="top"/>
          </w:tcPr>
          <w:p>
            <w:pPr>
              <w:spacing w:after="26" w:line="240" w:lineRule="auto"/>
            </w:pPr>
            <w:r/>
            <w:r>
              <w:rPr>
                <w:rFonts w:ascii="Tinos" w:hAnsi="Tinos"/>
                <w:sz w:val="14"/>
              </w:rPr>
              <w:t>10. Grieving as Learning</w:t>
            </w:r>
          </w:p>
          <w:p>
            <w:pPr>
              <w:spacing w:after="26" w:line="240" w:lineRule="auto"/>
            </w:pPr>
            <w:r>
              <w:rPr>
                <w:rFonts w:ascii="Tinos" w:hAnsi="Tinos"/>
                <w:sz w:val="14"/>
              </w:rPr>
            </w:r>
          </w:p>
          <w:p>
            <w:pPr>
              <w:spacing w:after="26" w:line="240" w:lineRule="auto"/>
            </w:pPr>
            <w:r>
              <w:rPr>
                <w:rFonts w:ascii="Tinos" w:hAnsi="Tinos"/>
                <w:sz w:val="14"/>
              </w:rPr>
              <w:t>O'Connor and Seeley (2022) provide one of the strongest points of convergence with MRRAF.</w:t>
            </w:r>
          </w:p>
          <w:p>
            <w:pPr>
              <w:spacing w:after="26" w:line="240" w:lineRule="auto"/>
            </w:pPr>
            <w:r>
              <w:rPr>
                <w:rFonts w:ascii="Tinos" w:hAnsi="Tinos"/>
                <w:sz w:val="14"/>
              </w:rPr>
            </w:r>
          </w:p>
          <w:p>
            <w:pPr>
              <w:spacing w:after="26" w:line="240" w:lineRule="auto"/>
            </w:pPr>
            <w:r>
              <w:rPr>
                <w:rFonts w:ascii="Tinos" w:hAnsi="Tinos"/>
                <w:sz w:val="14"/>
              </w:rPr>
              <w:t>Their account conceptualises grieving partly as a form of learning. Attachment relationships create durable expectations concerning the existence and availability of important others. After death, established relational knowledge may conflict with episodic knowledge that the person has died.</w:t>
            </w:r>
          </w:p>
          <w:p>
            <w:pPr>
              <w:spacing w:after="26" w:line="240" w:lineRule="auto"/>
            </w:pPr>
            <w:r>
              <w:rPr>
                <w:rFonts w:ascii="Tinos" w:hAnsi="Tinos"/>
                <w:sz w:val="14"/>
              </w:rPr>
            </w:r>
          </w:p>
          <w:p>
            <w:pPr>
              <w:spacing w:after="26" w:line="240" w:lineRule="auto"/>
            </w:pPr>
            <w:r>
              <w:rPr>
                <w:rFonts w:ascii="Tinos" w:hAnsi="Tinos"/>
                <w:sz w:val="14"/>
              </w:rPr>
              <w:t>Repeated experience is required for those predictions to update.</w:t>
            </w:r>
          </w:p>
          <w:p>
            <w:pPr>
              <w:spacing w:after="26" w:line="240" w:lineRule="auto"/>
            </w:pPr>
            <w:r>
              <w:rPr>
                <w:rFonts w:ascii="Tinos" w:hAnsi="Tinos"/>
                <w:sz w:val="14"/>
              </w:rPr>
            </w:r>
          </w:p>
          <w:p>
            <w:pPr>
              <w:spacing w:after="26" w:line="240" w:lineRule="auto"/>
            </w:pPr>
            <w:r>
              <w:rPr>
                <w:rFonts w:ascii="Tinos" w:hAnsi="Tinos"/>
                <w:sz w:val="14"/>
              </w:rPr>
              <w:t>This helps explain an otherwise puzzling human experience.</w:t>
            </w:r>
          </w:p>
          <w:p>
            <w:pPr>
              <w:spacing w:after="26" w:line="240" w:lineRule="auto"/>
            </w:pPr>
            <w:r>
              <w:rPr>
                <w:rFonts w:ascii="Tinos" w:hAnsi="Tinos"/>
                <w:sz w:val="14"/>
              </w:rPr>
            </w:r>
          </w:p>
          <w:p>
            <w:pPr>
              <w:spacing w:after="26" w:line="240" w:lineRule="auto"/>
            </w:pPr>
            <w:r>
              <w:rPr>
                <w:rFonts w:ascii="Tinos" w:hAnsi="Tinos"/>
                <w:sz w:val="14"/>
              </w:rPr>
              <w:t>Someone may completely understand the fact:</w:t>
            </w:r>
          </w:p>
          <w:p>
            <w:pPr>
              <w:spacing w:after="26" w:line="240" w:lineRule="auto"/>
            </w:pPr>
            <w:r>
              <w:rPr>
                <w:rFonts w:ascii="Tinos" w:hAnsi="Tinos"/>
                <w:sz w:val="14"/>
              </w:rPr>
            </w:r>
          </w:p>
          <w:p>
            <w:pPr>
              <w:spacing w:after="26" w:line="240" w:lineRule="auto"/>
            </w:pPr>
            <w:r>
              <w:rPr>
                <w:rFonts w:ascii="Tinos" w:hAnsi="Tinos"/>
                <w:sz w:val="14"/>
              </w:rPr>
              <w:t>“They died.”</w:t>
            </w:r>
          </w:p>
          <w:p>
            <w:pPr>
              <w:spacing w:after="26" w:line="240" w:lineRule="auto"/>
            </w:pPr>
            <w:r>
              <w:rPr>
                <w:rFonts w:ascii="Tinos" w:hAnsi="Tinos"/>
                <w:sz w:val="14"/>
              </w:rPr>
            </w:r>
          </w:p>
          <w:p>
            <w:pPr>
              <w:spacing w:after="26" w:line="240" w:lineRule="auto"/>
            </w:pPr>
            <w:r>
              <w:rPr>
                <w:rFonts w:ascii="Tinos" w:hAnsi="Tinos"/>
                <w:sz w:val="14"/>
              </w:rPr>
              <w:t>Yet automatically think:</w:t>
            </w:r>
          </w:p>
          <w:p>
            <w:pPr>
              <w:spacing w:after="26" w:line="240" w:lineRule="auto"/>
            </w:pPr>
            <w:r>
              <w:rPr>
                <w:rFonts w:ascii="Tinos" w:hAnsi="Tinos"/>
                <w:sz w:val="14"/>
              </w:rPr>
            </w:r>
          </w:p>
          <w:p>
            <w:pPr>
              <w:spacing w:after="26" w:line="240" w:lineRule="auto"/>
            </w:pPr>
            <w:r>
              <w:rPr>
                <w:rFonts w:ascii="Tinos" w:hAnsi="Tinos"/>
                <w:sz w:val="14"/>
              </w:rPr>
              <w:t>“I must tell them about this.”</w:t>
            </w:r>
          </w:p>
          <w:p>
            <w:pPr>
              <w:spacing w:after="26" w:line="240" w:lineRule="auto"/>
            </w:pPr>
            <w:r>
              <w:rPr>
                <w:rFonts w:ascii="Tinos" w:hAnsi="Tinos"/>
                <w:sz w:val="14"/>
              </w:rPr>
            </w:r>
          </w:p>
          <w:p>
            <w:pPr>
              <w:spacing w:after="26" w:line="240" w:lineRule="auto"/>
            </w:pPr>
            <w:r>
              <w:rPr>
                <w:rFonts w:ascii="Tinos" w:hAnsi="Tinos"/>
                <w:sz w:val="14"/>
              </w:rPr>
              <w:t>They may reach for a telephone. Expect a familiar sound. Look toward the chair where the person normally sat. Prepare food for two.</w:t>
            </w:r>
          </w:p>
          <w:p>
            <w:pPr>
              <w:spacing w:after="26" w:line="240" w:lineRule="auto"/>
            </w:pPr>
            <w:r>
              <w:rPr>
                <w:rFonts w:ascii="Tinos" w:hAnsi="Tinos"/>
                <w:sz w:val="14"/>
              </w:rPr>
            </w:r>
          </w:p>
          <w:p>
            <w:pPr>
              <w:spacing w:after="26" w:line="240" w:lineRule="auto"/>
            </w:pPr>
            <w:r>
              <w:rPr>
                <w:rFonts w:ascii="Tinos" w:hAnsi="Tinos"/>
                <w:sz w:val="14"/>
              </w:rPr>
              <w:t>The intellectual proposition may already have changed. Other learned systems have not necessarily updated at the same rate.</w:t>
            </w:r>
          </w:p>
          <w:p>
            <w:pPr>
              <w:spacing w:after="26" w:line="240" w:lineRule="auto"/>
            </w:pPr>
            <w:r>
              <w:rPr>
                <w:rFonts w:ascii="Tinos" w:hAnsi="Tinos"/>
                <w:sz w:val="14"/>
              </w:rPr>
            </w:r>
          </w:p>
          <w:p>
            <w:pPr>
              <w:spacing w:after="26" w:line="240" w:lineRule="auto"/>
            </w:pPr>
            <w:r>
              <w:rPr>
                <w:rFonts w:ascii="Tinos" w:hAnsi="Tinos"/>
                <w:sz w:val="14"/>
              </w:rPr>
              <w:t>MRRAF calls the regulatory consequences of this asynchronous updating part of grief-load.</w:t>
            </w:r>
          </w:p>
          <w:p>
            <w:pPr>
              <w:spacing w:after="26" w:line="240" w:lineRule="auto"/>
            </w:pPr>
            <w:r>
              <w:rPr>
                <w:rFonts w:ascii="Tinos" w:hAnsi="Tinos"/>
                <w:sz w:val="14"/>
              </w:rPr>
            </w:r>
          </w:p>
          <w:p>
            <w:pPr>
              <w:spacing w:after="26" w:line="240" w:lineRule="auto"/>
            </w:pPr>
            <w:r>
              <w:rPr>
                <w:rFonts w:ascii="Tinos" w:hAnsi="Tinos"/>
                <w:sz w:val="14"/>
              </w:rPr>
              <w:t>The mismatch is repeatedly encountered:</w:t>
            </w:r>
          </w:p>
          <w:p>
            <w:pPr>
              <w:spacing w:after="26" w:line="240" w:lineRule="auto"/>
            </w:pPr>
            <w:r>
              <w:rPr>
                <w:rFonts w:ascii="Tinos" w:hAnsi="Tinos"/>
                <w:sz w:val="14"/>
              </w:rPr>
            </w:r>
          </w:p>
          <w:p>
            <w:pPr>
              <w:spacing w:after="26" w:line="240" w:lineRule="auto"/>
            </w:pPr>
            <w:r>
              <w:rPr>
                <w:rFonts w:ascii="Tinos" w:hAnsi="Tinos"/>
                <w:sz w:val="14"/>
              </w:rPr>
              <w:t>expected world</w:t>
            </w:r>
          </w:p>
          <w:p>
            <w:pPr>
              <w:spacing w:after="26" w:line="240" w:lineRule="auto"/>
            </w:pPr>
            <w:r>
              <w:rPr>
                <w:rFonts w:ascii="Tinos" w:hAnsi="Tinos"/>
                <w:sz w:val="14"/>
              </w:rPr>
            </w:r>
          </w:p>
          <w:p>
            <w:pPr>
              <w:spacing w:after="26" w:line="240" w:lineRule="auto"/>
            </w:pPr>
            <w:r>
              <w:rPr>
                <w:rFonts w:ascii="Tinos" w:hAnsi="Tinos"/>
                <w:sz w:val="14"/>
              </w:rPr>
              <w:t>versus</w:t>
            </w:r>
          </w:p>
          <w:p>
            <w:pPr>
              <w:spacing w:after="26" w:line="240" w:lineRule="auto"/>
            </w:pPr>
            <w:r>
              <w:rPr>
                <w:rFonts w:ascii="Tinos" w:hAnsi="Tinos"/>
                <w:sz w:val="14"/>
              </w:rPr>
            </w:r>
          </w:p>
          <w:p>
            <w:pPr>
              <w:spacing w:after="26" w:line="240" w:lineRule="auto"/>
            </w:pPr>
            <w:r>
              <w:rPr>
                <w:rFonts w:ascii="Tinos" w:hAnsi="Tinos"/>
                <w:sz w:val="14"/>
              </w:rPr>
              <w:t>currently encountered world.</w:t>
            </w:r>
          </w:p>
          <w:p>
            <w:pPr>
              <w:spacing w:after="26" w:line="240" w:lineRule="auto"/>
            </w:pPr>
            <w:r>
              <w:rPr>
                <w:rFonts w:ascii="Tinos" w:hAnsi="Tinos"/>
                <w:sz w:val="14"/>
              </w:rPr>
            </w:r>
          </w:p>
          <w:p>
            <w:pPr>
              <w:spacing w:after="26" w:line="240" w:lineRule="auto"/>
            </w:pPr>
            <w:r>
              <w:rPr>
                <w:rFonts w:ascii="Tinos" w:hAnsi="Tinos"/>
                <w:sz w:val="14"/>
              </w:rPr>
              <w:t>Experience gradually alters the expectation.</w:t>
            </w:r>
          </w:p>
          <w:p>
            <w:pPr>
              <w:spacing w:after="26" w:line="240" w:lineRule="auto"/>
            </w:pPr>
            <w:r>
              <w:rPr>
                <w:rFonts w:ascii="Tinos" w:hAnsi="Tinos"/>
                <w:sz w:val="14"/>
              </w:rPr>
            </w:r>
          </w:p>
          <w:p>
            <w:pPr>
              <w:spacing w:after="26" w:line="240" w:lineRule="auto"/>
            </w:pPr>
            <w:r>
              <w:rPr>
                <w:rFonts w:ascii="Tinos" w:hAnsi="Tinos"/>
                <w:sz w:val="14"/>
              </w:rPr>
              <w:t>LOVE-0 treats this mismatch with humility. The recurrence of an old expectation is not proof that the person is failing, nor is sadness an instruction to suppress the memory. The task is to notice the signal, distinguish it from the story immediately attached to it, and let new experience update the model without demanding that update on an artificial timetable.</w:t>
            </w:r>
          </w:p>
          <w:p>
            <w:pPr>
              <w:spacing w:after="26" w:line="240" w:lineRule="auto"/>
            </w:pPr>
            <w:r>
              <w:rPr>
                <w:rFonts w:ascii="Tinos" w:hAnsi="Tinos"/>
                <w:sz w:val="14"/>
              </w:rPr>
            </w:r>
          </w:p>
          <w:p>
            <w:pPr>
              <w:spacing w:after="26" w:line="240" w:lineRule="auto"/>
            </w:pPr>
            <w:r>
              <w:rPr>
                <w:rFonts w:ascii="Tinos" w:hAnsi="Tinos"/>
                <w:sz w:val="14"/>
              </w:rPr>
              <w:t>Time matters because the updating process is distributed across many contexts. A person does not encounter the absence once. They encounter it across mornings, meals, anniversaries, rooms, decisions, conversations, problems, celebrations, and future plans.</w:t>
            </w:r>
          </w:p>
        </w:tc>
      </w:tr>
    </w:tbl>
    <w:p>
      <w:pPr>
        <w:spacing w:after="0"/>
      </w:pPr>
    </w:p>
    <w:p>
      <w:pPr>
        <w:pStyle w:val="Heading1"/>
      </w:pPr>
      <w:r>
        <w:t>11. Oscillation Rather Than a Straight Line</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11. Oscillation Rather Than a Straight Line</w:t>
            </w:r>
          </w:p>
          <w:p>
            <w:pPr>
              <w:spacing w:after="26" w:line="240" w:lineRule="auto"/>
            </w:pPr>
            <w:r>
              <w:rPr>
                <w:rFonts w:ascii="Tinos" w:hAnsi="Tinos"/>
                <w:sz w:val="14"/>
              </w:rPr>
            </w:r>
          </w:p>
          <w:p>
            <w:pPr>
              <w:spacing w:after="26" w:line="240" w:lineRule="auto"/>
            </w:pPr>
            <w:r>
              <w:rPr>
                <w:rFonts w:ascii="Tinos" w:hAnsi="Tinos"/>
                <w:sz w:val="14"/>
              </w:rPr>
              <w:t>The Dual Process Model of Coping with Bereavement distinguishes between loss-oriented and restoration-oriented coping and proposes oscillation between them (Stroebe &amp; Schut, 1999).</w:t>
            </w:r>
          </w:p>
          <w:p>
            <w:pPr>
              <w:spacing w:after="26" w:line="240" w:lineRule="auto"/>
            </w:pPr>
            <w:r>
              <w:rPr>
                <w:rFonts w:ascii="Tinos" w:hAnsi="Tinos"/>
                <w:sz w:val="14"/>
              </w:rPr>
            </w:r>
          </w:p>
          <w:p>
            <w:pPr>
              <w:spacing w:after="26" w:line="240" w:lineRule="auto"/>
            </w:pPr>
            <w:r>
              <w:rPr>
                <w:rFonts w:ascii="Tinos" w:hAnsi="Tinos"/>
                <w:sz w:val="14"/>
              </w:rPr>
              <w:t>A later systematic review concluded that the model provides a useful representation of bereavement experience while also identifying areas requiring further empirical development (Fiore, 2021).</w:t>
            </w:r>
          </w:p>
          <w:p>
            <w:pPr>
              <w:spacing w:after="26" w:line="240" w:lineRule="auto"/>
            </w:pPr>
            <w:r>
              <w:rPr>
                <w:rFonts w:ascii="Tinos" w:hAnsi="Tinos"/>
                <w:sz w:val="14"/>
              </w:rPr>
            </w:r>
          </w:p>
          <w:p>
            <w:pPr>
              <w:spacing w:after="26" w:line="240" w:lineRule="auto"/>
            </w:pPr>
            <w:r>
              <w:rPr>
                <w:rFonts w:ascii="Tinos" w:hAnsi="Tinos"/>
                <w:sz w:val="14"/>
              </w:rPr>
              <w:t>This is closely compatible with MRRAF.</w:t>
            </w:r>
          </w:p>
          <w:p>
            <w:pPr>
              <w:spacing w:after="26" w:line="240" w:lineRule="auto"/>
            </w:pPr>
            <w:r>
              <w:rPr>
                <w:rFonts w:ascii="Tinos" w:hAnsi="Tinos"/>
                <w:sz w:val="14"/>
              </w:rPr>
            </w:r>
          </w:p>
          <w:p>
            <w:pPr>
              <w:spacing w:after="26" w:line="240" w:lineRule="auto"/>
            </w:pPr>
            <w:r>
              <w:rPr>
                <w:rFonts w:ascii="Tinos" w:hAnsi="Tinos"/>
                <w:sz w:val="14"/>
              </w:rPr>
              <w:t>Adaptive change is unlikely to consist entirely of looking backward or entirely of looking forward.</w:t>
            </w:r>
          </w:p>
          <w:p>
            <w:pPr>
              <w:spacing w:after="26" w:line="240" w:lineRule="auto"/>
            </w:pPr>
            <w:r>
              <w:rPr>
                <w:rFonts w:ascii="Tinos" w:hAnsi="Tinos"/>
                <w:sz w:val="14"/>
              </w:rPr>
            </w:r>
          </w:p>
          <w:p>
            <w:pPr>
              <w:spacing w:after="26" w:line="240" w:lineRule="auto"/>
            </w:pPr>
            <w:r>
              <w:rPr>
                <w:rFonts w:ascii="Tinos" w:hAnsi="Tinos"/>
                <w:sz w:val="14"/>
              </w:rPr>
              <w:t>Attention oscillates between:</w:t>
            </w:r>
          </w:p>
          <w:p>
            <w:pPr>
              <w:spacing w:after="26" w:line="240" w:lineRule="auto"/>
            </w:pPr>
            <w:r>
              <w:rPr>
                <w:rFonts w:ascii="Tinos" w:hAnsi="Tinos"/>
                <w:sz w:val="14"/>
              </w:rPr>
            </w:r>
          </w:p>
          <w:p>
            <w:pPr>
              <w:spacing w:after="26" w:line="240" w:lineRule="auto"/>
            </w:pPr>
            <w:r>
              <w:rPr>
                <w:rFonts w:ascii="Tinos" w:hAnsi="Tinos"/>
                <w:sz w:val="14"/>
              </w:rPr>
              <w:t>what was</w:t>
            </w:r>
          </w:p>
          <w:p>
            <w:pPr>
              <w:spacing w:after="26" w:line="240" w:lineRule="auto"/>
            </w:pPr>
            <w:r>
              <w:rPr>
                <w:rFonts w:ascii="Tinos" w:hAnsi="Tinos"/>
                <w:sz w:val="14"/>
              </w:rPr>
            </w:r>
          </w:p>
          <w:p>
            <w:pPr>
              <w:spacing w:after="26" w:line="240" w:lineRule="auto"/>
            </w:pPr>
            <w:r>
              <w:rPr>
                <w:rFonts w:ascii="Tinos" w:hAnsi="Tinos"/>
                <w:sz w:val="14"/>
              </w:rPr>
              <w:t>and</w:t>
            </w:r>
          </w:p>
          <w:p>
            <w:pPr>
              <w:spacing w:after="26" w:line="240" w:lineRule="auto"/>
            </w:pPr>
            <w:r>
              <w:rPr>
                <w:rFonts w:ascii="Tinos" w:hAnsi="Tinos"/>
                <w:sz w:val="14"/>
              </w:rPr>
            </w:r>
          </w:p>
          <w:p>
            <w:pPr>
              <w:spacing w:after="26" w:line="240" w:lineRule="auto"/>
            </w:pPr>
            <w:r>
              <w:rPr>
                <w:rFonts w:ascii="Tinos" w:hAnsi="Tinos"/>
                <w:sz w:val="14"/>
              </w:rPr>
              <w:t>what now needs to be done.</w:t>
            </w:r>
          </w:p>
          <w:p>
            <w:pPr>
              <w:spacing w:after="26" w:line="240" w:lineRule="auto"/>
            </w:pPr>
            <w:r>
              <w:rPr>
                <w:rFonts w:ascii="Tinos" w:hAnsi="Tinos"/>
                <w:sz w:val="14"/>
              </w:rPr>
            </w:r>
          </w:p>
          <w:p>
            <w:pPr>
              <w:spacing w:after="26" w:line="240" w:lineRule="auto"/>
            </w:pPr>
            <w:r>
              <w:rPr>
                <w:rFonts w:ascii="Tinos" w:hAnsi="Tinos"/>
                <w:sz w:val="14"/>
              </w:rPr>
              <w:t>Remembering can support integration.</w:t>
            </w:r>
          </w:p>
          <w:p>
            <w:pPr>
              <w:spacing w:after="26" w:line="240" w:lineRule="auto"/>
            </w:pPr>
            <w:r>
              <w:rPr>
                <w:rFonts w:ascii="Tinos" w:hAnsi="Tinos"/>
                <w:sz w:val="14"/>
              </w:rPr>
            </w:r>
          </w:p>
          <w:p>
            <w:pPr>
              <w:spacing w:after="26" w:line="240" w:lineRule="auto"/>
            </w:pPr>
            <w:r>
              <w:rPr>
                <w:rFonts w:ascii="Tinos" w:hAnsi="Tinos"/>
                <w:sz w:val="14"/>
              </w:rPr>
              <w:t>Temporary distraction can support functioning.</w:t>
            </w:r>
          </w:p>
          <w:p>
            <w:pPr>
              <w:spacing w:after="26" w:line="240" w:lineRule="auto"/>
            </w:pPr>
            <w:r>
              <w:rPr>
                <w:rFonts w:ascii="Tinos" w:hAnsi="Tinos"/>
                <w:sz w:val="14"/>
              </w:rPr>
            </w:r>
          </w:p>
          <w:p>
            <w:pPr>
              <w:spacing w:after="26" w:line="240" w:lineRule="auto"/>
            </w:pPr>
            <w:r>
              <w:rPr>
                <w:rFonts w:ascii="Tinos" w:hAnsi="Tinos"/>
                <w:sz w:val="14"/>
              </w:rPr>
              <w:t>Restoration activities can construct new capacity.</w:t>
            </w:r>
          </w:p>
          <w:p>
            <w:pPr>
              <w:spacing w:after="26" w:line="240" w:lineRule="auto"/>
            </w:pPr>
            <w:r>
              <w:rPr>
                <w:rFonts w:ascii="Tinos" w:hAnsi="Tinos"/>
                <w:sz w:val="14"/>
              </w:rPr>
            </w:r>
          </w:p>
          <w:p>
            <w:pPr>
              <w:spacing w:after="26" w:line="240" w:lineRule="auto"/>
            </w:pPr>
            <w:r>
              <w:rPr>
                <w:rFonts w:ascii="Tinos" w:hAnsi="Tinos"/>
                <w:sz w:val="14"/>
              </w:rPr>
              <w:t>Returning to the loss can update another part of the relational model.</w:t>
            </w:r>
          </w:p>
          <w:p>
            <w:pPr>
              <w:spacing w:after="26" w:line="240" w:lineRule="auto"/>
            </w:pPr>
            <w:r>
              <w:rPr>
                <w:rFonts w:ascii="Tinos" w:hAnsi="Tinos"/>
                <w:sz w:val="14"/>
              </w:rPr>
            </w:r>
          </w:p>
          <w:p>
            <w:pPr>
              <w:spacing w:after="26" w:line="240" w:lineRule="auto"/>
            </w:pPr>
            <w:r>
              <w:rPr>
                <w:rFonts w:ascii="Tinos" w:hAnsi="Tinos"/>
                <w:sz w:val="14"/>
              </w:rPr>
              <w:t>This suggests that recovery should not necessarily be judged by whether sadness reappears.</w:t>
            </w:r>
          </w:p>
          <w:p>
            <w:pPr>
              <w:spacing w:after="26" w:line="240" w:lineRule="auto"/>
            </w:pPr>
            <w:r>
              <w:rPr>
                <w:rFonts w:ascii="Tinos" w:hAnsi="Tinos"/>
                <w:sz w:val="14"/>
              </w:rPr>
            </w:r>
          </w:p>
          <w:p>
            <w:pPr>
              <w:spacing w:after="26" w:line="240" w:lineRule="auto"/>
            </w:pPr>
            <w:r>
              <w:rPr>
                <w:rFonts w:ascii="Tinos" w:hAnsi="Tinos"/>
                <w:sz w:val="14"/>
              </w:rPr>
              <w:t>A recurring emotion may represent another context in which an older expectation has encountered new information.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11. Oscillation Rather Than a Straight Line</w:t>
            </w:r>
          </w:p>
          <w:p>
            <w:pPr>
              <w:spacing w:after="26" w:line="240" w:lineRule="auto"/>
            </w:pPr>
            <w:r>
              <w:rPr>
                <w:rFonts w:ascii="Tinos" w:hAnsi="Tinos"/>
                <w:sz w:val="14"/>
              </w:rPr>
            </w:r>
          </w:p>
          <w:p>
            <w:pPr>
              <w:spacing w:after="26" w:line="240" w:lineRule="auto"/>
            </w:pPr>
            <w:r>
              <w:rPr>
                <w:rFonts w:ascii="Tinos" w:hAnsi="Tinos"/>
                <w:sz w:val="14"/>
              </w:rPr>
              <w:t>The Dual Process Model of Coping with Bereavement distinguishes between loss-oriented and restoration-oriented coping and proposes oscillation between them (Stroebe &amp; Schut, 1999).</w:t>
            </w:r>
          </w:p>
          <w:p>
            <w:pPr>
              <w:spacing w:after="26" w:line="240" w:lineRule="auto"/>
            </w:pPr>
            <w:r>
              <w:rPr>
                <w:rFonts w:ascii="Tinos" w:hAnsi="Tinos"/>
                <w:sz w:val="14"/>
              </w:rPr>
            </w:r>
          </w:p>
          <w:p>
            <w:pPr>
              <w:spacing w:after="26" w:line="240" w:lineRule="auto"/>
            </w:pPr>
            <w:r>
              <w:rPr>
                <w:rFonts w:ascii="Tinos" w:hAnsi="Tinos"/>
                <w:sz w:val="14"/>
              </w:rPr>
              <w:t>A later systematic review concluded that the model provides a useful representation of bereavement experience while also identifying areas requiring further empirical development (Fiore, 2021).</w:t>
            </w:r>
          </w:p>
          <w:p>
            <w:pPr>
              <w:spacing w:after="26" w:line="240" w:lineRule="auto"/>
            </w:pPr>
            <w:r>
              <w:rPr>
                <w:rFonts w:ascii="Tinos" w:hAnsi="Tinos"/>
                <w:sz w:val="14"/>
              </w:rPr>
            </w:r>
          </w:p>
          <w:p>
            <w:pPr>
              <w:spacing w:after="26" w:line="240" w:lineRule="auto"/>
            </w:pPr>
            <w:r>
              <w:rPr>
                <w:rFonts w:ascii="Tinos" w:hAnsi="Tinos"/>
                <w:sz w:val="14"/>
              </w:rPr>
              <w:t>This is closely compatible with MRRAF.</w:t>
            </w:r>
          </w:p>
          <w:p>
            <w:pPr>
              <w:spacing w:after="26" w:line="240" w:lineRule="auto"/>
            </w:pPr>
            <w:r>
              <w:rPr>
                <w:rFonts w:ascii="Tinos" w:hAnsi="Tinos"/>
                <w:sz w:val="14"/>
              </w:rPr>
            </w:r>
          </w:p>
          <w:p>
            <w:pPr>
              <w:spacing w:after="26" w:line="240" w:lineRule="auto"/>
            </w:pPr>
            <w:r>
              <w:rPr>
                <w:rFonts w:ascii="Tinos" w:hAnsi="Tinos"/>
                <w:sz w:val="14"/>
              </w:rPr>
              <w:t>Adaptive change is unlikely to consist entirely of looking backward or entirely of looking forward. Attention oscillates between:</w:t>
            </w:r>
          </w:p>
          <w:p>
            <w:pPr>
              <w:spacing w:after="26" w:line="240" w:lineRule="auto"/>
            </w:pPr>
            <w:r>
              <w:rPr>
                <w:rFonts w:ascii="Tinos" w:hAnsi="Tinos"/>
                <w:sz w:val="14"/>
              </w:rPr>
            </w:r>
          </w:p>
          <w:p>
            <w:pPr>
              <w:spacing w:after="26" w:line="240" w:lineRule="auto"/>
            </w:pPr>
            <w:r>
              <w:rPr>
                <w:rFonts w:ascii="Tinos" w:hAnsi="Tinos"/>
                <w:sz w:val="14"/>
              </w:rPr>
              <w:t>what was</w:t>
            </w:r>
          </w:p>
          <w:p>
            <w:pPr>
              <w:spacing w:after="26" w:line="240" w:lineRule="auto"/>
            </w:pPr>
            <w:r>
              <w:rPr>
                <w:rFonts w:ascii="Tinos" w:hAnsi="Tinos"/>
                <w:sz w:val="14"/>
              </w:rPr>
            </w:r>
          </w:p>
          <w:p>
            <w:pPr>
              <w:spacing w:after="26" w:line="240" w:lineRule="auto"/>
            </w:pPr>
            <w:r>
              <w:rPr>
                <w:rFonts w:ascii="Tinos" w:hAnsi="Tinos"/>
                <w:sz w:val="14"/>
              </w:rPr>
              <w:t>and</w:t>
            </w:r>
          </w:p>
          <w:p>
            <w:pPr>
              <w:spacing w:after="26" w:line="240" w:lineRule="auto"/>
            </w:pPr>
            <w:r>
              <w:rPr>
                <w:rFonts w:ascii="Tinos" w:hAnsi="Tinos"/>
                <w:sz w:val="14"/>
              </w:rPr>
            </w:r>
          </w:p>
          <w:p>
            <w:pPr>
              <w:spacing w:after="26" w:line="240" w:lineRule="auto"/>
            </w:pPr>
            <w:r>
              <w:rPr>
                <w:rFonts w:ascii="Tinos" w:hAnsi="Tinos"/>
                <w:sz w:val="14"/>
              </w:rPr>
              <w:t>what now needs to be done.</w:t>
            </w:r>
          </w:p>
          <w:p>
            <w:pPr>
              <w:spacing w:after="26" w:line="240" w:lineRule="auto"/>
            </w:pPr>
            <w:r>
              <w:rPr>
                <w:rFonts w:ascii="Tinos" w:hAnsi="Tinos"/>
                <w:sz w:val="14"/>
              </w:rPr>
            </w:r>
          </w:p>
          <w:p>
            <w:pPr>
              <w:spacing w:after="26" w:line="240" w:lineRule="auto"/>
            </w:pPr>
            <w:r>
              <w:rPr>
                <w:rFonts w:ascii="Tinos" w:hAnsi="Tinos"/>
                <w:sz w:val="14"/>
              </w:rPr>
              <w:t>Remembering can support integration. Temporary distraction can support functioning. Restoration activities can construct new capacity. Returning to the loss can update another part of the relational model.</w:t>
            </w:r>
          </w:p>
          <w:p>
            <w:pPr>
              <w:spacing w:after="26" w:line="240" w:lineRule="auto"/>
            </w:pPr>
            <w:r>
              <w:rPr>
                <w:rFonts w:ascii="Tinos" w:hAnsi="Tinos"/>
                <w:sz w:val="14"/>
              </w:rPr>
            </w:r>
          </w:p>
          <w:p>
            <w:pPr>
              <w:spacing w:after="26" w:line="240" w:lineRule="auto"/>
            </w:pPr>
            <w:r>
              <w:rPr>
                <w:rFonts w:ascii="Tinos" w:hAnsi="Tinos"/>
                <w:sz w:val="14"/>
              </w:rPr>
              <w:t>LOVE-0 discourages turning either pole into a compulsory moral rule. A person should not be forced to remember on demand, nor shamed for moments of pleasure, distraction, restoration, or new attachment. Equally, a helper should not equate repeated sadness with failure simply because the helper wants visible resolution.</w:t>
            </w:r>
          </w:p>
          <w:p>
            <w:pPr>
              <w:spacing w:after="26" w:line="240" w:lineRule="auto"/>
            </w:pPr>
            <w:r>
              <w:rPr>
                <w:rFonts w:ascii="Tinos" w:hAnsi="Tinos"/>
                <w:sz w:val="14"/>
              </w:rPr>
            </w:r>
          </w:p>
          <w:p>
            <w:pPr>
              <w:spacing w:after="26" w:line="240" w:lineRule="auto"/>
            </w:pPr>
            <w:r>
              <w:rPr>
                <w:rFonts w:ascii="Tinos" w:hAnsi="Tinos"/>
                <w:sz w:val="14"/>
              </w:rPr>
              <w:t>This suggests that recovery should not necessarily be judged by whether sadness reappears. A recurring emotion may represent another context in which an older expectation has encountered new information.</w:t>
            </w:r>
          </w:p>
          <w:p>
            <w:pPr>
              <w:spacing w:after="26" w:line="240" w:lineRule="auto"/>
            </w:pPr>
            <w:r>
              <w:rPr>
                <w:rFonts w:ascii="Tinos" w:hAnsi="Tinos"/>
                <w:sz w:val="14"/>
              </w:rPr>
            </w:r>
          </w:p>
          <w:p>
            <w:pPr>
              <w:spacing w:after="26" w:line="240" w:lineRule="auto"/>
            </w:pPr>
            <w:r>
              <w:rPr>
                <w:rFonts w:ascii="Tinos" w:hAnsi="Tinos"/>
                <w:sz w:val="14"/>
              </w:rPr>
              <w:t>The relevant question becomes less “Have you finished grieving?” and more “Is the person's capacity for living, choosing, relating, and learning gradually becoming more workable?”</w:t>
            </w:r>
          </w:p>
        </w:tc>
      </w:tr>
    </w:tbl>
    <w:p>
      <w:pPr>
        <w:spacing w:after="0"/>
      </w:pPr>
    </w:p>
    <w:p>
      <w:pPr>
        <w:pStyle w:val="Heading1"/>
      </w:pPr>
      <w:r>
        <w:t>12. Searching, Yearning, and Repeated Resource Expenditure</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12. Searching, Yearning, and Repeated Resource Expenditure</w:t>
            </w:r>
          </w:p>
          <w:p>
            <w:pPr>
              <w:spacing w:after="26" w:line="240" w:lineRule="auto"/>
            </w:pPr>
            <w:r>
              <w:rPr>
                <w:rFonts w:ascii="Tinos" w:hAnsi="Tinos"/>
                <w:sz w:val="14"/>
              </w:rPr>
            </w:r>
          </w:p>
          <w:p>
            <w:pPr>
              <w:spacing w:after="26" w:line="240" w:lineRule="auto"/>
            </w:pPr>
            <w:r>
              <w:rPr>
                <w:rFonts w:ascii="Tinos" w:hAnsi="Tinos"/>
                <w:sz w:val="14"/>
              </w:rPr>
              <w:t>Loss may produce searching.</w:t>
            </w:r>
          </w:p>
          <w:p>
            <w:pPr>
              <w:spacing w:after="26" w:line="240" w:lineRule="auto"/>
            </w:pPr>
            <w:r>
              <w:rPr>
                <w:rFonts w:ascii="Tinos" w:hAnsi="Tinos"/>
                <w:sz w:val="14"/>
              </w:rPr>
            </w:r>
          </w:p>
          <w:p>
            <w:pPr>
              <w:spacing w:after="26" w:line="240" w:lineRule="auto"/>
            </w:pPr>
            <w:r>
              <w:rPr>
                <w:rFonts w:ascii="Tinos" w:hAnsi="Tinos"/>
                <w:sz w:val="14"/>
              </w:rPr>
              <w:t>This is understandable.</w:t>
            </w:r>
          </w:p>
          <w:p>
            <w:pPr>
              <w:spacing w:after="26" w:line="240" w:lineRule="auto"/>
            </w:pPr>
            <w:r>
              <w:rPr>
                <w:rFonts w:ascii="Tinos" w:hAnsi="Tinos"/>
                <w:sz w:val="14"/>
              </w:rPr>
            </w:r>
          </w:p>
          <w:p>
            <w:pPr>
              <w:spacing w:after="26" w:line="240" w:lineRule="auto"/>
            </w:pPr>
            <w:r>
              <w:rPr>
                <w:rFonts w:ascii="Tinos" w:hAnsi="Tinos"/>
                <w:sz w:val="14"/>
              </w:rPr>
              <w:t>Attachment relationships ordinarily make searching adaptive when separation might be temporary.</w:t>
            </w:r>
          </w:p>
          <w:p>
            <w:pPr>
              <w:spacing w:after="26" w:line="240" w:lineRule="auto"/>
            </w:pPr>
            <w:r>
              <w:rPr>
                <w:rFonts w:ascii="Tinos" w:hAnsi="Tinos"/>
                <w:sz w:val="14"/>
              </w:rPr>
            </w:r>
          </w:p>
          <w:p>
            <w:pPr>
              <w:spacing w:after="26" w:line="240" w:lineRule="auto"/>
            </w:pPr>
            <w:r>
              <w:rPr>
                <w:rFonts w:ascii="Tinos" w:hAnsi="Tinos"/>
                <w:sz w:val="14"/>
              </w:rPr>
              <w:t>The problem changes when exact reunion is no longer physically available.</w:t>
            </w:r>
          </w:p>
          <w:p>
            <w:pPr>
              <w:spacing w:after="26" w:line="240" w:lineRule="auto"/>
            </w:pPr>
            <w:r>
              <w:rPr>
                <w:rFonts w:ascii="Tinos" w:hAnsi="Tinos"/>
                <w:sz w:val="14"/>
              </w:rPr>
            </w:r>
          </w:p>
          <w:p>
            <w:pPr>
              <w:spacing w:after="26" w:line="240" w:lineRule="auto"/>
            </w:pPr>
            <w:r>
              <w:rPr>
                <w:rFonts w:ascii="Tinos" w:hAnsi="Tinos"/>
                <w:sz w:val="14"/>
              </w:rPr>
              <w:t>Research on prolonged grief disorder has identified possible involvement of reward and appetitive processes associated with persistent longing and reunion-seeking, although this neuroscience remains immature and findings require caution because of methodological limitations and relatively small samples (Bryant et al., 2026).</w:t>
            </w:r>
          </w:p>
          <w:p>
            <w:pPr>
              <w:spacing w:after="26" w:line="240" w:lineRule="auto"/>
            </w:pPr>
            <w:r>
              <w:rPr>
                <w:rFonts w:ascii="Tinos" w:hAnsi="Tinos"/>
                <w:sz w:val="14"/>
              </w:rPr>
            </w:r>
          </w:p>
          <w:p>
            <w:pPr>
              <w:spacing w:after="26" w:line="240" w:lineRule="auto"/>
            </w:pPr>
            <w:r>
              <w:rPr>
                <w:rFonts w:ascii="Tinos" w:hAnsi="Tinos"/>
                <w:sz w:val="14"/>
              </w:rPr>
              <w:t>MRRAF therefore does not claim that ordinary grief is pathological searching.</w:t>
            </w:r>
          </w:p>
          <w:p>
            <w:pPr>
              <w:spacing w:after="26" w:line="240" w:lineRule="auto"/>
            </w:pPr>
            <w:r>
              <w:rPr>
                <w:rFonts w:ascii="Tinos" w:hAnsi="Tinos"/>
                <w:sz w:val="14"/>
              </w:rPr>
            </w:r>
          </w:p>
          <w:p>
            <w:pPr>
              <w:spacing w:after="26" w:line="240" w:lineRule="auto"/>
            </w:pPr>
            <w:r>
              <w:rPr>
                <w:rFonts w:ascii="Tinos" w:hAnsi="Tinos"/>
                <w:sz w:val="14"/>
              </w:rPr>
              <w:t>Instead it proposes a broader question:</w:t>
            </w:r>
          </w:p>
          <w:p>
            <w:pPr>
              <w:spacing w:after="26" w:line="240" w:lineRule="auto"/>
            </w:pPr>
            <w:r>
              <w:rPr>
                <w:rFonts w:ascii="Tinos" w:hAnsi="Tinos"/>
                <w:sz w:val="14"/>
              </w:rPr>
            </w:r>
          </w:p>
          <w:p>
            <w:pPr>
              <w:spacing w:after="26" w:line="240" w:lineRule="auto"/>
            </w:pPr>
            <w:r>
              <w:rPr>
                <w:rFonts w:ascii="Tinos" w:hAnsi="Tinos"/>
                <w:sz w:val="14"/>
              </w:rPr>
              <w:t>How much regulatory resource is being repeatedly allocated toward recovering a configuration that cannot be recovered in its original form?</w:t>
            </w:r>
          </w:p>
          <w:p>
            <w:pPr>
              <w:spacing w:after="26" w:line="240" w:lineRule="auto"/>
            </w:pPr>
            <w:r>
              <w:rPr>
                <w:rFonts w:ascii="Tinos" w:hAnsi="Tinos"/>
                <w:sz w:val="14"/>
              </w:rPr>
            </w:r>
          </w:p>
          <w:p>
            <w:pPr>
              <w:spacing w:after="26" w:line="240" w:lineRule="auto"/>
            </w:pPr>
            <w:r>
              <w:rPr>
                <w:rFonts w:ascii="Tinos" w:hAnsi="Tinos"/>
                <w:sz w:val="14"/>
              </w:rPr>
              <w:t>Repeated searching can occur cognitively as well as behaviourally.</w:t>
            </w:r>
          </w:p>
          <w:p>
            <w:pPr>
              <w:spacing w:after="26" w:line="240" w:lineRule="auto"/>
            </w:pPr>
            <w:r>
              <w:rPr>
                <w:rFonts w:ascii="Tinos" w:hAnsi="Tinos"/>
                <w:sz w:val="14"/>
              </w:rPr>
            </w:r>
          </w:p>
          <w:p>
            <w:pPr>
              <w:spacing w:after="26" w:line="240" w:lineRule="auto"/>
            </w:pPr>
            <w:r>
              <w:rPr>
                <w:rFonts w:ascii="Tinos" w:hAnsi="Tinos"/>
                <w:sz w:val="14"/>
              </w:rPr>
              <w:t>A person may continually ask:</w:t>
            </w:r>
          </w:p>
          <w:p>
            <w:pPr>
              <w:spacing w:after="26" w:line="240" w:lineRule="auto"/>
            </w:pPr>
            <w:r>
              <w:rPr>
                <w:rFonts w:ascii="Tinos" w:hAnsi="Tinos"/>
                <w:sz w:val="14"/>
              </w:rPr>
            </w:r>
          </w:p>
          <w:p>
            <w:pPr>
              <w:spacing w:after="26" w:line="240" w:lineRule="auto"/>
            </w:pPr>
            <w:r>
              <w:rPr>
                <w:rFonts w:ascii="Tinos" w:hAnsi="Tinos"/>
                <w:sz w:val="14"/>
              </w:rPr>
              <w:t>- Where did it go?</w:t>
            </w:r>
          </w:p>
          <w:p>
            <w:pPr>
              <w:spacing w:after="26" w:line="240" w:lineRule="auto"/>
            </w:pPr>
            <w:r>
              <w:rPr>
                <w:rFonts w:ascii="Tinos" w:hAnsi="Tinos"/>
                <w:sz w:val="14"/>
              </w:rPr>
              <w:t>- Why is this not the same?</w:t>
            </w:r>
          </w:p>
          <w:p>
            <w:pPr>
              <w:spacing w:after="26" w:line="240" w:lineRule="auto"/>
            </w:pPr>
            <w:r>
              <w:rPr>
                <w:rFonts w:ascii="Tinos" w:hAnsi="Tinos"/>
                <w:sz w:val="14"/>
              </w:rPr>
              <w:t>- Who can replace them?</w:t>
            </w:r>
          </w:p>
          <w:p>
            <w:pPr>
              <w:spacing w:after="26" w:line="240" w:lineRule="auto"/>
            </w:pPr>
            <w:r>
              <w:rPr>
                <w:rFonts w:ascii="Tinos" w:hAnsi="Tinos"/>
                <w:sz w:val="14"/>
              </w:rPr>
              <w:t>- How can I get the old world back?</w:t>
            </w:r>
          </w:p>
          <w:p>
            <w:pPr>
              <w:spacing w:after="26" w:line="240" w:lineRule="auto"/>
            </w:pPr>
            <w:r>
              <w:rPr>
                <w:rFonts w:ascii="Tinos" w:hAnsi="Tinos"/>
                <w:sz w:val="14"/>
              </w:rPr>
              <w:t>- What did I do wrong?</w:t>
            </w:r>
          </w:p>
          <w:p>
            <w:pPr>
              <w:spacing w:after="26" w:line="240" w:lineRule="auto"/>
            </w:pPr>
            <w:r>
              <w:rPr>
                <w:rFonts w:ascii="Tinos" w:hAnsi="Tinos"/>
                <w:sz w:val="14"/>
              </w:rPr>
              <w:t>- Could I have stopped it?</w:t>
            </w:r>
          </w:p>
          <w:p>
            <w:pPr>
              <w:spacing w:after="26" w:line="240" w:lineRule="auto"/>
            </w:pPr>
            <w:r>
              <w:rPr>
                <w:rFonts w:ascii="Tinos" w:hAnsi="Tinos"/>
                <w:sz w:val="14"/>
              </w:rPr>
              <w:t>- What if I buy, preserve, rebuild, or repeat this?</w:t>
            </w:r>
          </w:p>
          <w:p>
            <w:pPr>
              <w:spacing w:after="26" w:line="240" w:lineRule="auto"/>
            </w:pPr>
            <w:r>
              <w:rPr>
                <w:rFonts w:ascii="Tinos" w:hAnsi="Tinos"/>
                <w:sz w:val="14"/>
              </w:rPr>
            </w:r>
          </w:p>
          <w:p>
            <w:pPr>
              <w:spacing w:after="26" w:line="240" w:lineRule="auto"/>
            </w:pPr>
            <w:r>
              <w:rPr>
                <w:rFonts w:ascii="Tinos" w:hAnsi="Tinos"/>
                <w:sz w:val="14"/>
              </w:rPr>
              <w:t>Each attempt may recreate contact with the discrepancy.</w:t>
            </w:r>
          </w:p>
          <w:p>
            <w:pPr>
              <w:spacing w:after="26" w:line="240" w:lineRule="auto"/>
            </w:pPr>
            <w:r>
              <w:rPr>
                <w:rFonts w:ascii="Tinos" w:hAnsi="Tinos"/>
                <w:sz w:val="14"/>
              </w:rPr>
            </w:r>
          </w:p>
          <w:p>
            <w:pPr>
              <w:spacing w:after="26" w:line="240" w:lineRule="auto"/>
            </w:pPr>
            <w:r>
              <w:rPr>
                <w:rFonts w:ascii="Tinos" w:hAnsi="Tinos"/>
                <w:sz w:val="14"/>
              </w:rPr>
              <w:t>That accumulated effort is part of what MRRAF means by grief-load.</w:t>
            </w:r>
          </w:p>
        </w:tc>
        <w:tc>
          <w:tcPr>
            <w:tcW w:type="dxa" w:w="7913"/>
            <w:tcMar>
              <w:top w:w="55" w:type="dxa"/>
              <w:start w:w="70" w:type="dxa"/>
              <w:bottom w:w="55" w:type="dxa"/>
              <w:end w:w="70" w:type="dxa"/>
            </w:tcMar>
            <w:vAlign w:val="top"/>
          </w:tcPr>
          <w:p>
            <w:pPr>
              <w:spacing w:after="26" w:line="240" w:lineRule="auto"/>
            </w:pPr>
            <w:r/>
            <w:r>
              <w:rPr>
                <w:rFonts w:ascii="Tinos" w:hAnsi="Tinos"/>
                <w:sz w:val="14"/>
              </w:rPr>
              <w:t>12. Searching, Yearning, and Repeated Resource Expenditure</w:t>
            </w:r>
          </w:p>
          <w:p>
            <w:pPr>
              <w:spacing w:after="26" w:line="240" w:lineRule="auto"/>
            </w:pPr>
            <w:r>
              <w:rPr>
                <w:rFonts w:ascii="Tinos" w:hAnsi="Tinos"/>
                <w:sz w:val="14"/>
              </w:rPr>
            </w:r>
          </w:p>
          <w:p>
            <w:pPr>
              <w:spacing w:after="26" w:line="240" w:lineRule="auto"/>
            </w:pPr>
            <w:r>
              <w:rPr>
                <w:rFonts w:ascii="Tinos" w:hAnsi="Tinos"/>
                <w:sz w:val="14"/>
              </w:rPr>
              <w:t>Loss may produce searching. This is understandable.</w:t>
            </w:r>
          </w:p>
          <w:p>
            <w:pPr>
              <w:spacing w:after="26" w:line="240" w:lineRule="auto"/>
            </w:pPr>
            <w:r>
              <w:rPr>
                <w:rFonts w:ascii="Tinos" w:hAnsi="Tinos"/>
                <w:sz w:val="14"/>
              </w:rPr>
            </w:r>
          </w:p>
          <w:p>
            <w:pPr>
              <w:spacing w:after="26" w:line="240" w:lineRule="auto"/>
            </w:pPr>
            <w:r>
              <w:rPr>
                <w:rFonts w:ascii="Tinos" w:hAnsi="Tinos"/>
                <w:sz w:val="14"/>
              </w:rPr>
              <w:t>Attachment relationships ordinarily make searching adaptive when separation might be temporary. The problem changes when exact reunion is no longer physically available.</w:t>
            </w:r>
          </w:p>
          <w:p>
            <w:pPr>
              <w:spacing w:after="26" w:line="240" w:lineRule="auto"/>
            </w:pPr>
            <w:r>
              <w:rPr>
                <w:rFonts w:ascii="Tinos" w:hAnsi="Tinos"/>
                <w:sz w:val="14"/>
              </w:rPr>
            </w:r>
          </w:p>
          <w:p>
            <w:pPr>
              <w:spacing w:after="26" w:line="240" w:lineRule="auto"/>
            </w:pPr>
            <w:r>
              <w:rPr>
                <w:rFonts w:ascii="Tinos" w:hAnsi="Tinos"/>
                <w:sz w:val="14"/>
              </w:rPr>
              <w:t>Research on prolonged grief disorder has identified possible involvement of reward and appetitive processes associated with persistent longing and reunion-seeking, although this neuroscience remains immature and findings require caution because of methodological limitations and relatively small samples (Bryant et al., 2026).</w:t>
            </w:r>
          </w:p>
          <w:p>
            <w:pPr>
              <w:spacing w:after="26" w:line="240" w:lineRule="auto"/>
            </w:pPr>
            <w:r>
              <w:rPr>
                <w:rFonts w:ascii="Tinos" w:hAnsi="Tinos"/>
                <w:sz w:val="14"/>
              </w:rPr>
            </w:r>
          </w:p>
          <w:p>
            <w:pPr>
              <w:spacing w:after="26" w:line="240" w:lineRule="auto"/>
            </w:pPr>
            <w:r>
              <w:rPr>
                <w:rFonts w:ascii="Tinos" w:hAnsi="Tinos"/>
                <w:sz w:val="14"/>
              </w:rPr>
              <w:t>MRRAF therefore does not claim that ordinary grief is pathological searching.</w:t>
            </w:r>
          </w:p>
          <w:p>
            <w:pPr>
              <w:spacing w:after="26" w:line="240" w:lineRule="auto"/>
            </w:pPr>
            <w:r>
              <w:rPr>
                <w:rFonts w:ascii="Tinos" w:hAnsi="Tinos"/>
                <w:sz w:val="14"/>
              </w:rPr>
            </w:r>
          </w:p>
          <w:p>
            <w:pPr>
              <w:spacing w:after="26" w:line="240" w:lineRule="auto"/>
            </w:pPr>
            <w:r>
              <w:rPr>
                <w:rFonts w:ascii="Tinos" w:hAnsi="Tinos"/>
                <w:sz w:val="14"/>
              </w:rPr>
              <w:t>Instead it proposes a broader question:</w:t>
            </w:r>
          </w:p>
          <w:p>
            <w:pPr>
              <w:spacing w:after="26" w:line="240" w:lineRule="auto"/>
            </w:pPr>
            <w:r>
              <w:rPr>
                <w:rFonts w:ascii="Tinos" w:hAnsi="Tinos"/>
                <w:sz w:val="14"/>
              </w:rPr>
            </w:r>
          </w:p>
          <w:p>
            <w:pPr>
              <w:spacing w:after="26" w:line="240" w:lineRule="auto"/>
            </w:pPr>
            <w:r>
              <w:rPr>
                <w:rFonts w:ascii="Tinos" w:hAnsi="Tinos"/>
                <w:sz w:val="14"/>
              </w:rPr>
              <w:t>How much regulatory resource is being repeatedly allocated toward recovering a configuration that cannot be recovered in its original form?</w:t>
            </w:r>
          </w:p>
          <w:p>
            <w:pPr>
              <w:spacing w:after="26" w:line="240" w:lineRule="auto"/>
            </w:pPr>
            <w:r>
              <w:rPr>
                <w:rFonts w:ascii="Tinos" w:hAnsi="Tinos"/>
                <w:sz w:val="14"/>
              </w:rPr>
            </w:r>
          </w:p>
          <w:p>
            <w:pPr>
              <w:spacing w:after="26" w:line="240" w:lineRule="auto"/>
            </w:pPr>
            <w:r>
              <w:rPr>
                <w:rFonts w:ascii="Tinos" w:hAnsi="Tinos"/>
                <w:sz w:val="14"/>
              </w:rPr>
              <w:t>Repeated searching can occur cognitively as well as behaviourally. A person may continually ask:</w:t>
            </w:r>
          </w:p>
          <w:p>
            <w:pPr>
              <w:spacing w:after="26" w:line="240" w:lineRule="auto"/>
            </w:pPr>
            <w:r>
              <w:rPr>
                <w:rFonts w:ascii="Tinos" w:hAnsi="Tinos"/>
                <w:sz w:val="14"/>
              </w:rPr>
            </w:r>
          </w:p>
          <w:p>
            <w:pPr>
              <w:spacing w:after="26" w:line="240" w:lineRule="auto"/>
            </w:pPr>
            <w:r>
              <w:rPr>
                <w:rFonts w:ascii="Tinos" w:hAnsi="Tinos"/>
                <w:sz w:val="14"/>
              </w:rPr>
              <w:t>- Where did it go?</w:t>
            </w:r>
          </w:p>
          <w:p>
            <w:pPr>
              <w:spacing w:after="26" w:line="240" w:lineRule="auto"/>
            </w:pPr>
            <w:r>
              <w:rPr>
                <w:rFonts w:ascii="Tinos" w:hAnsi="Tinos"/>
                <w:sz w:val="14"/>
              </w:rPr>
              <w:t>- Why is this not the same?</w:t>
            </w:r>
          </w:p>
          <w:p>
            <w:pPr>
              <w:spacing w:after="26" w:line="240" w:lineRule="auto"/>
            </w:pPr>
            <w:r>
              <w:rPr>
                <w:rFonts w:ascii="Tinos" w:hAnsi="Tinos"/>
                <w:sz w:val="14"/>
              </w:rPr>
              <w:t>- Who can replace them?</w:t>
            </w:r>
          </w:p>
          <w:p>
            <w:pPr>
              <w:spacing w:after="26" w:line="240" w:lineRule="auto"/>
            </w:pPr>
            <w:r>
              <w:rPr>
                <w:rFonts w:ascii="Tinos" w:hAnsi="Tinos"/>
                <w:sz w:val="14"/>
              </w:rPr>
              <w:t>- How can I get the old world back?</w:t>
            </w:r>
          </w:p>
          <w:p>
            <w:pPr>
              <w:spacing w:after="26" w:line="240" w:lineRule="auto"/>
            </w:pPr>
            <w:r>
              <w:rPr>
                <w:rFonts w:ascii="Tinos" w:hAnsi="Tinos"/>
                <w:sz w:val="14"/>
              </w:rPr>
              <w:t>- What did I do wrong?</w:t>
            </w:r>
          </w:p>
          <w:p>
            <w:pPr>
              <w:spacing w:after="26" w:line="240" w:lineRule="auto"/>
            </w:pPr>
            <w:r>
              <w:rPr>
                <w:rFonts w:ascii="Tinos" w:hAnsi="Tinos"/>
                <w:sz w:val="14"/>
              </w:rPr>
              <w:t>- Could I have stopped it?</w:t>
            </w:r>
          </w:p>
          <w:p>
            <w:pPr>
              <w:spacing w:after="26" w:line="240" w:lineRule="auto"/>
            </w:pPr>
            <w:r>
              <w:rPr>
                <w:rFonts w:ascii="Tinos" w:hAnsi="Tinos"/>
                <w:sz w:val="14"/>
              </w:rPr>
              <w:t>- What if I buy, preserve, rebuild, or repeat this?</w:t>
            </w:r>
          </w:p>
          <w:p>
            <w:pPr>
              <w:spacing w:after="26" w:line="240" w:lineRule="auto"/>
            </w:pPr>
            <w:r>
              <w:rPr>
                <w:rFonts w:ascii="Tinos" w:hAnsi="Tinos"/>
                <w:sz w:val="14"/>
              </w:rPr>
            </w:r>
          </w:p>
          <w:p>
            <w:pPr>
              <w:spacing w:after="26" w:line="240" w:lineRule="auto"/>
            </w:pPr>
            <w:r>
              <w:rPr>
                <w:rFonts w:ascii="Tinos" w:hAnsi="Tinos"/>
                <w:sz w:val="14"/>
              </w:rPr>
              <w:t>Each attempt may recreate contact with the discrepancy. That accumulated effort is part of what MRRAF means by grief-load.</w:t>
            </w:r>
          </w:p>
          <w:p>
            <w:pPr>
              <w:spacing w:after="26" w:line="240" w:lineRule="auto"/>
            </w:pPr>
            <w:r>
              <w:rPr>
                <w:rFonts w:ascii="Tinos" w:hAnsi="Tinos"/>
                <w:sz w:val="14"/>
              </w:rPr>
            </w:r>
          </w:p>
          <w:p>
            <w:pPr>
              <w:spacing w:after="26" w:line="240" w:lineRule="auto"/>
            </w:pPr>
            <w:r>
              <w:rPr>
                <w:rFonts w:ascii="Tinos" w:hAnsi="Tinos"/>
                <w:sz w:val="14"/>
              </w:rPr>
              <w:t>LOVE-0's MIRROR-style check is useful here because loss, loyalty, shame, guilt, and urgency can intensify confidence. The experience may be completely real while the proposed explanation remains incomplete. Before turning searching into control, spending, self-punishment, surveillance, or demands upon another person, the process asks:</w:t>
            </w:r>
          </w:p>
          <w:p>
            <w:pPr>
              <w:spacing w:after="26" w:line="240" w:lineRule="auto"/>
            </w:pPr>
            <w:r>
              <w:rPr>
                <w:rFonts w:ascii="Tinos" w:hAnsi="Tinos"/>
                <w:sz w:val="14"/>
              </w:rPr>
            </w:r>
          </w:p>
          <w:p>
            <w:pPr>
              <w:spacing w:after="26" w:line="240" w:lineRule="auto"/>
            </w:pPr>
            <w:r>
              <w:rPr>
                <w:rFonts w:ascii="Tinos" w:hAnsi="Tinos"/>
                <w:sz w:val="14"/>
              </w:rPr>
              <w:t>What signal is present? What value or fear sits beneath it? What is observed? What is inferred? What evidence supports the proposed route? What less coercive or more reversible response could test the need?</w:t>
            </w:r>
          </w:p>
        </w:tc>
      </w:tr>
    </w:tbl>
    <w:p>
      <w:pPr>
        <w:spacing w:after="0"/>
      </w:pPr>
    </w:p>
    <w:p>
      <w:pPr>
        <w:pStyle w:val="Heading1"/>
      </w:pPr>
      <w:r>
        <w:t>13. Continuing Bonds: Adaptation Is Not Erasure</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13. Continuing Bonds: Adaptation Is Not Erasure</w:t>
            </w:r>
          </w:p>
          <w:p>
            <w:pPr>
              <w:spacing w:after="26" w:line="240" w:lineRule="auto"/>
            </w:pPr>
            <w:r>
              <w:rPr>
                <w:rFonts w:ascii="Tinos" w:hAnsi="Tinos"/>
                <w:sz w:val="14"/>
              </w:rPr>
            </w:r>
          </w:p>
          <w:p>
            <w:pPr>
              <w:spacing w:after="26" w:line="240" w:lineRule="auto"/>
            </w:pPr>
            <w:r>
              <w:rPr>
                <w:rFonts w:ascii="Tinos" w:hAnsi="Tinos"/>
                <w:sz w:val="14"/>
              </w:rPr>
              <w:t>Loss does not necessarily require psychological deletion.</w:t>
            </w:r>
          </w:p>
          <w:p>
            <w:pPr>
              <w:spacing w:after="26" w:line="240" w:lineRule="auto"/>
            </w:pPr>
            <w:r>
              <w:rPr>
                <w:rFonts w:ascii="Tinos" w:hAnsi="Tinos"/>
                <w:sz w:val="14"/>
              </w:rPr>
            </w:r>
          </w:p>
          <w:p>
            <w:pPr>
              <w:spacing w:after="26" w:line="240" w:lineRule="auto"/>
            </w:pPr>
            <w:r>
              <w:rPr>
                <w:rFonts w:ascii="Tinos" w:hAnsi="Tinos"/>
                <w:sz w:val="14"/>
              </w:rPr>
              <w:t>Research on continuing bonds has challenged simplistic assumptions that successful adaptation requires complete detachment from deceased people.</w:t>
            </w:r>
          </w:p>
          <w:p>
            <w:pPr>
              <w:spacing w:after="26" w:line="240" w:lineRule="auto"/>
            </w:pPr>
            <w:r>
              <w:rPr>
                <w:rFonts w:ascii="Tinos" w:hAnsi="Tinos"/>
                <w:sz w:val="14"/>
              </w:rPr>
            </w:r>
          </w:p>
          <w:p>
            <w:pPr>
              <w:spacing w:after="26" w:line="240" w:lineRule="auto"/>
            </w:pPr>
            <w:r>
              <w:rPr>
                <w:rFonts w:ascii="Tinos" w:hAnsi="Tinos"/>
                <w:sz w:val="14"/>
              </w:rPr>
              <w:t>A systematic review by Hewson et al. (2024) found that continuing bonds may relate to comfort, distress, relational identity, meaning reconstruction, spirituality, and transformation of the relationship. Their consequences depend on form and context rather than following a universal beneficial-or-harmful rule.</w:t>
            </w:r>
          </w:p>
          <w:p>
            <w:pPr>
              <w:spacing w:after="26" w:line="240" w:lineRule="auto"/>
            </w:pPr>
            <w:r>
              <w:rPr>
                <w:rFonts w:ascii="Tinos" w:hAnsi="Tinos"/>
                <w:sz w:val="14"/>
              </w:rPr>
            </w:r>
          </w:p>
          <w:p>
            <w:pPr>
              <w:spacing w:after="26" w:line="240" w:lineRule="auto"/>
            </w:pPr>
            <w:r>
              <w:rPr>
                <w:rFonts w:ascii="Tinos" w:hAnsi="Tinos"/>
                <w:sz w:val="14"/>
              </w:rPr>
              <w:t>MRRAF therefore rejects two extremes:</w:t>
            </w:r>
          </w:p>
          <w:p>
            <w:pPr>
              <w:spacing w:after="26" w:line="240" w:lineRule="auto"/>
            </w:pPr>
            <w:r>
              <w:rPr>
                <w:rFonts w:ascii="Tinos" w:hAnsi="Tinos"/>
                <w:sz w:val="14"/>
              </w:rPr>
            </w:r>
          </w:p>
          <w:p>
            <w:pPr>
              <w:spacing w:after="26" w:line="240" w:lineRule="auto"/>
            </w:pPr>
            <w:r>
              <w:rPr>
                <w:rFonts w:ascii="Tinos" w:hAnsi="Tinos"/>
                <w:sz w:val="14"/>
              </w:rPr>
              <w:t>“The person must remain exactly as before.”</w:t>
            </w:r>
          </w:p>
          <w:p>
            <w:pPr>
              <w:spacing w:after="26" w:line="240" w:lineRule="auto"/>
            </w:pPr>
            <w:r>
              <w:rPr>
                <w:rFonts w:ascii="Tinos" w:hAnsi="Tinos"/>
                <w:sz w:val="14"/>
              </w:rPr>
            </w:r>
          </w:p>
          <w:p>
            <w:pPr>
              <w:spacing w:after="26" w:line="240" w:lineRule="auto"/>
            </w:pPr>
            <w:r>
              <w:rPr>
                <w:rFonts w:ascii="Tinos" w:hAnsi="Tinos"/>
                <w:sz w:val="14"/>
              </w:rPr>
              <w:t>and</w:t>
            </w:r>
          </w:p>
          <w:p>
            <w:pPr>
              <w:spacing w:after="26" w:line="240" w:lineRule="auto"/>
            </w:pPr>
            <w:r>
              <w:rPr>
                <w:rFonts w:ascii="Tinos" w:hAnsi="Tinos"/>
                <w:sz w:val="14"/>
              </w:rPr>
            </w:r>
          </w:p>
          <w:p>
            <w:pPr>
              <w:spacing w:after="26" w:line="240" w:lineRule="auto"/>
            </w:pPr>
            <w:r>
              <w:rPr>
                <w:rFonts w:ascii="Tinos" w:hAnsi="Tinos"/>
                <w:sz w:val="14"/>
              </w:rPr>
              <w:t>“The person must be erased in order to recover.”</w:t>
            </w:r>
          </w:p>
          <w:p>
            <w:pPr>
              <w:spacing w:after="26" w:line="240" w:lineRule="auto"/>
            </w:pPr>
            <w:r>
              <w:rPr>
                <w:rFonts w:ascii="Tinos" w:hAnsi="Tinos"/>
                <w:sz w:val="14"/>
              </w:rPr>
            </w:r>
          </w:p>
          <w:p>
            <w:pPr>
              <w:spacing w:after="26" w:line="240" w:lineRule="auto"/>
            </w:pPr>
            <w:r>
              <w:rPr>
                <w:rFonts w:ascii="Tinos" w:hAnsi="Tinos"/>
                <w:sz w:val="14"/>
              </w:rPr>
              <w:t>Instead:</w:t>
            </w:r>
          </w:p>
          <w:p>
            <w:pPr>
              <w:spacing w:after="26" w:line="240" w:lineRule="auto"/>
            </w:pPr>
            <w:r>
              <w:rPr>
                <w:rFonts w:ascii="Tinos" w:hAnsi="Tinos"/>
                <w:sz w:val="14"/>
              </w:rPr>
            </w:r>
          </w:p>
          <w:p>
            <w:pPr>
              <w:spacing w:after="26" w:line="240" w:lineRule="auto"/>
            </w:pPr>
            <w:r>
              <w:rPr>
                <w:rFonts w:ascii="Tinos" w:hAnsi="Tinos"/>
                <w:sz w:val="14"/>
              </w:rPr>
              <w:t>The relationship changes state.</w:t>
            </w:r>
          </w:p>
          <w:p>
            <w:pPr>
              <w:spacing w:after="26" w:line="240" w:lineRule="auto"/>
            </w:pPr>
            <w:r>
              <w:rPr>
                <w:rFonts w:ascii="Tinos" w:hAnsi="Tinos"/>
                <w:sz w:val="14"/>
              </w:rPr>
            </w:r>
          </w:p>
          <w:p>
            <w:pPr>
              <w:spacing w:after="26" w:line="240" w:lineRule="auto"/>
            </w:pPr>
            <w:r>
              <w:rPr>
                <w:rFonts w:ascii="Tinos" w:hAnsi="Tinos"/>
                <w:sz w:val="14"/>
              </w:rPr>
              <w:t>A deceased parent may no longer provide present-day physical assistance.</w:t>
            </w:r>
          </w:p>
          <w:p>
            <w:pPr>
              <w:spacing w:after="26" w:line="240" w:lineRule="auto"/>
            </w:pPr>
            <w:r>
              <w:rPr>
                <w:rFonts w:ascii="Tinos" w:hAnsi="Tinos"/>
                <w:sz w:val="14"/>
              </w:rPr>
            </w:r>
          </w:p>
          <w:p>
            <w:pPr>
              <w:spacing w:after="26" w:line="240" w:lineRule="auto"/>
            </w:pPr>
            <w:r>
              <w:rPr>
                <w:rFonts w:ascii="Tinos" w:hAnsi="Tinos"/>
                <w:sz w:val="14"/>
              </w:rPr>
              <w:t>Yet the child may retain:</w:t>
            </w:r>
          </w:p>
          <w:p>
            <w:pPr>
              <w:spacing w:after="26" w:line="240" w:lineRule="auto"/>
            </w:pPr>
            <w:r>
              <w:rPr>
                <w:rFonts w:ascii="Tinos" w:hAnsi="Tinos"/>
                <w:sz w:val="14"/>
              </w:rPr>
            </w:r>
          </w:p>
          <w:p>
            <w:pPr>
              <w:spacing w:after="26" w:line="240" w:lineRule="auto"/>
            </w:pPr>
            <w:r>
              <w:rPr>
                <w:rFonts w:ascii="Tinos" w:hAnsi="Tinos"/>
                <w:sz w:val="14"/>
              </w:rPr>
              <w:t>- remembered advice,</w:t>
            </w:r>
          </w:p>
          <w:p>
            <w:pPr>
              <w:spacing w:after="26" w:line="240" w:lineRule="auto"/>
            </w:pPr>
            <w:r>
              <w:rPr>
                <w:rFonts w:ascii="Tinos" w:hAnsi="Tinos"/>
                <w:sz w:val="14"/>
              </w:rPr>
              <w:t>- language,</w:t>
            </w:r>
          </w:p>
          <w:p>
            <w:pPr>
              <w:spacing w:after="26" w:line="240" w:lineRule="auto"/>
            </w:pPr>
            <w:r>
              <w:rPr>
                <w:rFonts w:ascii="Tinos" w:hAnsi="Tinos"/>
                <w:sz w:val="14"/>
              </w:rPr>
              <w:t>- behavioural patterns,</w:t>
            </w:r>
          </w:p>
          <w:p>
            <w:pPr>
              <w:spacing w:after="26" w:line="240" w:lineRule="auto"/>
            </w:pPr>
            <w:r>
              <w:rPr>
                <w:rFonts w:ascii="Tinos" w:hAnsi="Tinos"/>
                <w:sz w:val="14"/>
              </w:rPr>
              <w:t>- values,</w:t>
            </w:r>
          </w:p>
          <w:p>
            <w:pPr>
              <w:spacing w:after="26" w:line="240" w:lineRule="auto"/>
            </w:pPr>
            <w:r>
              <w:rPr>
                <w:rFonts w:ascii="Tinos" w:hAnsi="Tinos"/>
                <w:sz w:val="14"/>
              </w:rPr>
              <w:t>- humour,</w:t>
            </w:r>
          </w:p>
          <w:p>
            <w:pPr>
              <w:spacing w:after="26" w:line="240" w:lineRule="auto"/>
            </w:pPr>
            <w:r>
              <w:rPr>
                <w:rFonts w:ascii="Tinos" w:hAnsi="Tinos"/>
                <w:sz w:val="14"/>
              </w:rPr>
              <w:t>- skills,</w:t>
            </w:r>
          </w:p>
          <w:p>
            <w:pPr>
              <w:spacing w:after="26" w:line="240" w:lineRule="auto"/>
            </w:pPr>
            <w:r>
              <w:rPr>
                <w:rFonts w:ascii="Tinos" w:hAnsi="Tinos"/>
                <w:sz w:val="14"/>
              </w:rPr>
              <w:t>- genetic inheritance,</w:t>
            </w:r>
          </w:p>
          <w:p>
            <w:pPr>
              <w:spacing w:after="26" w:line="240" w:lineRule="auto"/>
            </w:pPr>
            <w:r>
              <w:rPr>
                <w:rFonts w:ascii="Tinos" w:hAnsi="Tinos"/>
                <w:sz w:val="14"/>
              </w:rPr>
              <w:t>- social connections,</w:t>
            </w:r>
          </w:p>
          <w:p>
            <w:pPr>
              <w:spacing w:after="26" w:line="240" w:lineRule="auto"/>
            </w:pPr>
            <w:r>
              <w:rPr>
                <w:rFonts w:ascii="Tinos" w:hAnsi="Tinos"/>
                <w:sz w:val="14"/>
              </w:rPr>
              <w:t>- objects,</w:t>
            </w:r>
          </w:p>
          <w:p>
            <w:pPr>
              <w:spacing w:after="26" w:line="240" w:lineRule="auto"/>
            </w:pPr>
            <w:r>
              <w:rPr>
                <w:rFonts w:ascii="Tinos" w:hAnsi="Tinos"/>
                <w:sz w:val="14"/>
              </w:rPr>
              <w:t>- consequences of previous actions,</w:t>
            </w:r>
          </w:p>
          <w:p>
            <w:pPr>
              <w:spacing w:after="26" w:line="240" w:lineRule="auto"/>
            </w:pPr>
            <w:r>
              <w:rPr>
                <w:rFonts w:ascii="Tinos" w:hAnsi="Tinos"/>
                <w:sz w:val="14"/>
              </w:rPr>
              <w:t>- and an internal representation of the relationship.</w:t>
            </w:r>
          </w:p>
          <w:p>
            <w:pPr>
              <w:spacing w:after="26" w:line="240" w:lineRule="auto"/>
            </w:pPr>
            <w:r>
              <w:rPr>
                <w:rFonts w:ascii="Tinos" w:hAnsi="Tinos"/>
                <w:sz w:val="14"/>
              </w:rPr>
            </w:r>
          </w:p>
          <w:p>
            <w:pPr>
              <w:spacing w:after="26" w:line="240" w:lineRule="auto"/>
            </w:pPr>
            <w:r>
              <w:rPr>
                <w:rFonts w:ascii="Tinos" w:hAnsi="Tinos"/>
                <w:sz w:val="14"/>
              </w:rPr>
              <w:t>None of these is identical to the original living relationship.</w:t>
            </w:r>
          </w:p>
          <w:p>
            <w:pPr>
              <w:spacing w:after="26" w:line="240" w:lineRule="auto"/>
            </w:pPr>
            <w:r>
              <w:rPr>
                <w:rFonts w:ascii="Tinos" w:hAnsi="Tinos"/>
                <w:sz w:val="14"/>
              </w:rPr>
            </w:r>
          </w:p>
          <w:p>
            <w:pPr>
              <w:spacing w:after="26" w:line="240" w:lineRule="auto"/>
            </w:pPr>
            <w:r>
              <w:rPr>
                <w:rFonts w:ascii="Tinos" w:hAnsi="Tinos"/>
                <w:sz w:val="14"/>
              </w:rPr>
              <w:t>Nor are they nothing.</w:t>
            </w:r>
          </w:p>
        </w:tc>
        <w:tc>
          <w:tcPr>
            <w:tcW w:type="dxa" w:w="7913"/>
            <w:tcMar>
              <w:top w:w="55" w:type="dxa"/>
              <w:start w:w="70" w:type="dxa"/>
              <w:bottom w:w="55" w:type="dxa"/>
              <w:end w:w="70" w:type="dxa"/>
            </w:tcMar>
            <w:vAlign w:val="top"/>
          </w:tcPr>
          <w:p>
            <w:pPr>
              <w:spacing w:after="26" w:line="240" w:lineRule="auto"/>
            </w:pPr>
            <w:r/>
            <w:r>
              <w:rPr>
                <w:rFonts w:ascii="Tinos" w:hAnsi="Tinos"/>
                <w:sz w:val="14"/>
              </w:rPr>
              <w:t>13. Continuing Bonds: Adaptation Is Not Erasure</w:t>
            </w:r>
          </w:p>
          <w:p>
            <w:pPr>
              <w:spacing w:after="26" w:line="240" w:lineRule="auto"/>
            </w:pPr>
            <w:r>
              <w:rPr>
                <w:rFonts w:ascii="Tinos" w:hAnsi="Tinos"/>
                <w:sz w:val="14"/>
              </w:rPr>
            </w:r>
          </w:p>
          <w:p>
            <w:pPr>
              <w:spacing w:after="26" w:line="240" w:lineRule="auto"/>
            </w:pPr>
            <w:r>
              <w:rPr>
                <w:rFonts w:ascii="Tinos" w:hAnsi="Tinos"/>
                <w:sz w:val="14"/>
              </w:rPr>
              <w:t>Loss does not necessarily require psychological deletion.</w:t>
            </w:r>
          </w:p>
          <w:p>
            <w:pPr>
              <w:spacing w:after="26" w:line="240" w:lineRule="auto"/>
            </w:pPr>
            <w:r>
              <w:rPr>
                <w:rFonts w:ascii="Tinos" w:hAnsi="Tinos"/>
                <w:sz w:val="14"/>
              </w:rPr>
            </w:r>
          </w:p>
          <w:p>
            <w:pPr>
              <w:spacing w:after="26" w:line="240" w:lineRule="auto"/>
            </w:pPr>
            <w:r>
              <w:rPr>
                <w:rFonts w:ascii="Tinos" w:hAnsi="Tinos"/>
                <w:sz w:val="14"/>
              </w:rPr>
              <w:t>Research on continuing bonds has challenged simplistic assumptions that successful adaptation requires complete detachment from deceased people.</w:t>
            </w:r>
          </w:p>
          <w:p>
            <w:pPr>
              <w:spacing w:after="26" w:line="240" w:lineRule="auto"/>
            </w:pPr>
            <w:r>
              <w:rPr>
                <w:rFonts w:ascii="Tinos" w:hAnsi="Tinos"/>
                <w:sz w:val="14"/>
              </w:rPr>
            </w:r>
          </w:p>
          <w:p>
            <w:pPr>
              <w:spacing w:after="26" w:line="240" w:lineRule="auto"/>
            </w:pPr>
            <w:r>
              <w:rPr>
                <w:rFonts w:ascii="Tinos" w:hAnsi="Tinos"/>
                <w:sz w:val="14"/>
              </w:rPr>
              <w:t>A systematic review by Hewson et al. (2024) found that continuing bonds may relate to comfort, distress, relational identity, meaning reconstruction, spirituality, and transformation of the relationship. Their consequences depend on form and context rather than following a universal beneficial-or-harmful rule.</w:t>
            </w:r>
          </w:p>
          <w:p>
            <w:pPr>
              <w:spacing w:after="26" w:line="240" w:lineRule="auto"/>
            </w:pPr>
            <w:r>
              <w:rPr>
                <w:rFonts w:ascii="Tinos" w:hAnsi="Tinos"/>
                <w:sz w:val="14"/>
              </w:rPr>
            </w:r>
          </w:p>
          <w:p>
            <w:pPr>
              <w:spacing w:after="26" w:line="240" w:lineRule="auto"/>
            </w:pPr>
            <w:r>
              <w:rPr>
                <w:rFonts w:ascii="Tinos" w:hAnsi="Tinos"/>
                <w:sz w:val="14"/>
              </w:rPr>
              <w:t>MRRAF therefore rejects two extremes:</w:t>
            </w:r>
          </w:p>
          <w:p>
            <w:pPr>
              <w:spacing w:after="26" w:line="240" w:lineRule="auto"/>
            </w:pPr>
            <w:r>
              <w:rPr>
                <w:rFonts w:ascii="Tinos" w:hAnsi="Tinos"/>
                <w:sz w:val="14"/>
              </w:rPr>
            </w:r>
          </w:p>
          <w:p>
            <w:pPr>
              <w:spacing w:after="26" w:line="240" w:lineRule="auto"/>
            </w:pPr>
            <w:r>
              <w:rPr>
                <w:rFonts w:ascii="Tinos" w:hAnsi="Tinos"/>
                <w:sz w:val="14"/>
              </w:rPr>
              <w:t>“The person must remain exactly as before.”</w:t>
            </w:r>
          </w:p>
          <w:p>
            <w:pPr>
              <w:spacing w:after="26" w:line="240" w:lineRule="auto"/>
            </w:pPr>
            <w:r>
              <w:rPr>
                <w:rFonts w:ascii="Tinos" w:hAnsi="Tinos"/>
                <w:sz w:val="14"/>
              </w:rPr>
            </w:r>
          </w:p>
          <w:p>
            <w:pPr>
              <w:spacing w:after="26" w:line="240" w:lineRule="auto"/>
            </w:pPr>
            <w:r>
              <w:rPr>
                <w:rFonts w:ascii="Tinos" w:hAnsi="Tinos"/>
                <w:sz w:val="14"/>
              </w:rPr>
              <w:t>and</w:t>
            </w:r>
          </w:p>
          <w:p>
            <w:pPr>
              <w:spacing w:after="26" w:line="240" w:lineRule="auto"/>
            </w:pPr>
            <w:r>
              <w:rPr>
                <w:rFonts w:ascii="Tinos" w:hAnsi="Tinos"/>
                <w:sz w:val="14"/>
              </w:rPr>
            </w:r>
          </w:p>
          <w:p>
            <w:pPr>
              <w:spacing w:after="26" w:line="240" w:lineRule="auto"/>
            </w:pPr>
            <w:r>
              <w:rPr>
                <w:rFonts w:ascii="Tinos" w:hAnsi="Tinos"/>
                <w:sz w:val="14"/>
              </w:rPr>
              <w:t>“The person must be erased in order to recover.”</w:t>
            </w:r>
          </w:p>
          <w:p>
            <w:pPr>
              <w:spacing w:after="26" w:line="240" w:lineRule="auto"/>
            </w:pPr>
            <w:r>
              <w:rPr>
                <w:rFonts w:ascii="Tinos" w:hAnsi="Tinos"/>
                <w:sz w:val="14"/>
              </w:rPr>
            </w:r>
          </w:p>
          <w:p>
            <w:pPr>
              <w:spacing w:after="26" w:line="240" w:lineRule="auto"/>
            </w:pPr>
            <w:r>
              <w:rPr>
                <w:rFonts w:ascii="Tinos" w:hAnsi="Tinos"/>
                <w:sz w:val="14"/>
              </w:rPr>
              <w:t>Instead:</w:t>
            </w:r>
          </w:p>
          <w:p>
            <w:pPr>
              <w:spacing w:after="26" w:line="240" w:lineRule="auto"/>
            </w:pPr>
            <w:r>
              <w:rPr>
                <w:rFonts w:ascii="Tinos" w:hAnsi="Tinos"/>
                <w:sz w:val="14"/>
              </w:rPr>
            </w:r>
          </w:p>
          <w:p>
            <w:pPr>
              <w:spacing w:after="26" w:line="240" w:lineRule="auto"/>
            </w:pPr>
            <w:r>
              <w:rPr>
                <w:rFonts w:ascii="Tinos" w:hAnsi="Tinos"/>
                <w:sz w:val="14"/>
              </w:rPr>
              <w:t>The relationship changes state.</w:t>
            </w:r>
          </w:p>
          <w:p>
            <w:pPr>
              <w:spacing w:after="26" w:line="240" w:lineRule="auto"/>
            </w:pPr>
            <w:r>
              <w:rPr>
                <w:rFonts w:ascii="Tinos" w:hAnsi="Tinos"/>
                <w:sz w:val="14"/>
              </w:rPr>
            </w:r>
          </w:p>
          <w:p>
            <w:pPr>
              <w:spacing w:after="26" w:line="240" w:lineRule="auto"/>
            </w:pPr>
            <w:r>
              <w:rPr>
                <w:rFonts w:ascii="Tinos" w:hAnsi="Tinos"/>
                <w:sz w:val="14"/>
              </w:rPr>
              <w:t>A deceased parent may no longer provide present-day physical assistance. Yet the child may retain:</w:t>
            </w:r>
          </w:p>
          <w:p>
            <w:pPr>
              <w:spacing w:after="26" w:line="240" w:lineRule="auto"/>
            </w:pPr>
            <w:r>
              <w:rPr>
                <w:rFonts w:ascii="Tinos" w:hAnsi="Tinos"/>
                <w:sz w:val="14"/>
              </w:rPr>
            </w:r>
          </w:p>
          <w:p>
            <w:pPr>
              <w:spacing w:after="26" w:line="240" w:lineRule="auto"/>
            </w:pPr>
            <w:r>
              <w:rPr>
                <w:rFonts w:ascii="Tinos" w:hAnsi="Tinos"/>
                <w:sz w:val="14"/>
              </w:rPr>
              <w:t>- remembered advice,</w:t>
            </w:r>
          </w:p>
          <w:p>
            <w:pPr>
              <w:spacing w:after="26" w:line="240" w:lineRule="auto"/>
            </w:pPr>
            <w:r>
              <w:rPr>
                <w:rFonts w:ascii="Tinos" w:hAnsi="Tinos"/>
                <w:sz w:val="14"/>
              </w:rPr>
              <w:t>- language,</w:t>
            </w:r>
          </w:p>
          <w:p>
            <w:pPr>
              <w:spacing w:after="26" w:line="240" w:lineRule="auto"/>
            </w:pPr>
            <w:r>
              <w:rPr>
                <w:rFonts w:ascii="Tinos" w:hAnsi="Tinos"/>
                <w:sz w:val="14"/>
              </w:rPr>
              <w:t>- behavioural patterns,</w:t>
            </w:r>
          </w:p>
          <w:p>
            <w:pPr>
              <w:spacing w:after="26" w:line="240" w:lineRule="auto"/>
            </w:pPr>
            <w:r>
              <w:rPr>
                <w:rFonts w:ascii="Tinos" w:hAnsi="Tinos"/>
                <w:sz w:val="14"/>
              </w:rPr>
              <w:t>- values,</w:t>
            </w:r>
          </w:p>
          <w:p>
            <w:pPr>
              <w:spacing w:after="26" w:line="240" w:lineRule="auto"/>
            </w:pPr>
            <w:r>
              <w:rPr>
                <w:rFonts w:ascii="Tinos" w:hAnsi="Tinos"/>
                <w:sz w:val="14"/>
              </w:rPr>
              <w:t>- humour,</w:t>
            </w:r>
          </w:p>
          <w:p>
            <w:pPr>
              <w:spacing w:after="26" w:line="240" w:lineRule="auto"/>
            </w:pPr>
            <w:r>
              <w:rPr>
                <w:rFonts w:ascii="Tinos" w:hAnsi="Tinos"/>
                <w:sz w:val="14"/>
              </w:rPr>
              <w:t>- skills,</w:t>
            </w:r>
          </w:p>
          <w:p>
            <w:pPr>
              <w:spacing w:after="26" w:line="240" w:lineRule="auto"/>
            </w:pPr>
            <w:r>
              <w:rPr>
                <w:rFonts w:ascii="Tinos" w:hAnsi="Tinos"/>
                <w:sz w:val="14"/>
              </w:rPr>
              <w:t>- genetic inheritance,</w:t>
            </w:r>
          </w:p>
          <w:p>
            <w:pPr>
              <w:spacing w:after="26" w:line="240" w:lineRule="auto"/>
            </w:pPr>
            <w:r>
              <w:rPr>
                <w:rFonts w:ascii="Tinos" w:hAnsi="Tinos"/>
                <w:sz w:val="14"/>
              </w:rPr>
              <w:t>- social connections,</w:t>
            </w:r>
          </w:p>
          <w:p>
            <w:pPr>
              <w:spacing w:after="26" w:line="240" w:lineRule="auto"/>
            </w:pPr>
            <w:r>
              <w:rPr>
                <w:rFonts w:ascii="Tinos" w:hAnsi="Tinos"/>
                <w:sz w:val="14"/>
              </w:rPr>
              <w:t>- objects,</w:t>
            </w:r>
          </w:p>
          <w:p>
            <w:pPr>
              <w:spacing w:after="26" w:line="240" w:lineRule="auto"/>
            </w:pPr>
            <w:r>
              <w:rPr>
                <w:rFonts w:ascii="Tinos" w:hAnsi="Tinos"/>
                <w:sz w:val="14"/>
              </w:rPr>
              <w:t>- consequences of previous actions,</w:t>
            </w:r>
          </w:p>
          <w:p>
            <w:pPr>
              <w:spacing w:after="26" w:line="240" w:lineRule="auto"/>
            </w:pPr>
            <w:r>
              <w:rPr>
                <w:rFonts w:ascii="Tinos" w:hAnsi="Tinos"/>
                <w:sz w:val="14"/>
              </w:rPr>
              <w:t>- and an internal representation of the relationship.</w:t>
            </w:r>
          </w:p>
          <w:p>
            <w:pPr>
              <w:spacing w:after="26" w:line="240" w:lineRule="auto"/>
            </w:pPr>
            <w:r>
              <w:rPr>
                <w:rFonts w:ascii="Tinos" w:hAnsi="Tinos"/>
                <w:sz w:val="14"/>
              </w:rPr>
            </w:r>
          </w:p>
          <w:p>
            <w:pPr>
              <w:spacing w:after="26" w:line="240" w:lineRule="auto"/>
            </w:pPr>
            <w:r>
              <w:rPr>
                <w:rFonts w:ascii="Tinos" w:hAnsi="Tinos"/>
                <w:sz w:val="14"/>
              </w:rPr>
              <w:t>None of these is identical to the original living relationship. Nor are they nothing.</w:t>
            </w:r>
          </w:p>
          <w:p>
            <w:pPr>
              <w:spacing w:after="26" w:line="240" w:lineRule="auto"/>
            </w:pPr>
            <w:r>
              <w:rPr>
                <w:rFonts w:ascii="Tinos" w:hAnsi="Tinos"/>
                <w:sz w:val="14"/>
              </w:rPr>
            </w:r>
          </w:p>
          <w:p>
            <w:pPr>
              <w:spacing w:after="26" w:line="240" w:lineRule="auto"/>
            </w:pPr>
            <w:r>
              <w:rPr>
                <w:rFonts w:ascii="Tinos" w:hAnsi="Tinos"/>
                <w:sz w:val="14"/>
              </w:rPr>
              <w:t>LOVE-0 adds a boundary around memory itself: continuing connection should not require turning the remembered person into an idealised possession or using their memory to control the living. Care allows the lost person to have been complex, allows the survivor's understanding to change, and allows new relationships to differ without being treated as betrayal.</w:t>
            </w:r>
          </w:p>
        </w:tc>
      </w:tr>
    </w:tbl>
    <w:p>
      <w:pPr>
        <w:spacing w:after="0"/>
      </w:pPr>
    </w:p>
    <w:p>
      <w:pPr>
        <w:pStyle w:val="Heading1"/>
      </w:pPr>
      <w:r>
        <w:t>14. Supplementation Without Replacement</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14. Supplementation Without Replacement</w:t>
            </w:r>
          </w:p>
          <w:p>
            <w:pPr>
              <w:spacing w:after="26" w:line="240" w:lineRule="auto"/>
            </w:pPr>
            <w:r>
              <w:rPr>
                <w:rFonts w:ascii="Tinos" w:hAnsi="Tinos"/>
                <w:sz w:val="14"/>
              </w:rPr>
            </w:r>
          </w:p>
          <w:p>
            <w:pPr>
              <w:spacing w:after="26" w:line="240" w:lineRule="auto"/>
            </w:pPr>
            <w:r>
              <w:rPr>
                <w:rFonts w:ascii="Tinos" w:hAnsi="Tinos"/>
                <w:sz w:val="14"/>
              </w:rPr>
              <w:t>An exact historical configuration cannot normally be recreated.</w:t>
            </w:r>
          </w:p>
          <w:p>
            <w:pPr>
              <w:spacing w:after="26" w:line="240" w:lineRule="auto"/>
            </w:pPr>
            <w:r>
              <w:rPr>
                <w:rFonts w:ascii="Tinos" w:hAnsi="Tinos"/>
                <w:sz w:val="14"/>
              </w:rPr>
            </w:r>
          </w:p>
          <w:p>
            <w:pPr>
              <w:spacing w:after="26" w:line="240" w:lineRule="auto"/>
            </w:pPr>
            <w:r>
              <w:rPr>
                <w:rFonts w:ascii="Tinos" w:hAnsi="Tinos"/>
                <w:sz w:val="14"/>
              </w:rPr>
              <w:t>Even if an apparently identical object returned, time and context would have changed.</w:t>
            </w:r>
          </w:p>
          <w:p>
            <w:pPr>
              <w:spacing w:after="26" w:line="240" w:lineRule="auto"/>
            </w:pPr>
            <w:r>
              <w:rPr>
                <w:rFonts w:ascii="Tinos" w:hAnsi="Tinos"/>
                <w:sz w:val="14"/>
              </w:rPr>
            </w:r>
          </w:p>
          <w:p>
            <w:pPr>
              <w:spacing w:after="26" w:line="240" w:lineRule="auto"/>
            </w:pPr>
            <w:r>
              <w:rPr>
                <w:rFonts w:ascii="Tinos" w:hAnsi="Tinos"/>
                <w:sz w:val="14"/>
              </w:rPr>
              <w:t>MRRAF therefore distinguishes:</w:t>
            </w:r>
          </w:p>
          <w:p>
            <w:pPr>
              <w:spacing w:after="26" w:line="240" w:lineRule="auto"/>
            </w:pPr>
            <w:r>
              <w:rPr>
                <w:rFonts w:ascii="Tinos" w:hAnsi="Tinos"/>
                <w:sz w:val="14"/>
              </w:rPr>
            </w:r>
          </w:p>
          <w:p>
            <w:pPr>
              <w:spacing w:after="26" w:line="240" w:lineRule="auto"/>
            </w:pPr>
            <w:r>
              <w:rPr>
                <w:rFonts w:ascii="Tinos" w:hAnsi="Tinos"/>
                <w:sz w:val="14"/>
              </w:rPr>
              <w:t>replacement</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functional or relational supplementation.</w:t>
            </w:r>
          </w:p>
          <w:p>
            <w:pPr>
              <w:spacing w:after="26" w:line="240" w:lineRule="auto"/>
            </w:pPr>
            <w:r>
              <w:rPr>
                <w:rFonts w:ascii="Tinos" w:hAnsi="Tinos"/>
                <w:sz w:val="14"/>
              </w:rPr>
            </w:r>
          </w:p>
          <w:p>
            <w:pPr>
              <w:spacing w:after="26" w:line="240" w:lineRule="auto"/>
            </w:pPr>
            <w:r>
              <w:rPr>
                <w:rFonts w:ascii="Tinos" w:hAnsi="Tinos"/>
                <w:sz w:val="14"/>
              </w:rPr>
              <w:t>Imagine that someone valued a lost friend because that relationship contained:</w:t>
            </w:r>
          </w:p>
          <w:p>
            <w:pPr>
              <w:spacing w:after="26" w:line="240" w:lineRule="auto"/>
            </w:pPr>
            <w:r>
              <w:rPr>
                <w:rFonts w:ascii="Tinos" w:hAnsi="Tinos"/>
                <w:sz w:val="14"/>
              </w:rPr>
            </w:r>
          </w:p>
          <w:p>
            <w:pPr>
              <w:spacing w:after="26" w:line="240" w:lineRule="auto"/>
            </w:pPr>
            <w:r>
              <w:rPr>
                <w:rFonts w:ascii="Tinos" w:hAnsi="Tinos"/>
                <w:sz w:val="14"/>
              </w:rPr>
              <w:t>- humour,</w:t>
            </w:r>
          </w:p>
          <w:p>
            <w:pPr>
              <w:spacing w:after="26" w:line="240" w:lineRule="auto"/>
            </w:pPr>
            <w:r>
              <w:rPr>
                <w:rFonts w:ascii="Tinos" w:hAnsi="Tinos"/>
                <w:sz w:val="14"/>
              </w:rPr>
              <w:t>- honesty,</w:t>
            </w:r>
          </w:p>
          <w:p>
            <w:pPr>
              <w:spacing w:after="26" w:line="240" w:lineRule="auto"/>
            </w:pPr>
            <w:r>
              <w:rPr>
                <w:rFonts w:ascii="Tinos" w:hAnsi="Tinos"/>
                <w:sz w:val="14"/>
              </w:rPr>
              <w:t>- safety,</w:t>
            </w:r>
          </w:p>
          <w:p>
            <w:pPr>
              <w:spacing w:after="26" w:line="240" w:lineRule="auto"/>
            </w:pPr>
            <w:r>
              <w:rPr>
                <w:rFonts w:ascii="Tinos" w:hAnsi="Tinos"/>
                <w:sz w:val="14"/>
              </w:rPr>
              <w:t>- curiosity,</w:t>
            </w:r>
          </w:p>
          <w:p>
            <w:pPr>
              <w:spacing w:after="26" w:line="240" w:lineRule="auto"/>
            </w:pPr>
            <w:r>
              <w:rPr>
                <w:rFonts w:ascii="Tinos" w:hAnsi="Tinos"/>
                <w:sz w:val="14"/>
              </w:rPr>
              <w:t>- companionship,</w:t>
            </w:r>
          </w:p>
          <w:p>
            <w:pPr>
              <w:spacing w:after="26" w:line="240" w:lineRule="auto"/>
            </w:pPr>
            <w:r>
              <w:rPr>
                <w:rFonts w:ascii="Tinos" w:hAnsi="Tinos"/>
                <w:sz w:val="14"/>
              </w:rPr>
              <w:t>- and shared history.</w:t>
            </w:r>
          </w:p>
          <w:p>
            <w:pPr>
              <w:spacing w:after="26" w:line="240" w:lineRule="auto"/>
            </w:pPr>
            <w:r>
              <w:rPr>
                <w:rFonts w:ascii="Tinos" w:hAnsi="Tinos"/>
                <w:sz w:val="14"/>
              </w:rPr>
            </w:r>
          </w:p>
          <w:p>
            <w:pPr>
              <w:spacing w:after="26" w:line="240" w:lineRule="auto"/>
            </w:pPr>
            <w:r>
              <w:rPr>
                <w:rFonts w:ascii="Tinos" w:hAnsi="Tinos"/>
                <w:sz w:val="14"/>
              </w:rPr>
              <w:t>No new person can become the original friend.</w:t>
            </w:r>
          </w:p>
          <w:p>
            <w:pPr>
              <w:spacing w:after="26" w:line="240" w:lineRule="auto"/>
            </w:pPr>
            <w:r>
              <w:rPr>
                <w:rFonts w:ascii="Tinos" w:hAnsi="Tinos"/>
                <w:sz w:val="14"/>
              </w:rPr>
            </w:r>
          </w:p>
          <w:p>
            <w:pPr>
              <w:spacing w:after="26" w:line="240" w:lineRule="auto"/>
            </w:pPr>
            <w:r>
              <w:rPr>
                <w:rFonts w:ascii="Tinos" w:hAnsi="Tinos"/>
                <w:sz w:val="14"/>
              </w:rPr>
              <w:t>But these qualities may subsequently be encountered in different configurations:</w:t>
            </w:r>
          </w:p>
          <w:p>
            <w:pPr>
              <w:spacing w:after="26" w:line="240" w:lineRule="auto"/>
            </w:pPr>
            <w:r>
              <w:rPr>
                <w:rFonts w:ascii="Tinos" w:hAnsi="Tinos"/>
                <w:sz w:val="14"/>
              </w:rPr>
            </w:r>
          </w:p>
          <w:p>
            <w:pPr>
              <w:spacing w:after="26" w:line="240" w:lineRule="auto"/>
            </w:pPr>
            <w:r>
              <w:rPr>
                <w:rFonts w:ascii="Tinos" w:hAnsi="Tinos"/>
                <w:sz w:val="14"/>
              </w:rPr>
              <w:t>humour in one person,</w:t>
            </w:r>
          </w:p>
          <w:p>
            <w:pPr>
              <w:spacing w:after="26" w:line="240" w:lineRule="auto"/>
            </w:pPr>
            <w:r>
              <w:rPr>
                <w:rFonts w:ascii="Tinos" w:hAnsi="Tinos"/>
                <w:sz w:val="14"/>
              </w:rPr>
            </w:r>
          </w:p>
          <w:p>
            <w:pPr>
              <w:spacing w:after="26" w:line="240" w:lineRule="auto"/>
            </w:pPr>
            <w:r>
              <w:rPr>
                <w:rFonts w:ascii="Tinos" w:hAnsi="Tinos"/>
                <w:sz w:val="14"/>
              </w:rPr>
              <w:t>patience in another,</w:t>
            </w:r>
          </w:p>
          <w:p>
            <w:pPr>
              <w:spacing w:after="26" w:line="240" w:lineRule="auto"/>
            </w:pPr>
            <w:r>
              <w:rPr>
                <w:rFonts w:ascii="Tinos" w:hAnsi="Tinos"/>
                <w:sz w:val="14"/>
              </w:rPr>
            </w:r>
          </w:p>
          <w:p>
            <w:pPr>
              <w:spacing w:after="26" w:line="240" w:lineRule="auto"/>
            </w:pPr>
            <w:r>
              <w:rPr>
                <w:rFonts w:ascii="Tinos" w:hAnsi="Tinos"/>
                <w:sz w:val="14"/>
              </w:rPr>
              <w:t>shared curiosity in a community,</w:t>
            </w:r>
          </w:p>
          <w:p>
            <w:pPr>
              <w:spacing w:after="26" w:line="240" w:lineRule="auto"/>
            </w:pPr>
            <w:r>
              <w:rPr>
                <w:rFonts w:ascii="Tinos" w:hAnsi="Tinos"/>
                <w:sz w:val="14"/>
              </w:rPr>
            </w:r>
          </w:p>
          <w:p>
            <w:pPr>
              <w:spacing w:after="26" w:line="240" w:lineRule="auto"/>
            </w:pPr>
            <w:r>
              <w:rPr>
                <w:rFonts w:ascii="Tinos" w:hAnsi="Tinos"/>
                <w:sz w:val="14"/>
              </w:rPr>
              <w:t>safety in a place,</w:t>
            </w:r>
          </w:p>
          <w:p>
            <w:pPr>
              <w:spacing w:after="26" w:line="240" w:lineRule="auto"/>
            </w:pPr>
            <w:r>
              <w:rPr>
                <w:rFonts w:ascii="Tinos" w:hAnsi="Tinos"/>
                <w:sz w:val="14"/>
              </w:rPr>
            </w:r>
          </w:p>
          <w:p>
            <w:pPr>
              <w:spacing w:after="26" w:line="240" w:lineRule="auto"/>
            </w:pPr>
            <w:r>
              <w:rPr>
                <w:rFonts w:ascii="Tinos" w:hAnsi="Tinos"/>
                <w:sz w:val="14"/>
              </w:rPr>
              <w:t>and perhaps some of the lost person's learned behaviour within oneself.</w:t>
            </w:r>
          </w:p>
          <w:p>
            <w:pPr>
              <w:spacing w:after="26" w:line="240" w:lineRule="auto"/>
            </w:pPr>
            <w:r>
              <w:rPr>
                <w:rFonts w:ascii="Tinos" w:hAnsi="Tinos"/>
                <w:sz w:val="14"/>
              </w:rPr>
            </w:r>
          </w:p>
          <w:p>
            <w:pPr>
              <w:spacing w:after="26" w:line="240" w:lineRule="auto"/>
            </w:pPr>
            <w:r>
              <w:rPr>
                <w:rFonts w:ascii="Tinos" w:hAnsi="Tinos"/>
                <w:sz w:val="14"/>
              </w:rPr>
              <w:t>The question changes from:</w:t>
            </w:r>
          </w:p>
          <w:p>
            <w:pPr>
              <w:spacing w:after="26" w:line="240" w:lineRule="auto"/>
            </w:pPr>
            <w:r>
              <w:rPr>
                <w:rFonts w:ascii="Tinos" w:hAnsi="Tinos"/>
                <w:sz w:val="14"/>
              </w:rPr>
            </w:r>
          </w:p>
          <w:p>
            <w:pPr>
              <w:spacing w:after="26" w:line="240" w:lineRule="auto"/>
            </w:pPr>
            <w:r>
              <w:rPr>
                <w:rFonts w:ascii="Tinos" w:hAnsi="Tinos"/>
                <w:sz w:val="14"/>
              </w:rPr>
              <w:t>“Where is the replacement?”</w:t>
            </w:r>
          </w:p>
          <w:p>
            <w:pPr>
              <w:spacing w:after="26" w:line="240" w:lineRule="auto"/>
            </w:pPr>
            <w:r>
              <w:rPr>
                <w:rFonts w:ascii="Tinos" w:hAnsi="Tinos"/>
                <w:sz w:val="14"/>
              </w:rPr>
            </w:r>
          </w:p>
          <w:p>
            <w:pPr>
              <w:spacing w:after="26" w:line="240" w:lineRule="auto"/>
            </w:pPr>
            <w:r>
              <w:rPr>
                <w:rFonts w:ascii="Tinos" w:hAnsi="Tinos"/>
                <w:sz w:val="14"/>
              </w:rPr>
              <w:t>to:</w:t>
            </w:r>
          </w:p>
          <w:p>
            <w:pPr>
              <w:spacing w:after="26" w:line="240" w:lineRule="auto"/>
            </w:pPr>
            <w:r>
              <w:rPr>
                <w:rFonts w:ascii="Tinos" w:hAnsi="Tinos"/>
                <w:sz w:val="14"/>
              </w:rPr>
            </w:r>
          </w:p>
          <w:p>
            <w:pPr>
              <w:spacing w:after="26" w:line="240" w:lineRule="auto"/>
            </w:pPr>
            <w:r>
              <w:rPr>
                <w:rFonts w:ascii="Tinos" w:hAnsi="Tinos"/>
                <w:sz w:val="14"/>
              </w:rPr>
              <w:t>“What exactly mattered within that relationship, and where can those qualities now be encountered?”</w:t>
            </w:r>
          </w:p>
          <w:p>
            <w:pPr>
              <w:spacing w:after="26" w:line="240" w:lineRule="auto"/>
            </w:pPr>
            <w:r>
              <w:rPr>
                <w:rFonts w:ascii="Tinos" w:hAnsi="Tinos"/>
                <w:sz w:val="14"/>
              </w:rPr>
            </w:r>
          </w:p>
          <w:p>
            <w:pPr>
              <w:spacing w:after="26" w:line="240" w:lineRule="auto"/>
            </w:pPr>
            <w:r>
              <w:rPr>
                <w:rFonts w:ascii="Tinos" w:hAnsi="Tinos"/>
                <w:sz w:val="14"/>
              </w:rPr>
              <w:t>This reduces the demand that new people or situations impersonate the past.</w:t>
            </w:r>
          </w:p>
          <w:p>
            <w:pPr>
              <w:spacing w:after="26" w:line="240" w:lineRule="auto"/>
            </w:pPr>
            <w:r>
              <w:rPr>
                <w:rFonts w:ascii="Tinos" w:hAnsi="Tinos"/>
                <w:sz w:val="14"/>
              </w:rPr>
            </w:r>
          </w:p>
          <w:p>
            <w:pPr>
              <w:spacing w:after="26" w:line="240" w:lineRule="auto"/>
            </w:pPr>
            <w:r>
              <w:rPr>
                <w:rFonts w:ascii="Tinos" w:hAnsi="Tinos"/>
                <w:sz w:val="14"/>
              </w:rPr>
              <w:t>The new remains genuinely new.</w:t>
            </w:r>
          </w:p>
        </w:tc>
        <w:tc>
          <w:tcPr>
            <w:tcW w:type="dxa" w:w="7913"/>
            <w:tcMar>
              <w:top w:w="55" w:type="dxa"/>
              <w:start w:w="70" w:type="dxa"/>
              <w:bottom w:w="55" w:type="dxa"/>
              <w:end w:w="70" w:type="dxa"/>
            </w:tcMar>
            <w:vAlign w:val="top"/>
          </w:tcPr>
          <w:p>
            <w:pPr>
              <w:spacing w:after="26" w:line="240" w:lineRule="auto"/>
            </w:pPr>
            <w:r/>
            <w:r>
              <w:rPr>
                <w:rFonts w:ascii="Tinos" w:hAnsi="Tinos"/>
                <w:sz w:val="14"/>
              </w:rPr>
              <w:t>14. Supplementation Without Replacement</w:t>
            </w:r>
          </w:p>
          <w:p>
            <w:pPr>
              <w:spacing w:after="26" w:line="240" w:lineRule="auto"/>
            </w:pPr>
            <w:r>
              <w:rPr>
                <w:rFonts w:ascii="Tinos" w:hAnsi="Tinos"/>
                <w:sz w:val="14"/>
              </w:rPr>
            </w:r>
          </w:p>
          <w:p>
            <w:pPr>
              <w:spacing w:after="26" w:line="240" w:lineRule="auto"/>
            </w:pPr>
            <w:r>
              <w:rPr>
                <w:rFonts w:ascii="Tinos" w:hAnsi="Tinos"/>
                <w:sz w:val="14"/>
              </w:rPr>
              <w:t>An exact historical configuration cannot normally be recreated. Even if an apparently identical object returned, time and context would have changed.</w:t>
            </w:r>
          </w:p>
          <w:p>
            <w:pPr>
              <w:spacing w:after="26" w:line="240" w:lineRule="auto"/>
            </w:pPr>
            <w:r>
              <w:rPr>
                <w:rFonts w:ascii="Tinos" w:hAnsi="Tinos"/>
                <w:sz w:val="14"/>
              </w:rPr>
            </w:r>
          </w:p>
          <w:p>
            <w:pPr>
              <w:spacing w:after="26" w:line="240" w:lineRule="auto"/>
            </w:pPr>
            <w:r>
              <w:rPr>
                <w:rFonts w:ascii="Tinos" w:hAnsi="Tinos"/>
                <w:sz w:val="14"/>
              </w:rPr>
              <w:t>MRRAF therefore distinguishes:</w:t>
            </w:r>
          </w:p>
          <w:p>
            <w:pPr>
              <w:spacing w:after="26" w:line="240" w:lineRule="auto"/>
            </w:pPr>
            <w:r>
              <w:rPr>
                <w:rFonts w:ascii="Tinos" w:hAnsi="Tinos"/>
                <w:sz w:val="14"/>
              </w:rPr>
            </w:r>
          </w:p>
          <w:p>
            <w:pPr>
              <w:spacing w:after="26" w:line="240" w:lineRule="auto"/>
            </w:pPr>
            <w:r>
              <w:rPr>
                <w:rFonts w:ascii="Tinos" w:hAnsi="Tinos"/>
                <w:sz w:val="14"/>
              </w:rPr>
              <w:t>replacement</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functional or relational supplementation.</w:t>
            </w:r>
          </w:p>
          <w:p>
            <w:pPr>
              <w:spacing w:after="26" w:line="240" w:lineRule="auto"/>
            </w:pPr>
            <w:r>
              <w:rPr>
                <w:rFonts w:ascii="Tinos" w:hAnsi="Tinos"/>
                <w:sz w:val="14"/>
              </w:rPr>
            </w:r>
          </w:p>
          <w:p>
            <w:pPr>
              <w:spacing w:after="26" w:line="240" w:lineRule="auto"/>
            </w:pPr>
            <w:r>
              <w:rPr>
                <w:rFonts w:ascii="Tinos" w:hAnsi="Tinos"/>
                <w:sz w:val="14"/>
              </w:rPr>
              <w:t>Imagine that someone valued a lost friend because that relationship contained:</w:t>
            </w:r>
          </w:p>
          <w:p>
            <w:pPr>
              <w:spacing w:after="26" w:line="240" w:lineRule="auto"/>
            </w:pPr>
            <w:r>
              <w:rPr>
                <w:rFonts w:ascii="Tinos" w:hAnsi="Tinos"/>
                <w:sz w:val="14"/>
              </w:rPr>
            </w:r>
          </w:p>
          <w:p>
            <w:pPr>
              <w:spacing w:after="26" w:line="240" w:lineRule="auto"/>
            </w:pPr>
            <w:r>
              <w:rPr>
                <w:rFonts w:ascii="Tinos" w:hAnsi="Tinos"/>
                <w:sz w:val="14"/>
              </w:rPr>
              <w:t>- humour,</w:t>
            </w:r>
          </w:p>
          <w:p>
            <w:pPr>
              <w:spacing w:after="26" w:line="240" w:lineRule="auto"/>
            </w:pPr>
            <w:r>
              <w:rPr>
                <w:rFonts w:ascii="Tinos" w:hAnsi="Tinos"/>
                <w:sz w:val="14"/>
              </w:rPr>
              <w:t>- honesty,</w:t>
            </w:r>
          </w:p>
          <w:p>
            <w:pPr>
              <w:spacing w:after="26" w:line="240" w:lineRule="auto"/>
            </w:pPr>
            <w:r>
              <w:rPr>
                <w:rFonts w:ascii="Tinos" w:hAnsi="Tinos"/>
                <w:sz w:val="14"/>
              </w:rPr>
              <w:t>- safety,</w:t>
            </w:r>
          </w:p>
          <w:p>
            <w:pPr>
              <w:spacing w:after="26" w:line="240" w:lineRule="auto"/>
            </w:pPr>
            <w:r>
              <w:rPr>
                <w:rFonts w:ascii="Tinos" w:hAnsi="Tinos"/>
                <w:sz w:val="14"/>
              </w:rPr>
              <w:t>- curiosity,</w:t>
            </w:r>
          </w:p>
          <w:p>
            <w:pPr>
              <w:spacing w:after="26" w:line="240" w:lineRule="auto"/>
            </w:pPr>
            <w:r>
              <w:rPr>
                <w:rFonts w:ascii="Tinos" w:hAnsi="Tinos"/>
                <w:sz w:val="14"/>
              </w:rPr>
              <w:t>- companionship,</w:t>
            </w:r>
          </w:p>
          <w:p>
            <w:pPr>
              <w:spacing w:after="26" w:line="240" w:lineRule="auto"/>
            </w:pPr>
            <w:r>
              <w:rPr>
                <w:rFonts w:ascii="Tinos" w:hAnsi="Tinos"/>
                <w:sz w:val="14"/>
              </w:rPr>
              <w:t>- and shared history.</w:t>
            </w:r>
          </w:p>
          <w:p>
            <w:pPr>
              <w:spacing w:after="26" w:line="240" w:lineRule="auto"/>
            </w:pPr>
            <w:r>
              <w:rPr>
                <w:rFonts w:ascii="Tinos" w:hAnsi="Tinos"/>
                <w:sz w:val="14"/>
              </w:rPr>
            </w:r>
          </w:p>
          <w:p>
            <w:pPr>
              <w:spacing w:after="26" w:line="240" w:lineRule="auto"/>
            </w:pPr>
            <w:r>
              <w:rPr>
                <w:rFonts w:ascii="Tinos" w:hAnsi="Tinos"/>
                <w:sz w:val="14"/>
              </w:rPr>
              <w:t>No new person can become the original friend.</w:t>
            </w:r>
          </w:p>
          <w:p>
            <w:pPr>
              <w:spacing w:after="26" w:line="240" w:lineRule="auto"/>
            </w:pPr>
            <w:r>
              <w:rPr>
                <w:rFonts w:ascii="Tinos" w:hAnsi="Tinos"/>
                <w:sz w:val="14"/>
              </w:rPr>
            </w:r>
          </w:p>
          <w:p>
            <w:pPr>
              <w:spacing w:after="26" w:line="240" w:lineRule="auto"/>
            </w:pPr>
            <w:r>
              <w:rPr>
                <w:rFonts w:ascii="Tinos" w:hAnsi="Tinos"/>
                <w:sz w:val="14"/>
              </w:rPr>
              <w:t>But these qualities may subsequently be encountered in different configurations:</w:t>
            </w:r>
          </w:p>
          <w:p>
            <w:pPr>
              <w:spacing w:after="26" w:line="240" w:lineRule="auto"/>
            </w:pPr>
            <w:r>
              <w:rPr>
                <w:rFonts w:ascii="Tinos" w:hAnsi="Tinos"/>
                <w:sz w:val="14"/>
              </w:rPr>
            </w:r>
          </w:p>
          <w:p>
            <w:pPr>
              <w:spacing w:after="26" w:line="240" w:lineRule="auto"/>
            </w:pPr>
            <w:r>
              <w:rPr>
                <w:rFonts w:ascii="Tinos" w:hAnsi="Tinos"/>
                <w:sz w:val="14"/>
              </w:rPr>
              <w:t>humour in one person,</w:t>
            </w:r>
          </w:p>
          <w:p>
            <w:pPr>
              <w:spacing w:after="26" w:line="240" w:lineRule="auto"/>
            </w:pPr>
            <w:r>
              <w:rPr>
                <w:rFonts w:ascii="Tinos" w:hAnsi="Tinos"/>
                <w:sz w:val="14"/>
              </w:rPr>
            </w:r>
          </w:p>
          <w:p>
            <w:pPr>
              <w:spacing w:after="26" w:line="240" w:lineRule="auto"/>
            </w:pPr>
            <w:r>
              <w:rPr>
                <w:rFonts w:ascii="Tinos" w:hAnsi="Tinos"/>
                <w:sz w:val="14"/>
              </w:rPr>
              <w:t>patience in another,</w:t>
            </w:r>
          </w:p>
          <w:p>
            <w:pPr>
              <w:spacing w:after="26" w:line="240" w:lineRule="auto"/>
            </w:pPr>
            <w:r>
              <w:rPr>
                <w:rFonts w:ascii="Tinos" w:hAnsi="Tinos"/>
                <w:sz w:val="14"/>
              </w:rPr>
            </w:r>
          </w:p>
          <w:p>
            <w:pPr>
              <w:spacing w:after="26" w:line="240" w:lineRule="auto"/>
            </w:pPr>
            <w:r>
              <w:rPr>
                <w:rFonts w:ascii="Tinos" w:hAnsi="Tinos"/>
                <w:sz w:val="14"/>
              </w:rPr>
              <w:t>shared curiosity in a community,</w:t>
            </w:r>
          </w:p>
          <w:p>
            <w:pPr>
              <w:spacing w:after="26" w:line="240" w:lineRule="auto"/>
            </w:pPr>
            <w:r>
              <w:rPr>
                <w:rFonts w:ascii="Tinos" w:hAnsi="Tinos"/>
                <w:sz w:val="14"/>
              </w:rPr>
            </w:r>
          </w:p>
          <w:p>
            <w:pPr>
              <w:spacing w:after="26" w:line="240" w:lineRule="auto"/>
            </w:pPr>
            <w:r>
              <w:rPr>
                <w:rFonts w:ascii="Tinos" w:hAnsi="Tinos"/>
                <w:sz w:val="14"/>
              </w:rPr>
              <w:t>safety in a place,</w:t>
            </w:r>
          </w:p>
          <w:p>
            <w:pPr>
              <w:spacing w:after="26" w:line="240" w:lineRule="auto"/>
            </w:pPr>
            <w:r>
              <w:rPr>
                <w:rFonts w:ascii="Tinos" w:hAnsi="Tinos"/>
                <w:sz w:val="14"/>
              </w:rPr>
            </w:r>
          </w:p>
          <w:p>
            <w:pPr>
              <w:spacing w:after="26" w:line="240" w:lineRule="auto"/>
            </w:pPr>
            <w:r>
              <w:rPr>
                <w:rFonts w:ascii="Tinos" w:hAnsi="Tinos"/>
                <w:sz w:val="14"/>
              </w:rPr>
              <w:t>and perhaps some of the lost person's learned behaviour within oneself.</w:t>
            </w:r>
          </w:p>
          <w:p>
            <w:pPr>
              <w:spacing w:after="26" w:line="240" w:lineRule="auto"/>
            </w:pPr>
            <w:r>
              <w:rPr>
                <w:rFonts w:ascii="Tinos" w:hAnsi="Tinos"/>
                <w:sz w:val="14"/>
              </w:rPr>
            </w:r>
          </w:p>
          <w:p>
            <w:pPr>
              <w:spacing w:after="26" w:line="240" w:lineRule="auto"/>
            </w:pPr>
            <w:r>
              <w:rPr>
                <w:rFonts w:ascii="Tinos" w:hAnsi="Tinos"/>
                <w:sz w:val="14"/>
              </w:rPr>
              <w:t>The question changes from:</w:t>
            </w:r>
          </w:p>
          <w:p>
            <w:pPr>
              <w:spacing w:after="26" w:line="240" w:lineRule="auto"/>
            </w:pPr>
            <w:r>
              <w:rPr>
                <w:rFonts w:ascii="Tinos" w:hAnsi="Tinos"/>
                <w:sz w:val="14"/>
              </w:rPr>
            </w:r>
          </w:p>
          <w:p>
            <w:pPr>
              <w:spacing w:after="26" w:line="240" w:lineRule="auto"/>
            </w:pPr>
            <w:r>
              <w:rPr>
                <w:rFonts w:ascii="Tinos" w:hAnsi="Tinos"/>
                <w:sz w:val="14"/>
              </w:rPr>
              <w:t>“Where is the replacement?”</w:t>
            </w:r>
          </w:p>
          <w:p>
            <w:pPr>
              <w:spacing w:after="26" w:line="240" w:lineRule="auto"/>
            </w:pPr>
            <w:r>
              <w:rPr>
                <w:rFonts w:ascii="Tinos" w:hAnsi="Tinos"/>
                <w:sz w:val="14"/>
              </w:rPr>
            </w:r>
          </w:p>
          <w:p>
            <w:pPr>
              <w:spacing w:after="26" w:line="240" w:lineRule="auto"/>
            </w:pPr>
            <w:r>
              <w:rPr>
                <w:rFonts w:ascii="Tinos" w:hAnsi="Tinos"/>
                <w:sz w:val="14"/>
              </w:rPr>
              <w:t>to:</w:t>
            </w:r>
          </w:p>
          <w:p>
            <w:pPr>
              <w:spacing w:after="26" w:line="240" w:lineRule="auto"/>
            </w:pPr>
            <w:r>
              <w:rPr>
                <w:rFonts w:ascii="Tinos" w:hAnsi="Tinos"/>
                <w:sz w:val="14"/>
              </w:rPr>
            </w:r>
          </w:p>
          <w:p>
            <w:pPr>
              <w:spacing w:after="26" w:line="240" w:lineRule="auto"/>
            </w:pPr>
            <w:r>
              <w:rPr>
                <w:rFonts w:ascii="Tinos" w:hAnsi="Tinos"/>
                <w:sz w:val="14"/>
              </w:rPr>
              <w:t>“What exactly mattered within that relationship, and where can those qualities now be encountered?”</w:t>
            </w:r>
          </w:p>
          <w:p>
            <w:pPr>
              <w:spacing w:after="26" w:line="240" w:lineRule="auto"/>
            </w:pPr>
            <w:r>
              <w:rPr>
                <w:rFonts w:ascii="Tinos" w:hAnsi="Tinos"/>
                <w:sz w:val="14"/>
              </w:rPr>
            </w:r>
          </w:p>
          <w:p>
            <w:pPr>
              <w:spacing w:after="26" w:line="240" w:lineRule="auto"/>
            </w:pPr>
            <w:r>
              <w:rPr>
                <w:rFonts w:ascii="Tinos" w:hAnsi="Tinos"/>
                <w:sz w:val="14"/>
              </w:rPr>
              <w:t>LOVE-0 deepens this distinction because care without ownership means the new person is not required to perform the old person's identity. A new relationship can provide companionship without being made responsible for repairing every previous loss. A new place can provide safety without being forced to look like the old home. A child can carry values forward without becoming a replica of a parent.</w:t>
            </w:r>
          </w:p>
          <w:p>
            <w:pPr>
              <w:spacing w:after="26" w:line="240" w:lineRule="auto"/>
            </w:pPr>
            <w:r>
              <w:rPr>
                <w:rFonts w:ascii="Tinos" w:hAnsi="Tinos"/>
                <w:sz w:val="14"/>
              </w:rPr>
            </w:r>
          </w:p>
          <w:p>
            <w:pPr>
              <w:spacing w:after="26" w:line="240" w:lineRule="auto"/>
            </w:pPr>
            <w:r>
              <w:rPr>
                <w:rFonts w:ascii="Tinos" w:hAnsi="Tinos"/>
                <w:sz w:val="14"/>
              </w:rPr>
              <w:t>This reduces the demand that new people or situations impersonate the past.</w:t>
            </w:r>
          </w:p>
          <w:p>
            <w:pPr>
              <w:spacing w:after="26" w:line="240" w:lineRule="auto"/>
            </w:pPr>
            <w:r>
              <w:rPr>
                <w:rFonts w:ascii="Tinos" w:hAnsi="Tinos"/>
                <w:sz w:val="14"/>
              </w:rPr>
            </w:r>
          </w:p>
          <w:p>
            <w:pPr>
              <w:spacing w:after="26" w:line="240" w:lineRule="auto"/>
            </w:pPr>
            <w:r>
              <w:rPr>
                <w:rFonts w:ascii="Tinos" w:hAnsi="Tinos"/>
                <w:sz w:val="14"/>
              </w:rPr>
              <w:t>The new remains genuinely new.</w:t>
            </w:r>
          </w:p>
        </w:tc>
      </w:tr>
    </w:tbl>
    <w:p>
      <w:pPr>
        <w:spacing w:after="0"/>
      </w:pPr>
    </w:p>
    <w:p>
      <w:pPr>
        <w:pStyle w:val="Heading1"/>
      </w:pPr>
      <w:r>
        <w:t>15. Nostalgia as Relational Retrieval</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15. Nostalgia as Relational Retrieval</w:t>
            </w:r>
          </w:p>
          <w:p>
            <w:pPr>
              <w:spacing w:after="26" w:line="240" w:lineRule="auto"/>
            </w:pPr>
            <w:r>
              <w:rPr>
                <w:rFonts w:ascii="Tinos" w:hAnsi="Tinos"/>
                <w:sz w:val="14"/>
              </w:rPr>
            </w:r>
          </w:p>
          <w:p>
            <w:pPr>
              <w:spacing w:after="26" w:line="240" w:lineRule="auto"/>
            </w:pPr>
            <w:r>
              <w:rPr>
                <w:rFonts w:ascii="Tinos" w:hAnsi="Tinos"/>
                <w:sz w:val="14"/>
              </w:rPr>
              <w:t>Nostalgia provides access to meaningful prior configurations.</w:t>
            </w:r>
          </w:p>
          <w:p>
            <w:pPr>
              <w:spacing w:after="26" w:line="240" w:lineRule="auto"/>
            </w:pPr>
            <w:r>
              <w:rPr>
                <w:rFonts w:ascii="Tinos" w:hAnsi="Tinos"/>
                <w:sz w:val="14"/>
              </w:rPr>
            </w:r>
          </w:p>
          <w:p>
            <w:pPr>
              <w:spacing w:after="26" w:line="240" w:lineRule="auto"/>
            </w:pPr>
            <w:r>
              <w:rPr>
                <w:rFonts w:ascii="Tinos" w:hAnsi="Tinos"/>
                <w:sz w:val="14"/>
              </w:rPr>
              <w:t>Research increasingly characterises nostalgia as a socially connected, self-relevant, bittersweet emotion rather than merely a symptom of maladaptation.</w:t>
            </w:r>
          </w:p>
          <w:p>
            <w:pPr>
              <w:spacing w:after="26" w:line="240" w:lineRule="auto"/>
            </w:pPr>
            <w:r>
              <w:rPr>
                <w:rFonts w:ascii="Tinos" w:hAnsi="Tinos"/>
                <w:sz w:val="14"/>
              </w:rPr>
            </w:r>
          </w:p>
          <w:p>
            <w:pPr>
              <w:spacing w:after="26" w:line="240" w:lineRule="auto"/>
            </w:pPr>
            <w:r>
              <w:rPr>
                <w:rFonts w:ascii="Tinos" w:hAnsi="Tinos"/>
                <w:sz w:val="14"/>
              </w:rPr>
              <w:t>Zhou et al. (2008) found that loneliness could increase nostalgia and that nostalgia, in turn, increased perceived social support.</w:t>
            </w:r>
          </w:p>
          <w:p>
            <w:pPr>
              <w:spacing w:after="26" w:line="240" w:lineRule="auto"/>
            </w:pPr>
            <w:r>
              <w:rPr>
                <w:rFonts w:ascii="Tinos" w:hAnsi="Tinos"/>
                <w:sz w:val="14"/>
              </w:rPr>
            </w:r>
          </w:p>
          <w:p>
            <w:pPr>
              <w:spacing w:after="26" w:line="240" w:lineRule="auto"/>
            </w:pPr>
            <w:r>
              <w:rPr>
                <w:rFonts w:ascii="Tinos" w:hAnsi="Tinos"/>
                <w:sz w:val="14"/>
              </w:rPr>
              <w:t>Cross-cultural work by Hepper et al. (2024) found important nostalgic functions—including social connectedness, self-continuity, and meaning—across a large multinational sample, while also identifying cultural variation.</w:t>
            </w:r>
          </w:p>
          <w:p>
            <w:pPr>
              <w:spacing w:after="26" w:line="240" w:lineRule="auto"/>
            </w:pPr>
            <w:r>
              <w:rPr>
                <w:rFonts w:ascii="Tinos" w:hAnsi="Tinos"/>
                <w:sz w:val="14"/>
              </w:rPr>
            </w:r>
          </w:p>
          <w:p>
            <w:pPr>
              <w:spacing w:after="26" w:line="240" w:lineRule="auto"/>
            </w:pPr>
            <w:r>
              <w:rPr>
                <w:rFonts w:ascii="Tinos" w:hAnsi="Tinos"/>
                <w:sz w:val="14"/>
              </w:rPr>
              <w:t>More recently, Weingarten et al. (2026) conducted large meta-analytic tests of experimental nostalgia research. Their results supported the propositions that psychological threat can trigger nostalgia and that nostalgia can produce social, existential, motivational, consumption-related, moral, and well-being effects, with outcomes also depending on person-by-activity fit.</w:t>
            </w:r>
          </w:p>
          <w:p>
            <w:pPr>
              <w:spacing w:after="26" w:line="240" w:lineRule="auto"/>
            </w:pPr>
            <w:r>
              <w:rPr>
                <w:rFonts w:ascii="Tinos" w:hAnsi="Tinos"/>
                <w:sz w:val="14"/>
              </w:rPr>
            </w:r>
          </w:p>
          <w:p>
            <w:pPr>
              <w:spacing w:after="26" w:line="240" w:lineRule="auto"/>
            </w:pPr>
            <w:r>
              <w:rPr>
                <w:rFonts w:ascii="Tinos" w:hAnsi="Tinos"/>
                <w:sz w:val="14"/>
              </w:rPr>
              <w:t>Within MRRAF:</w:t>
            </w:r>
          </w:p>
          <w:p>
            <w:pPr>
              <w:spacing w:after="26" w:line="240" w:lineRule="auto"/>
            </w:pPr>
            <w:r>
              <w:rPr>
                <w:rFonts w:ascii="Tinos" w:hAnsi="Tinos"/>
                <w:sz w:val="14"/>
              </w:rPr>
            </w:r>
          </w:p>
          <w:p>
            <w:pPr>
              <w:spacing w:after="26" w:line="240" w:lineRule="auto"/>
            </w:pPr>
            <w:r>
              <w:rPr>
                <w:rFonts w:ascii="Tinos" w:hAnsi="Tinos"/>
                <w:sz w:val="14"/>
              </w:rPr>
              <w:t>Nostalgia can function as retrieval of a previously coherent relational configuration when the current configuration feels uncertain or depleted.</w:t>
            </w:r>
          </w:p>
          <w:p>
            <w:pPr>
              <w:spacing w:after="26" w:line="240" w:lineRule="auto"/>
            </w:pPr>
            <w:r>
              <w:rPr>
                <w:rFonts w:ascii="Tinos" w:hAnsi="Tinos"/>
                <w:sz w:val="14"/>
              </w:rPr>
            </w:r>
          </w:p>
          <w:p>
            <w:pPr>
              <w:spacing w:after="26" w:line="240" w:lineRule="auto"/>
            </w:pPr>
            <w:r>
              <w:rPr>
                <w:rFonts w:ascii="Tinos" w:hAnsi="Tinos"/>
                <w:sz w:val="14"/>
              </w:rPr>
              <w:t>A person cannot physically return to childhood by remembering it.</w:t>
            </w:r>
          </w:p>
          <w:p>
            <w:pPr>
              <w:spacing w:after="26" w:line="240" w:lineRule="auto"/>
            </w:pPr>
            <w:r>
              <w:rPr>
                <w:rFonts w:ascii="Tinos" w:hAnsi="Tinos"/>
                <w:sz w:val="14"/>
              </w:rPr>
            </w:r>
          </w:p>
          <w:p>
            <w:pPr>
              <w:spacing w:after="26" w:line="240" w:lineRule="auto"/>
            </w:pPr>
            <w:r>
              <w:rPr>
                <w:rFonts w:ascii="Tinos" w:hAnsi="Tinos"/>
                <w:sz w:val="14"/>
              </w:rPr>
              <w:t>But a memory can temporarily reactivate:</w:t>
            </w:r>
          </w:p>
          <w:p>
            <w:pPr>
              <w:spacing w:after="26" w:line="240" w:lineRule="auto"/>
            </w:pPr>
            <w:r>
              <w:rPr>
                <w:rFonts w:ascii="Tinos" w:hAnsi="Tinos"/>
                <w:sz w:val="14"/>
              </w:rPr>
            </w:r>
          </w:p>
          <w:p>
            <w:pPr>
              <w:spacing w:after="26" w:line="240" w:lineRule="auto"/>
            </w:pPr>
            <w:r>
              <w:rPr>
                <w:rFonts w:ascii="Tinos" w:hAnsi="Tinos"/>
                <w:sz w:val="14"/>
              </w:rPr>
              <w:t>- belonging,</w:t>
            </w:r>
          </w:p>
          <w:p>
            <w:pPr>
              <w:spacing w:after="26" w:line="240" w:lineRule="auto"/>
            </w:pPr>
            <w:r>
              <w:rPr>
                <w:rFonts w:ascii="Tinos" w:hAnsi="Tinos"/>
                <w:sz w:val="14"/>
              </w:rPr>
              <w:t>- familiarity,</w:t>
            </w:r>
          </w:p>
          <w:p>
            <w:pPr>
              <w:spacing w:after="26" w:line="240" w:lineRule="auto"/>
            </w:pPr>
            <w:r>
              <w:rPr>
                <w:rFonts w:ascii="Tinos" w:hAnsi="Tinos"/>
                <w:sz w:val="14"/>
              </w:rPr>
              <w:t>- relational security,</w:t>
            </w:r>
          </w:p>
          <w:p>
            <w:pPr>
              <w:spacing w:after="26" w:line="240" w:lineRule="auto"/>
            </w:pPr>
            <w:r>
              <w:rPr>
                <w:rFonts w:ascii="Tinos" w:hAnsi="Tinos"/>
                <w:sz w:val="14"/>
              </w:rPr>
              <w:t>- identity,</w:t>
            </w:r>
          </w:p>
          <w:p>
            <w:pPr>
              <w:spacing w:after="26" w:line="240" w:lineRule="auto"/>
            </w:pPr>
            <w:r>
              <w:rPr>
                <w:rFonts w:ascii="Tinos" w:hAnsi="Tinos"/>
                <w:sz w:val="14"/>
              </w:rPr>
              <w:t>- meaning,</w:t>
            </w:r>
          </w:p>
          <w:p>
            <w:pPr>
              <w:spacing w:after="26" w:line="240" w:lineRule="auto"/>
            </w:pPr>
            <w:r>
              <w:rPr>
                <w:rFonts w:ascii="Tinos" w:hAnsi="Tinos"/>
                <w:sz w:val="14"/>
              </w:rPr>
              <w:t>- or perceived continuity.</w:t>
            </w:r>
          </w:p>
          <w:p>
            <w:pPr>
              <w:spacing w:after="26" w:line="240" w:lineRule="auto"/>
            </w:pPr>
            <w:r>
              <w:rPr>
                <w:rFonts w:ascii="Tinos" w:hAnsi="Tinos"/>
                <w:sz w:val="14"/>
              </w:rPr>
            </w:r>
          </w:p>
          <w:p>
            <w:pPr>
              <w:spacing w:after="26" w:line="240" w:lineRule="auto"/>
            </w:pPr>
            <w:r>
              <w:rPr>
                <w:rFonts w:ascii="Tinos" w:hAnsi="Tinos"/>
                <w:sz w:val="14"/>
              </w:rPr>
              <w:t>In that limited sense:</w:t>
            </w:r>
          </w:p>
          <w:p>
            <w:pPr>
              <w:spacing w:after="26" w:line="240" w:lineRule="auto"/>
            </w:pPr>
            <w:r>
              <w:rPr>
                <w:rFonts w:ascii="Tinos" w:hAnsi="Tinos"/>
                <w:sz w:val="14"/>
              </w:rPr>
            </w:r>
          </w:p>
          <w:p>
            <w:pPr>
              <w:spacing w:after="26" w:line="240" w:lineRule="auto"/>
            </w:pPr>
            <w:r>
              <w:rPr>
                <w:rFonts w:ascii="Tinos" w:hAnsi="Tinos"/>
                <w:sz w:val="14"/>
              </w:rPr>
              <w:t>Nostalgia may borrow regulatory stability from remembered experience.</w:t>
            </w:r>
          </w:p>
        </w:tc>
        <w:tc>
          <w:tcPr>
            <w:tcW w:type="dxa" w:w="7913"/>
            <w:tcMar>
              <w:top w:w="55" w:type="dxa"/>
              <w:start w:w="70" w:type="dxa"/>
              <w:bottom w:w="55" w:type="dxa"/>
              <w:end w:w="70" w:type="dxa"/>
            </w:tcMar>
            <w:vAlign w:val="top"/>
          </w:tcPr>
          <w:p>
            <w:pPr>
              <w:spacing w:after="26" w:line="240" w:lineRule="auto"/>
            </w:pPr>
            <w:r/>
            <w:r>
              <w:rPr>
                <w:rFonts w:ascii="Tinos" w:hAnsi="Tinos"/>
                <w:sz w:val="14"/>
              </w:rPr>
              <w:t>15. Nostalgia as Relational Retrieval</w:t>
            </w:r>
          </w:p>
          <w:p>
            <w:pPr>
              <w:spacing w:after="26" w:line="240" w:lineRule="auto"/>
            </w:pPr>
            <w:r>
              <w:rPr>
                <w:rFonts w:ascii="Tinos" w:hAnsi="Tinos"/>
                <w:sz w:val="14"/>
              </w:rPr>
            </w:r>
          </w:p>
          <w:p>
            <w:pPr>
              <w:spacing w:after="26" w:line="240" w:lineRule="auto"/>
            </w:pPr>
            <w:r>
              <w:rPr>
                <w:rFonts w:ascii="Tinos" w:hAnsi="Tinos"/>
                <w:sz w:val="14"/>
              </w:rPr>
              <w:t>Nostalgia provides access to meaningful prior configurations.</w:t>
            </w:r>
          </w:p>
          <w:p>
            <w:pPr>
              <w:spacing w:after="26" w:line="240" w:lineRule="auto"/>
            </w:pPr>
            <w:r>
              <w:rPr>
                <w:rFonts w:ascii="Tinos" w:hAnsi="Tinos"/>
                <w:sz w:val="14"/>
              </w:rPr>
            </w:r>
          </w:p>
          <w:p>
            <w:pPr>
              <w:spacing w:after="26" w:line="240" w:lineRule="auto"/>
            </w:pPr>
            <w:r>
              <w:rPr>
                <w:rFonts w:ascii="Tinos" w:hAnsi="Tinos"/>
                <w:sz w:val="14"/>
              </w:rPr>
              <w:t>Research increasingly characterises nostalgia as a socially connected, self-relevant, bittersweet emotion rather than merely a symptom of maladaptation.</w:t>
            </w:r>
          </w:p>
          <w:p>
            <w:pPr>
              <w:spacing w:after="26" w:line="240" w:lineRule="auto"/>
            </w:pPr>
            <w:r>
              <w:rPr>
                <w:rFonts w:ascii="Tinos" w:hAnsi="Tinos"/>
                <w:sz w:val="14"/>
              </w:rPr>
            </w:r>
          </w:p>
          <w:p>
            <w:pPr>
              <w:spacing w:after="26" w:line="240" w:lineRule="auto"/>
            </w:pPr>
            <w:r>
              <w:rPr>
                <w:rFonts w:ascii="Tinos" w:hAnsi="Tinos"/>
                <w:sz w:val="14"/>
              </w:rPr>
              <w:t>Zhou et al. (2008) found that loneliness could increase nostalgia and that nostalgia, in turn, increased perceived social support.</w:t>
            </w:r>
          </w:p>
          <w:p>
            <w:pPr>
              <w:spacing w:after="26" w:line="240" w:lineRule="auto"/>
            </w:pPr>
            <w:r>
              <w:rPr>
                <w:rFonts w:ascii="Tinos" w:hAnsi="Tinos"/>
                <w:sz w:val="14"/>
              </w:rPr>
            </w:r>
          </w:p>
          <w:p>
            <w:pPr>
              <w:spacing w:after="26" w:line="240" w:lineRule="auto"/>
            </w:pPr>
            <w:r>
              <w:rPr>
                <w:rFonts w:ascii="Tinos" w:hAnsi="Tinos"/>
                <w:sz w:val="14"/>
              </w:rPr>
              <w:t>Cross-cultural work by Hepper et al. (2024) found important nostalgic functions—including social connectedness, self-continuity, and meaning—across a large multinational sample, while also identifying cultural variation.</w:t>
            </w:r>
          </w:p>
          <w:p>
            <w:pPr>
              <w:spacing w:after="26" w:line="240" w:lineRule="auto"/>
            </w:pPr>
            <w:r>
              <w:rPr>
                <w:rFonts w:ascii="Tinos" w:hAnsi="Tinos"/>
                <w:sz w:val="14"/>
              </w:rPr>
            </w:r>
          </w:p>
          <w:p>
            <w:pPr>
              <w:spacing w:after="26" w:line="240" w:lineRule="auto"/>
            </w:pPr>
            <w:r>
              <w:rPr>
                <w:rFonts w:ascii="Tinos" w:hAnsi="Tinos"/>
                <w:sz w:val="14"/>
              </w:rPr>
              <w:t>More recently, Weingarten et al. (2026) conducted large meta-analytic tests of experimental nostalgia research. Their results supported the propositions that psychological threat can trigger nostalgia and that nostalgia can produce social, existential, motivational, consumption-related, moral, and well-being effects, with outcomes also depending on person-by-activity fit.</w:t>
            </w:r>
          </w:p>
          <w:p>
            <w:pPr>
              <w:spacing w:after="26" w:line="240" w:lineRule="auto"/>
            </w:pPr>
            <w:r>
              <w:rPr>
                <w:rFonts w:ascii="Tinos" w:hAnsi="Tinos"/>
                <w:sz w:val="14"/>
              </w:rPr>
            </w:r>
          </w:p>
          <w:p>
            <w:pPr>
              <w:spacing w:after="26" w:line="240" w:lineRule="auto"/>
            </w:pPr>
            <w:r>
              <w:rPr>
                <w:rFonts w:ascii="Tinos" w:hAnsi="Tinos"/>
                <w:sz w:val="14"/>
              </w:rPr>
              <w:t>Within MRRAF:</w:t>
            </w:r>
          </w:p>
          <w:p>
            <w:pPr>
              <w:spacing w:after="26" w:line="240" w:lineRule="auto"/>
            </w:pPr>
            <w:r>
              <w:rPr>
                <w:rFonts w:ascii="Tinos" w:hAnsi="Tinos"/>
                <w:sz w:val="14"/>
              </w:rPr>
            </w:r>
          </w:p>
          <w:p>
            <w:pPr>
              <w:spacing w:after="26" w:line="240" w:lineRule="auto"/>
            </w:pPr>
            <w:r>
              <w:rPr>
                <w:rFonts w:ascii="Tinos" w:hAnsi="Tinos"/>
                <w:sz w:val="14"/>
              </w:rPr>
              <w:t>Nostalgia can function as retrieval of a previously coherent relational configuration when the current configuration feels uncertain or depleted.</w:t>
            </w:r>
          </w:p>
          <w:p>
            <w:pPr>
              <w:spacing w:after="26" w:line="240" w:lineRule="auto"/>
            </w:pPr>
            <w:r>
              <w:rPr>
                <w:rFonts w:ascii="Tinos" w:hAnsi="Tinos"/>
                <w:sz w:val="14"/>
              </w:rPr>
            </w:r>
          </w:p>
          <w:p>
            <w:pPr>
              <w:spacing w:after="26" w:line="240" w:lineRule="auto"/>
            </w:pPr>
            <w:r>
              <w:rPr>
                <w:rFonts w:ascii="Tinos" w:hAnsi="Tinos"/>
                <w:sz w:val="14"/>
              </w:rPr>
              <w:t>A person cannot physically return to childhood by remembering it. But a memory can temporarily reactivate:</w:t>
            </w:r>
          </w:p>
          <w:p>
            <w:pPr>
              <w:spacing w:after="26" w:line="240" w:lineRule="auto"/>
            </w:pPr>
            <w:r>
              <w:rPr>
                <w:rFonts w:ascii="Tinos" w:hAnsi="Tinos"/>
                <w:sz w:val="14"/>
              </w:rPr>
            </w:r>
          </w:p>
          <w:p>
            <w:pPr>
              <w:spacing w:after="26" w:line="240" w:lineRule="auto"/>
            </w:pPr>
            <w:r>
              <w:rPr>
                <w:rFonts w:ascii="Tinos" w:hAnsi="Tinos"/>
                <w:sz w:val="14"/>
              </w:rPr>
              <w:t>- belonging,</w:t>
            </w:r>
          </w:p>
          <w:p>
            <w:pPr>
              <w:spacing w:after="26" w:line="240" w:lineRule="auto"/>
            </w:pPr>
            <w:r>
              <w:rPr>
                <w:rFonts w:ascii="Tinos" w:hAnsi="Tinos"/>
                <w:sz w:val="14"/>
              </w:rPr>
              <w:t>- familiarity,</w:t>
            </w:r>
          </w:p>
          <w:p>
            <w:pPr>
              <w:spacing w:after="26" w:line="240" w:lineRule="auto"/>
            </w:pPr>
            <w:r>
              <w:rPr>
                <w:rFonts w:ascii="Tinos" w:hAnsi="Tinos"/>
                <w:sz w:val="14"/>
              </w:rPr>
              <w:t>- relational security,</w:t>
            </w:r>
          </w:p>
          <w:p>
            <w:pPr>
              <w:spacing w:after="26" w:line="240" w:lineRule="auto"/>
            </w:pPr>
            <w:r>
              <w:rPr>
                <w:rFonts w:ascii="Tinos" w:hAnsi="Tinos"/>
                <w:sz w:val="14"/>
              </w:rPr>
              <w:t>- identity,</w:t>
            </w:r>
          </w:p>
          <w:p>
            <w:pPr>
              <w:spacing w:after="26" w:line="240" w:lineRule="auto"/>
            </w:pPr>
            <w:r>
              <w:rPr>
                <w:rFonts w:ascii="Tinos" w:hAnsi="Tinos"/>
                <w:sz w:val="14"/>
              </w:rPr>
              <w:t>- meaning,</w:t>
            </w:r>
          </w:p>
          <w:p>
            <w:pPr>
              <w:spacing w:after="26" w:line="240" w:lineRule="auto"/>
            </w:pPr>
            <w:r>
              <w:rPr>
                <w:rFonts w:ascii="Tinos" w:hAnsi="Tinos"/>
                <w:sz w:val="14"/>
              </w:rPr>
              <w:t>- or perceived continuity.</w:t>
            </w:r>
          </w:p>
          <w:p>
            <w:pPr>
              <w:spacing w:after="26" w:line="240" w:lineRule="auto"/>
            </w:pPr>
            <w:r>
              <w:rPr>
                <w:rFonts w:ascii="Tinos" w:hAnsi="Tinos"/>
                <w:sz w:val="14"/>
              </w:rPr>
            </w:r>
          </w:p>
          <w:p>
            <w:pPr>
              <w:spacing w:after="26" w:line="240" w:lineRule="auto"/>
            </w:pPr>
            <w:r>
              <w:rPr>
                <w:rFonts w:ascii="Tinos" w:hAnsi="Tinos"/>
                <w:sz w:val="14"/>
              </w:rPr>
              <w:t>In that limited sense:</w:t>
            </w:r>
          </w:p>
          <w:p>
            <w:pPr>
              <w:spacing w:after="26" w:line="240" w:lineRule="auto"/>
            </w:pPr>
            <w:r>
              <w:rPr>
                <w:rFonts w:ascii="Tinos" w:hAnsi="Tinos"/>
                <w:sz w:val="14"/>
              </w:rPr>
            </w:r>
          </w:p>
          <w:p>
            <w:pPr>
              <w:spacing w:after="26" w:line="240" w:lineRule="auto"/>
            </w:pPr>
            <w:r>
              <w:rPr>
                <w:rFonts w:ascii="Tinos" w:hAnsi="Tinos"/>
                <w:sz w:val="14"/>
              </w:rPr>
              <w:t>Nostalgia may borrow regulatory stability from remembered experience.</w:t>
            </w:r>
          </w:p>
          <w:p>
            <w:pPr>
              <w:spacing w:after="26" w:line="240" w:lineRule="auto"/>
            </w:pPr>
            <w:r>
              <w:rPr>
                <w:rFonts w:ascii="Tinos" w:hAnsi="Tinos"/>
                <w:sz w:val="14"/>
              </w:rPr>
            </w:r>
          </w:p>
          <w:p>
            <w:pPr>
              <w:spacing w:after="26" w:line="240" w:lineRule="auto"/>
            </w:pPr>
            <w:r>
              <w:rPr>
                <w:rFonts w:ascii="Tinos" w:hAnsi="Tinos"/>
                <w:sz w:val="14"/>
              </w:rPr>
              <w:t>LOVE-0's LISTEN stage treats nostalgia as a message worth hearing: What did this memory contain that mattered? Its OPEN stage asks what the memory omits or idealises. VERIFY compares the remembered meaning with present evidence and checks whether another person or seller is attaching an action to the feeling. EXPRESS seeks a response that honours the value without unnecessarily surrendering freedom, money, or the new reality. LEARN observes whether the response actually increases functioning and connection.</w:t>
            </w:r>
          </w:p>
        </w:tc>
      </w:tr>
    </w:tbl>
    <w:p>
      <w:pPr>
        <w:spacing w:after="0"/>
      </w:pPr>
    </w:p>
    <w:p>
      <w:pPr>
        <w:pStyle w:val="Heading1"/>
      </w:pPr>
      <w:r>
        <w:t>16. The Double Edge of Nostalgia</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16. The Double Edge of Nostalgia</w:t>
            </w:r>
          </w:p>
          <w:p>
            <w:pPr>
              <w:spacing w:after="26" w:line="240" w:lineRule="auto"/>
            </w:pPr>
            <w:r>
              <w:rPr>
                <w:rFonts w:ascii="Tinos" w:hAnsi="Tinos"/>
                <w:sz w:val="14"/>
              </w:rPr>
            </w:r>
          </w:p>
          <w:p>
            <w:pPr>
              <w:spacing w:after="26" w:line="240" w:lineRule="auto"/>
            </w:pPr>
            <w:r>
              <w:rPr>
                <w:rFonts w:ascii="Tinos" w:hAnsi="Tinos"/>
                <w:sz w:val="14"/>
              </w:rPr>
              <w:t>Nostalgia is therefore not classified by MRRAF as either good or bad.</w:t>
            </w:r>
          </w:p>
          <w:p>
            <w:pPr>
              <w:spacing w:after="26" w:line="240" w:lineRule="auto"/>
            </w:pPr>
            <w:r>
              <w:rPr>
                <w:rFonts w:ascii="Tinos" w:hAnsi="Tinos"/>
                <w:sz w:val="14"/>
              </w:rPr>
            </w:r>
          </w:p>
          <w:p>
            <w:pPr>
              <w:spacing w:after="26" w:line="240" w:lineRule="auto"/>
            </w:pPr>
            <w:r>
              <w:rPr>
                <w:rFonts w:ascii="Tinos" w:hAnsi="Tinos"/>
                <w:sz w:val="14"/>
              </w:rPr>
              <w:t>Its consequences depend on how it interacts with present adaptation.</w:t>
            </w:r>
          </w:p>
          <w:p>
            <w:pPr>
              <w:spacing w:after="26" w:line="240" w:lineRule="auto"/>
            </w:pPr>
            <w:r>
              <w:rPr>
                <w:rFonts w:ascii="Tinos" w:hAnsi="Tinos"/>
                <w:sz w:val="14"/>
              </w:rPr>
            </w:r>
          </w:p>
          <w:p>
            <w:pPr>
              <w:spacing w:after="26" w:line="240" w:lineRule="auto"/>
            </w:pPr>
            <w:r>
              <w:rPr>
                <w:rFonts w:ascii="Tinos" w:hAnsi="Tinos"/>
                <w:b/>
                <w:sz w:val="14"/>
              </w:rPr>
              <w:t>Figure 2. The Nostalgia Branch</w:t>
            </w:r>
          </w:p>
          <w:p>
            <w:pPr>
              <w:spacing w:after="26" w:line="240" w:lineRule="auto"/>
            </w:pPr>
            <w:r>
              <w:rPr>
                <w:rFonts w:ascii="Tinos" w:hAnsi="Tinos"/>
                <w:sz w:val="14"/>
              </w:rPr>
            </w:r>
          </w:p>
          <w:p>
            <w:pPr>
              <w:spacing w:after="26" w:line="240" w:lineRule="auto"/>
            </w:pPr>
            <w:r>
              <w:rPr>
                <w:rFonts w:ascii="Tinos" w:hAnsi="Tinos"/>
                <w:sz w:val="14"/>
              </w:rPr>
              <w:t>```</w:t>
            </w:r>
          </w:p>
          <w:p>
            <w:pPr>
              <w:spacing w:after="26" w:line="240" w:lineRule="auto"/>
            </w:pPr>
            <w:r>
              <w:rPr>
                <w:rFonts w:ascii="Tinos" w:hAnsi="Tinos"/>
                <w:sz w:val="14"/>
              </w:rPr>
              <w:t>Loss / uncertainty / loneliness / threat</w:t>
            </w:r>
          </w:p>
          <w:p>
            <w:pPr>
              <w:spacing w:after="26" w:line="240" w:lineRule="auto"/>
            </w:pPr>
            <w:r>
              <w:rPr>
                <w:rFonts w:ascii="Tinos" w:hAnsi="Tinos"/>
                <w:sz w:val="14"/>
              </w:rPr>
              <w:t xml:space="preserve">                    |</w:t>
            </w:r>
          </w:p>
          <w:p>
            <w:pPr>
              <w:spacing w:after="26" w:line="240" w:lineRule="auto"/>
            </w:pPr>
            <w:r>
              <w:rPr>
                <w:rFonts w:ascii="Tinos" w:hAnsi="Tinos"/>
                <w:sz w:val="14"/>
              </w:rPr>
              <w:t xml:space="preserve">             Nostalgic retrieval</w:t>
            </w:r>
          </w:p>
          <w:p>
            <w:pPr>
              <w:spacing w:after="26" w:line="240" w:lineRule="auto"/>
            </w:pPr>
            <w:r>
              <w:rPr>
                <w:rFonts w:ascii="Tinos" w:hAnsi="Tinos"/>
                <w:sz w:val="14"/>
              </w:rPr>
              <w:t xml:space="preserve">              /             \</w:t>
            </w:r>
          </w:p>
          <w:p>
            <w:pPr>
              <w:spacing w:after="26" w:line="240" w:lineRule="auto"/>
            </w:pPr>
            <w:r>
              <w:rPr>
                <w:rFonts w:ascii="Tinos" w:hAnsi="Tinos"/>
                <w:sz w:val="14"/>
              </w:rPr>
              <w:t xml:space="preserve">     Integrative route     Constraining route</w:t>
            </w:r>
          </w:p>
          <w:p>
            <w:pPr>
              <w:spacing w:after="26" w:line="240" w:lineRule="auto"/>
            </w:pPr>
            <w:r>
              <w:rPr>
                <w:rFonts w:ascii="Tinos" w:hAnsi="Tinos"/>
                <w:sz w:val="14"/>
              </w:rPr>
              <w:t xml:space="preserve">       “This mattered.”     “This must return exactly.”</w:t>
            </w:r>
          </w:p>
          <w:p>
            <w:pPr>
              <w:spacing w:after="26" w:line="240" w:lineRule="auto"/>
            </w:pPr>
            <w:r>
              <w:rPr>
                <w:rFonts w:ascii="Tinos" w:hAnsi="Tinos"/>
                <w:sz w:val="14"/>
              </w:rPr>
              <w:t xml:space="preserve">              |                    |</w:t>
            </w:r>
          </w:p>
          <w:p>
            <w:pPr>
              <w:spacing w:after="26" w:line="240" w:lineRule="auto"/>
            </w:pPr>
            <w:r>
              <w:rPr>
                <w:rFonts w:ascii="Tinos" w:hAnsi="Tinos"/>
                <w:sz w:val="14"/>
              </w:rPr>
              <w:t xml:space="preserve">     Meaning and continuity     Idealisation / comparison</w:t>
            </w:r>
          </w:p>
          <w:p>
            <w:pPr>
              <w:spacing w:after="26" w:line="240" w:lineRule="auto"/>
            </w:pPr>
            <w:r>
              <w:rPr>
                <w:rFonts w:ascii="Tinos" w:hAnsi="Tinos"/>
                <w:sz w:val="14"/>
              </w:rPr>
              <w:t xml:space="preserve">              |                    |</w:t>
            </w:r>
          </w:p>
          <w:p>
            <w:pPr>
              <w:spacing w:after="26" w:line="240" w:lineRule="auto"/>
            </w:pPr>
            <w:r>
              <w:rPr>
                <w:rFonts w:ascii="Tinos" w:hAnsi="Tinos"/>
                <w:sz w:val="14"/>
              </w:rPr>
              <w:t>Recognition of valued qualities  Repetitive searching</w:t>
            </w:r>
          </w:p>
          <w:p>
            <w:pPr>
              <w:spacing w:after="26" w:line="240" w:lineRule="auto"/>
            </w:pPr>
            <w:r>
              <w:rPr>
                <w:rFonts w:ascii="Tinos" w:hAnsi="Tinos"/>
                <w:sz w:val="14"/>
              </w:rPr>
              <w:t xml:space="preserve">              |                    |</w:t>
            </w:r>
          </w:p>
          <w:p>
            <w:pPr>
              <w:spacing w:after="26" w:line="240" w:lineRule="auto"/>
            </w:pPr>
            <w:r>
              <w:rPr>
                <w:rFonts w:ascii="Tinos" w:hAnsi="Tinos"/>
                <w:sz w:val="14"/>
              </w:rPr>
              <w:t xml:space="preserve"> New relational possibilities  Present judged against reconstructed past</w:t>
            </w:r>
          </w:p>
          <w:p>
            <w:pPr>
              <w:spacing w:after="26" w:line="240" w:lineRule="auto"/>
            </w:pPr>
            <w:r>
              <w:rPr>
                <w:rFonts w:ascii="Tinos" w:hAnsi="Tinos"/>
                <w:sz w:val="14"/>
              </w:rPr>
              <w:t xml:space="preserve">              |                    |</w:t>
            </w:r>
          </w:p>
          <w:p>
            <w:pPr>
              <w:spacing w:after="26" w:line="240" w:lineRule="auto"/>
            </w:pPr>
            <w:r>
              <w:rPr>
                <w:rFonts w:ascii="Tinos" w:hAnsi="Tinos"/>
                <w:sz w:val="14"/>
              </w:rPr>
              <w:t xml:space="preserve">          Adaptation          Potential rumination / vulnerability</w:t>
            </w:r>
          </w:p>
          <w:p>
            <w:pPr>
              <w:spacing w:after="26" w:line="240" w:lineRule="auto"/>
            </w:pPr>
            <w:r>
              <w:rPr>
                <w:rFonts w:ascii="Tinos" w:hAnsi="Tinos"/>
                <w:sz w:val="14"/>
              </w:rPr>
              <w:t>```</w:t>
            </w:r>
          </w:p>
          <w:p>
            <w:pPr>
              <w:spacing w:after="26" w:line="240" w:lineRule="auto"/>
            </w:pPr>
            <w:r>
              <w:rPr>
                <w:rFonts w:ascii="Tinos" w:hAnsi="Tinos"/>
                <w:sz w:val="14"/>
              </w:rPr>
            </w:r>
          </w:p>
          <w:p>
            <w:pPr>
              <w:spacing w:after="26" w:line="240" w:lineRule="auto"/>
            </w:pPr>
            <w:r>
              <w:rPr>
                <w:rFonts w:ascii="Tinos" w:hAnsi="Tinos"/>
                <w:sz w:val="14"/>
              </w:rPr>
              <w:t>Research supports caution concerning the second route.</w:t>
            </w:r>
          </w:p>
          <w:p>
            <w:pPr>
              <w:spacing w:after="26" w:line="240" w:lineRule="auto"/>
            </w:pPr>
            <w:r>
              <w:rPr>
                <w:rFonts w:ascii="Tinos" w:hAnsi="Tinos"/>
                <w:sz w:val="14"/>
              </w:rPr>
            </w:r>
          </w:p>
          <w:p>
            <w:pPr>
              <w:spacing w:after="26" w:line="240" w:lineRule="auto"/>
            </w:pPr>
            <w:r>
              <w:rPr>
                <w:rFonts w:ascii="Tinos" w:hAnsi="Tinos"/>
                <w:sz w:val="14"/>
              </w:rPr>
              <w:t>Garrido (2018), studying nostalgia and coping, found that rumination predicted more negative outcomes from nostalgic musical experiences.</w:t>
            </w:r>
          </w:p>
          <w:p>
            <w:pPr>
              <w:spacing w:after="26" w:line="240" w:lineRule="auto"/>
            </w:pPr>
            <w:r>
              <w:rPr>
                <w:rFonts w:ascii="Tinos" w:hAnsi="Tinos"/>
                <w:sz w:val="14"/>
              </w:rPr>
            </w:r>
          </w:p>
          <w:p>
            <w:pPr>
              <w:spacing w:after="26" w:line="240" w:lineRule="auto"/>
            </w:pPr>
            <w:r>
              <w:rPr>
                <w:rFonts w:ascii="Tinos" w:hAnsi="Tinos"/>
                <w:sz w:val="14"/>
              </w:rPr>
              <w:t>Memory is reconstructive.</w:t>
            </w:r>
          </w:p>
          <w:p>
            <w:pPr>
              <w:spacing w:after="26" w:line="240" w:lineRule="auto"/>
            </w:pPr>
            <w:r>
              <w:rPr>
                <w:rFonts w:ascii="Tinos" w:hAnsi="Tinos"/>
                <w:sz w:val="14"/>
              </w:rPr>
            </w:r>
          </w:p>
          <w:p>
            <w:pPr>
              <w:spacing w:after="26" w:line="240" w:lineRule="auto"/>
            </w:pPr>
            <w:r>
              <w:rPr>
                <w:rFonts w:ascii="Tinos" w:hAnsi="Tinos"/>
                <w:sz w:val="14"/>
              </w:rPr>
              <w:t>It does not necessarily restore every inconvenience, conflict, fear, uncertainty, or ordinary detail of the previous period with equal emotional weighting.</w:t>
            </w:r>
          </w:p>
          <w:p>
            <w:pPr>
              <w:spacing w:after="26" w:line="240" w:lineRule="auto"/>
            </w:pPr>
            <w:r>
              <w:rPr>
                <w:rFonts w:ascii="Tinos" w:hAnsi="Tinos"/>
                <w:sz w:val="14"/>
              </w:rPr>
            </w:r>
          </w:p>
          <w:p>
            <w:pPr>
              <w:spacing w:after="26" w:line="240" w:lineRule="auto"/>
            </w:pPr>
            <w:r>
              <w:rPr>
                <w:rFonts w:ascii="Tinos" w:hAnsi="Tinos"/>
                <w:sz w:val="14"/>
              </w:rPr>
              <w:t>This can create an asymmetric comparison:</w:t>
            </w:r>
          </w:p>
          <w:p>
            <w:pPr>
              <w:spacing w:after="26" w:line="240" w:lineRule="auto"/>
            </w:pPr>
            <w:r>
              <w:rPr>
                <w:rFonts w:ascii="Tinos" w:hAnsi="Tinos"/>
                <w:sz w:val="14"/>
              </w:rPr>
            </w:r>
          </w:p>
          <w:p>
            <w:pPr>
              <w:spacing w:after="26" w:line="240" w:lineRule="auto"/>
            </w:pPr>
            <w:r>
              <w:rPr>
                <w:rFonts w:ascii="Tinos" w:hAnsi="Tinos"/>
                <w:sz w:val="14"/>
              </w:rPr>
              <w:t>selected emotionally meaningful features of the past</w:t>
            </w:r>
          </w:p>
          <w:p>
            <w:pPr>
              <w:spacing w:after="26" w:line="240" w:lineRule="auto"/>
            </w:pPr>
            <w:r>
              <w:rPr>
                <w:rFonts w:ascii="Tinos" w:hAnsi="Tinos"/>
                <w:sz w:val="14"/>
              </w:rPr>
            </w:r>
          </w:p>
          <w:p>
            <w:pPr>
              <w:spacing w:after="26" w:line="240" w:lineRule="auto"/>
            </w:pPr>
            <w:r>
              <w:rPr>
                <w:rFonts w:ascii="Tinos" w:hAnsi="Tinos"/>
                <w:sz w:val="14"/>
              </w:rPr>
              <w:t>versus</w:t>
            </w:r>
          </w:p>
          <w:p>
            <w:pPr>
              <w:spacing w:after="26" w:line="240" w:lineRule="auto"/>
            </w:pPr>
            <w:r>
              <w:rPr>
                <w:rFonts w:ascii="Tinos" w:hAnsi="Tinos"/>
                <w:sz w:val="14"/>
              </w:rPr>
            </w:r>
          </w:p>
          <w:p>
            <w:pPr>
              <w:spacing w:after="26" w:line="240" w:lineRule="auto"/>
            </w:pPr>
            <w:r>
              <w:rPr>
                <w:rFonts w:ascii="Tinos" w:hAnsi="Tinos"/>
                <w:sz w:val="14"/>
              </w:rPr>
              <w:t>the complete complexity of the present.</w:t>
            </w:r>
          </w:p>
          <w:p>
            <w:pPr>
              <w:spacing w:after="26" w:line="240" w:lineRule="auto"/>
            </w:pPr>
            <w:r>
              <w:rPr>
                <w:rFonts w:ascii="Tinos" w:hAnsi="Tinos"/>
                <w:sz w:val="14"/>
              </w:rPr>
            </w:r>
          </w:p>
          <w:p>
            <w:pPr>
              <w:spacing w:after="26" w:line="240" w:lineRule="auto"/>
            </w:pPr>
            <w:r>
              <w:rPr>
                <w:rFonts w:ascii="Tinos" w:hAnsi="Tinos"/>
                <w:sz w:val="14"/>
              </w:rPr>
              <w:t>The present is then being evaluated against a compressed reconstruction.</w:t>
            </w:r>
          </w:p>
          <w:p>
            <w:pPr>
              <w:spacing w:after="26" w:line="240" w:lineRule="auto"/>
            </w:pPr>
            <w:r>
              <w:rPr>
                <w:rFonts w:ascii="Tinos" w:hAnsi="Tinos"/>
                <w:sz w:val="14"/>
              </w:rPr>
            </w:r>
          </w:p>
          <w:p>
            <w:pPr>
              <w:spacing w:after="26" w:line="240" w:lineRule="auto"/>
            </w:pPr>
            <w:r>
              <w:rPr>
                <w:rFonts w:ascii="Tinos" w:hAnsi="Tinos"/>
                <w:sz w:val="14"/>
              </w:rPr>
              <w:t>That is not a fair comparison.</w:t>
            </w:r>
          </w:p>
        </w:tc>
        <w:tc>
          <w:tcPr>
            <w:tcW w:type="dxa" w:w="7913"/>
            <w:tcMar>
              <w:top w:w="55" w:type="dxa"/>
              <w:start w:w="70" w:type="dxa"/>
              <w:bottom w:w="55" w:type="dxa"/>
              <w:end w:w="70" w:type="dxa"/>
            </w:tcMar>
            <w:vAlign w:val="top"/>
          </w:tcPr>
          <w:p>
            <w:pPr>
              <w:spacing w:after="26" w:line="240" w:lineRule="auto"/>
            </w:pPr>
            <w:r/>
            <w:r>
              <w:rPr>
                <w:rFonts w:ascii="Tinos" w:hAnsi="Tinos"/>
                <w:sz w:val="14"/>
              </w:rPr>
              <w:t>16. The Double Edge of Nostalgia</w:t>
            </w:r>
          </w:p>
          <w:p>
            <w:pPr>
              <w:spacing w:after="26" w:line="240" w:lineRule="auto"/>
            </w:pPr>
            <w:r>
              <w:rPr>
                <w:rFonts w:ascii="Tinos" w:hAnsi="Tinos"/>
                <w:sz w:val="14"/>
              </w:rPr>
            </w:r>
          </w:p>
          <w:p>
            <w:pPr>
              <w:spacing w:after="26" w:line="240" w:lineRule="auto"/>
            </w:pPr>
            <w:r>
              <w:rPr>
                <w:rFonts w:ascii="Tinos" w:hAnsi="Tinos"/>
                <w:sz w:val="14"/>
              </w:rPr>
              <w:t>Nostalgia is therefore not classified by MRRAF as either good or bad.</w:t>
            </w:r>
          </w:p>
          <w:p>
            <w:pPr>
              <w:spacing w:after="26" w:line="240" w:lineRule="auto"/>
            </w:pPr>
            <w:r>
              <w:rPr>
                <w:rFonts w:ascii="Tinos" w:hAnsi="Tinos"/>
                <w:sz w:val="14"/>
              </w:rPr>
            </w:r>
          </w:p>
          <w:p>
            <w:pPr>
              <w:spacing w:after="26" w:line="240" w:lineRule="auto"/>
            </w:pPr>
            <w:r>
              <w:rPr>
                <w:rFonts w:ascii="Tinos" w:hAnsi="Tinos"/>
                <w:sz w:val="14"/>
              </w:rPr>
              <w:t>Its consequences depend on how it interacts with present adaptation.</w:t>
            </w:r>
          </w:p>
          <w:p>
            <w:pPr>
              <w:spacing w:after="26" w:line="240" w:lineRule="auto"/>
            </w:pPr>
            <w:r>
              <w:rPr>
                <w:rFonts w:ascii="Tinos" w:hAnsi="Tinos"/>
                <w:sz w:val="14"/>
              </w:rPr>
            </w:r>
          </w:p>
          <w:p>
            <w:pPr>
              <w:spacing w:after="26" w:line="240" w:lineRule="auto"/>
            </w:pPr>
            <w:r>
              <w:rPr>
                <w:rFonts w:ascii="Tinos" w:hAnsi="Tinos"/>
                <w:b/>
                <w:sz w:val="14"/>
              </w:rPr>
              <w:t>Figure 2. The Nostalgia Branch - LOVE-0 Processed</w:t>
            </w:r>
          </w:p>
          <w:p>
            <w:pPr>
              <w:spacing w:after="26" w:line="240" w:lineRule="auto"/>
            </w:pPr>
            <w:r>
              <w:rPr>
                <w:rFonts w:ascii="Tinos" w:hAnsi="Tinos"/>
                <w:sz w:val="14"/>
              </w:rPr>
            </w:r>
          </w:p>
          <w:p>
            <w:pPr>
              <w:spacing w:after="26" w:line="240" w:lineRule="auto"/>
            </w:pPr>
            <w:r>
              <w:rPr>
                <w:rFonts w:ascii="Tinos" w:hAnsi="Tinos"/>
                <w:sz w:val="14"/>
              </w:rPr>
              <w:t>```</w:t>
            </w:r>
          </w:p>
          <w:p>
            <w:pPr>
              <w:spacing w:after="26" w:line="240" w:lineRule="auto"/>
            </w:pPr>
            <w:r>
              <w:rPr>
                <w:rFonts w:ascii="Tinos" w:hAnsi="Tinos"/>
                <w:sz w:val="14"/>
              </w:rPr>
              <w:t>Loss / uncertainty / loneliness / threat</w:t>
            </w:r>
          </w:p>
          <w:p>
            <w:pPr>
              <w:spacing w:after="26" w:line="240" w:lineRule="auto"/>
            </w:pPr>
            <w:r>
              <w:rPr>
                <w:rFonts w:ascii="Tinos" w:hAnsi="Tinos"/>
                <w:sz w:val="14"/>
              </w:rPr>
              <w:t xml:space="preserve">                    |</w:t>
            </w:r>
          </w:p>
          <w:p>
            <w:pPr>
              <w:spacing w:after="26" w:line="240" w:lineRule="auto"/>
            </w:pPr>
            <w:r>
              <w:rPr>
                <w:rFonts w:ascii="Tinos" w:hAnsi="Tinos"/>
                <w:sz w:val="14"/>
              </w:rPr>
              <w:t xml:space="preserve">             Nostalgic retrieval</w:t>
            </w:r>
          </w:p>
          <w:p>
            <w:pPr>
              <w:spacing w:after="26" w:line="240" w:lineRule="auto"/>
            </w:pPr>
            <w:r>
              <w:rPr>
                <w:rFonts w:ascii="Tinos" w:hAnsi="Tinos"/>
                <w:sz w:val="14"/>
              </w:rPr>
              <w:t xml:space="preserve">                    |</w:t>
            </w:r>
          </w:p>
          <w:p>
            <w:pPr>
              <w:spacing w:after="26" w:line="240" w:lineRule="auto"/>
            </w:pPr>
            <w:r>
              <w:rPr>
                <w:rFonts w:ascii="Tinos" w:hAnsi="Tinos"/>
                <w:b/>
                <w:sz w:val="14"/>
              </w:rPr>
              <w:t>LISTEN: What value, relation or need is the memory signalling?</w:t>
            </w:r>
          </w:p>
          <w:p>
            <w:pPr>
              <w:spacing w:after="26" w:line="240" w:lineRule="auto"/>
            </w:pPr>
            <w:r>
              <w:rPr>
                <w:rFonts w:ascii="Tinos" w:hAnsi="Tinos"/>
                <w:sz w:val="14"/>
              </w:rPr>
              <w:t xml:space="preserve">                    |</w:t>
            </w:r>
          </w:p>
          <w:p>
            <w:pPr>
              <w:spacing w:after="26" w:line="240" w:lineRule="auto"/>
            </w:pPr>
            <w:r>
              <w:rPr>
                <w:rFonts w:ascii="Tinos" w:hAnsi="Tinos"/>
                <w:b/>
                <w:sz w:val="14"/>
              </w:rPr>
              <w:t>OPEN: What else was true? What has changed? What is missing from the picture?</w:t>
            </w:r>
          </w:p>
          <w:p>
            <w:pPr>
              <w:spacing w:after="26" w:line="240" w:lineRule="auto"/>
            </w:pPr>
            <w:r>
              <w:rPr>
                <w:rFonts w:ascii="Tinos" w:hAnsi="Tinos"/>
                <w:sz w:val="14"/>
              </w:rPr>
              <w:t xml:space="preserve">              /             \</w:t>
            </w:r>
          </w:p>
          <w:p>
            <w:pPr>
              <w:spacing w:after="26" w:line="240" w:lineRule="auto"/>
            </w:pPr>
            <w:r>
              <w:rPr>
                <w:rFonts w:ascii="Tinos" w:hAnsi="Tinos"/>
                <w:sz w:val="14"/>
              </w:rPr>
              <w:t xml:space="preserve">     Integrative route     Constraining route</w:t>
            </w:r>
          </w:p>
          <w:p>
            <w:pPr>
              <w:spacing w:after="26" w:line="240" w:lineRule="auto"/>
            </w:pPr>
            <w:r>
              <w:rPr>
                <w:rFonts w:ascii="Tinos" w:hAnsi="Tinos"/>
                <w:sz w:val="14"/>
              </w:rPr>
              <w:t xml:space="preserve">       “This mattered.”     “This must return exactly.”</w:t>
            </w:r>
          </w:p>
          <w:p>
            <w:pPr>
              <w:spacing w:after="26" w:line="240" w:lineRule="auto"/>
            </w:pPr>
            <w:r>
              <w:rPr>
                <w:rFonts w:ascii="Tinos" w:hAnsi="Tinos"/>
                <w:sz w:val="14"/>
              </w:rPr>
              <w:t xml:space="preserve">              |                    |</w:t>
            </w:r>
          </w:p>
          <w:p>
            <w:pPr>
              <w:spacing w:after="26" w:line="240" w:lineRule="auto"/>
            </w:pPr>
            <w:r>
              <w:rPr>
                <w:rFonts w:ascii="Tinos" w:hAnsi="Tinos"/>
                <w:sz w:val="14"/>
              </w:rPr>
              <w:t xml:space="preserve">     Meaning and continuity     Idealisation / comparison</w:t>
            </w:r>
          </w:p>
          <w:p>
            <w:pPr>
              <w:spacing w:after="26" w:line="240" w:lineRule="auto"/>
            </w:pPr>
            <w:r>
              <w:rPr>
                <w:rFonts w:ascii="Tinos" w:hAnsi="Tinos"/>
                <w:sz w:val="14"/>
              </w:rPr>
              <w:t xml:space="preserve">              |                    |</w:t>
            </w:r>
          </w:p>
          <w:p>
            <w:pPr>
              <w:spacing w:after="26" w:line="240" w:lineRule="auto"/>
            </w:pPr>
            <w:r>
              <w:rPr>
                <w:rFonts w:ascii="Tinos" w:hAnsi="Tinos"/>
                <w:sz w:val="14"/>
              </w:rPr>
              <w:t>Recognition of valued qualities  Repetitive searching / control</w:t>
            </w:r>
          </w:p>
          <w:p>
            <w:pPr>
              <w:spacing w:after="26" w:line="240" w:lineRule="auto"/>
            </w:pPr>
            <w:r>
              <w:rPr>
                <w:rFonts w:ascii="Tinos" w:hAnsi="Tinos"/>
                <w:sz w:val="14"/>
              </w:rPr>
              <w:t xml:space="preserve">              |                    |</w:t>
            </w:r>
          </w:p>
          <w:p>
            <w:pPr>
              <w:spacing w:after="26" w:line="240" w:lineRule="auto"/>
            </w:pPr>
            <w:r>
              <w:rPr>
                <w:rFonts w:ascii="Tinos" w:hAnsi="Tinos"/>
                <w:b/>
                <w:sz w:val="14"/>
              </w:rPr>
              <w:t>VERIFY present need and evidence  Present judged against reconstructed past</w:t>
            </w:r>
          </w:p>
          <w:p>
            <w:pPr>
              <w:spacing w:after="26" w:line="240" w:lineRule="auto"/>
            </w:pPr>
            <w:r>
              <w:rPr>
                <w:rFonts w:ascii="Tinos" w:hAnsi="Tinos"/>
                <w:sz w:val="14"/>
              </w:rPr>
              <w:t xml:space="preserve">              |                    |</w:t>
            </w:r>
          </w:p>
          <w:p>
            <w:pPr>
              <w:spacing w:after="26" w:line="240" w:lineRule="auto"/>
            </w:pPr>
            <w:r>
              <w:rPr>
                <w:rFonts w:ascii="Tinos" w:hAnsi="Tinos"/>
                <w:b/>
                <w:sz w:val="14"/>
              </w:rPr>
              <w:t>EXPRESS through new relations     Urgency, spending, conformity or possession</w:t>
            </w:r>
          </w:p>
          <w:p>
            <w:pPr>
              <w:spacing w:after="26" w:line="240" w:lineRule="auto"/>
            </w:pPr>
            <w:r>
              <w:rPr>
                <w:rFonts w:ascii="Tinos" w:hAnsi="Tinos"/>
                <w:sz w:val="14"/>
              </w:rPr>
              <w:t xml:space="preserve">              |                    |</w:t>
            </w:r>
          </w:p>
          <w:p>
            <w:pPr>
              <w:spacing w:after="26" w:line="240" w:lineRule="auto"/>
            </w:pPr>
            <w:r>
              <w:rPr>
                <w:rFonts w:ascii="Tinos" w:hAnsi="Tinos"/>
                <w:b/>
                <w:sz w:val="14"/>
              </w:rPr>
              <w:t>LEARN from outcome            MIRROR -pause -verify -smaller reversible step</w:t>
            </w:r>
          </w:p>
          <w:p>
            <w:pPr>
              <w:spacing w:after="26" w:line="240" w:lineRule="auto"/>
            </w:pPr>
            <w:r>
              <w:rPr>
                <w:rFonts w:ascii="Tinos" w:hAnsi="Tinos"/>
                <w:sz w:val="14"/>
              </w:rPr>
              <w:t xml:space="preserve">              |                    |</w:t>
            </w:r>
          </w:p>
          <w:p>
            <w:pPr>
              <w:spacing w:after="26" w:line="240" w:lineRule="auto"/>
            </w:pPr>
            <w:r>
              <w:rPr>
                <w:rFonts w:ascii="Tinos" w:hAnsi="Tinos"/>
                <w:sz w:val="14"/>
              </w:rPr>
              <w:t xml:space="preserve">          Adaptation          Potential return to integrative route</w:t>
            </w:r>
          </w:p>
          <w:p>
            <w:pPr>
              <w:spacing w:after="26" w:line="240" w:lineRule="auto"/>
            </w:pPr>
            <w:r>
              <w:rPr>
                <w:rFonts w:ascii="Tinos" w:hAnsi="Tinos"/>
                <w:sz w:val="14"/>
              </w:rPr>
              <w:t>```</w:t>
            </w:r>
          </w:p>
          <w:p>
            <w:pPr>
              <w:spacing w:after="26" w:line="240" w:lineRule="auto"/>
            </w:pPr>
            <w:r>
              <w:rPr>
                <w:rFonts w:ascii="Tinos" w:hAnsi="Tinos"/>
                <w:sz w:val="14"/>
              </w:rPr>
            </w:r>
          </w:p>
          <w:p>
            <w:pPr>
              <w:spacing w:after="26" w:line="240" w:lineRule="auto"/>
            </w:pPr>
            <w:r>
              <w:rPr>
                <w:rFonts w:ascii="Tinos" w:hAnsi="Tinos"/>
                <w:sz w:val="14"/>
              </w:rPr>
              <w:t>Research supports caution concerning the constraining route.</w:t>
            </w:r>
          </w:p>
          <w:p>
            <w:pPr>
              <w:spacing w:after="26" w:line="240" w:lineRule="auto"/>
            </w:pPr>
            <w:r>
              <w:rPr>
                <w:rFonts w:ascii="Tinos" w:hAnsi="Tinos"/>
                <w:sz w:val="14"/>
              </w:rPr>
            </w:r>
          </w:p>
          <w:p>
            <w:pPr>
              <w:spacing w:after="26" w:line="240" w:lineRule="auto"/>
            </w:pPr>
            <w:r>
              <w:rPr>
                <w:rFonts w:ascii="Tinos" w:hAnsi="Tinos"/>
                <w:sz w:val="14"/>
              </w:rPr>
              <w:t>Garrido (2018), studying nostalgia and coping, found that rumination predicted more negative outcomes from nostalgic musical experiences.</w:t>
            </w:r>
          </w:p>
          <w:p>
            <w:pPr>
              <w:spacing w:after="26" w:line="240" w:lineRule="auto"/>
            </w:pPr>
            <w:r>
              <w:rPr>
                <w:rFonts w:ascii="Tinos" w:hAnsi="Tinos"/>
                <w:sz w:val="14"/>
              </w:rPr>
            </w:r>
          </w:p>
          <w:p>
            <w:pPr>
              <w:spacing w:after="26" w:line="240" w:lineRule="auto"/>
            </w:pPr>
            <w:r>
              <w:rPr>
                <w:rFonts w:ascii="Tinos" w:hAnsi="Tinos"/>
                <w:sz w:val="14"/>
              </w:rPr>
              <w:t>Memory is reconstructive. It does not necessarily restore every inconvenience, conflict, fear, uncertainty, or ordinary detail of the previous period with equal emotional weighting.</w:t>
            </w:r>
          </w:p>
          <w:p>
            <w:pPr>
              <w:spacing w:after="26" w:line="240" w:lineRule="auto"/>
            </w:pPr>
            <w:r>
              <w:rPr>
                <w:rFonts w:ascii="Tinos" w:hAnsi="Tinos"/>
                <w:sz w:val="14"/>
              </w:rPr>
            </w:r>
          </w:p>
          <w:p>
            <w:pPr>
              <w:spacing w:after="26" w:line="240" w:lineRule="auto"/>
            </w:pPr>
            <w:r>
              <w:rPr>
                <w:rFonts w:ascii="Tinos" w:hAnsi="Tinos"/>
                <w:sz w:val="14"/>
              </w:rPr>
              <w:t>This can create an asymmetric comparison:</w:t>
            </w:r>
          </w:p>
          <w:p>
            <w:pPr>
              <w:spacing w:after="26" w:line="240" w:lineRule="auto"/>
            </w:pPr>
            <w:r>
              <w:rPr>
                <w:rFonts w:ascii="Tinos" w:hAnsi="Tinos"/>
                <w:sz w:val="14"/>
              </w:rPr>
            </w:r>
          </w:p>
          <w:p>
            <w:pPr>
              <w:spacing w:after="26" w:line="240" w:lineRule="auto"/>
            </w:pPr>
            <w:r>
              <w:rPr>
                <w:rFonts w:ascii="Tinos" w:hAnsi="Tinos"/>
                <w:sz w:val="14"/>
              </w:rPr>
              <w:t>selected emotionally meaningful features of the past</w:t>
            </w:r>
          </w:p>
          <w:p>
            <w:pPr>
              <w:spacing w:after="26" w:line="240" w:lineRule="auto"/>
            </w:pPr>
            <w:r>
              <w:rPr>
                <w:rFonts w:ascii="Tinos" w:hAnsi="Tinos"/>
                <w:sz w:val="14"/>
              </w:rPr>
            </w:r>
          </w:p>
          <w:p>
            <w:pPr>
              <w:spacing w:after="26" w:line="240" w:lineRule="auto"/>
            </w:pPr>
            <w:r>
              <w:rPr>
                <w:rFonts w:ascii="Tinos" w:hAnsi="Tinos"/>
                <w:sz w:val="14"/>
              </w:rPr>
              <w:t>versus</w:t>
            </w:r>
          </w:p>
          <w:p>
            <w:pPr>
              <w:spacing w:after="26" w:line="240" w:lineRule="auto"/>
            </w:pPr>
            <w:r>
              <w:rPr>
                <w:rFonts w:ascii="Tinos" w:hAnsi="Tinos"/>
                <w:sz w:val="14"/>
              </w:rPr>
            </w:r>
          </w:p>
          <w:p>
            <w:pPr>
              <w:spacing w:after="26" w:line="240" w:lineRule="auto"/>
            </w:pPr>
            <w:r>
              <w:rPr>
                <w:rFonts w:ascii="Tinos" w:hAnsi="Tinos"/>
                <w:sz w:val="14"/>
              </w:rPr>
              <w:t>the complete complexity of the present.</w:t>
            </w:r>
          </w:p>
          <w:p>
            <w:pPr>
              <w:spacing w:after="26" w:line="240" w:lineRule="auto"/>
            </w:pPr>
            <w:r>
              <w:rPr>
                <w:rFonts w:ascii="Tinos" w:hAnsi="Tinos"/>
                <w:sz w:val="14"/>
              </w:rPr>
            </w:r>
          </w:p>
          <w:p>
            <w:pPr>
              <w:spacing w:after="26" w:line="240" w:lineRule="auto"/>
            </w:pPr>
            <w:r>
              <w:rPr>
                <w:rFonts w:ascii="Tinos" w:hAnsi="Tinos"/>
                <w:sz w:val="14"/>
              </w:rPr>
              <w:t>The present is then being evaluated against a compressed reconstruction.</w:t>
            </w:r>
          </w:p>
          <w:p>
            <w:pPr>
              <w:spacing w:after="26" w:line="240" w:lineRule="auto"/>
            </w:pPr>
            <w:r>
              <w:rPr>
                <w:rFonts w:ascii="Tinos" w:hAnsi="Tinos"/>
                <w:sz w:val="14"/>
              </w:rPr>
            </w:r>
          </w:p>
          <w:p>
            <w:pPr>
              <w:spacing w:after="26" w:line="240" w:lineRule="auto"/>
            </w:pPr>
            <w:r>
              <w:rPr>
                <w:rFonts w:ascii="Tinos" w:hAnsi="Tinos"/>
                <w:sz w:val="14"/>
              </w:rPr>
              <w:t>LOVE-0 does not answer this by attacking nostalgia. It asks the nostalgic memory to remain a perspective rather than becoming the sole authority over the present.</w:t>
            </w:r>
          </w:p>
        </w:tc>
      </w:tr>
    </w:tbl>
    <w:p>
      <w:pPr>
        <w:spacing w:after="0"/>
      </w:pPr>
    </w:p>
    <w:p>
      <w:pPr>
        <w:pStyle w:val="Heading1"/>
      </w:pPr>
      <w:r>
        <w:t>17. Nostalgia and Financial Behaviour</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17. Nostalgia and Financial Behaviour</w:t>
            </w:r>
          </w:p>
          <w:p>
            <w:pPr>
              <w:spacing w:after="26" w:line="240" w:lineRule="auto"/>
            </w:pPr>
            <w:r>
              <w:rPr>
                <w:rFonts w:ascii="Tinos" w:hAnsi="Tinos"/>
                <w:sz w:val="14"/>
              </w:rPr>
            </w:r>
          </w:p>
          <w:p>
            <w:pPr>
              <w:spacing w:after="26" w:line="240" w:lineRule="auto"/>
            </w:pPr>
            <w:r>
              <w:rPr>
                <w:rFonts w:ascii="Tinos" w:hAnsi="Tinos"/>
                <w:sz w:val="14"/>
              </w:rPr>
              <w:t>The financial dimension of nostalgia deserves particular attention.</w:t>
            </w:r>
          </w:p>
          <w:p>
            <w:pPr>
              <w:spacing w:after="26" w:line="240" w:lineRule="auto"/>
            </w:pPr>
            <w:r>
              <w:rPr>
                <w:rFonts w:ascii="Tinos" w:hAnsi="Tinos"/>
                <w:sz w:val="14"/>
              </w:rPr>
            </w:r>
          </w:p>
          <w:p>
            <w:pPr>
              <w:spacing w:after="26" w:line="240" w:lineRule="auto"/>
            </w:pPr>
            <w:r>
              <w:rPr>
                <w:rFonts w:ascii="Tinos" w:hAnsi="Tinos"/>
                <w:sz w:val="14"/>
              </w:rPr>
              <w:t>Lasaleta et al. (2014) conducted six experiments examining nostalgia and attitudes toward money.</w:t>
            </w:r>
          </w:p>
          <w:p>
            <w:pPr>
              <w:spacing w:after="26" w:line="240" w:lineRule="auto"/>
            </w:pPr>
            <w:r>
              <w:rPr>
                <w:rFonts w:ascii="Tinos" w:hAnsi="Tinos"/>
                <w:sz w:val="14"/>
              </w:rPr>
            </w:r>
          </w:p>
          <w:p>
            <w:pPr>
              <w:spacing w:after="26" w:line="240" w:lineRule="auto"/>
            </w:pPr>
            <w:r>
              <w:rPr>
                <w:rFonts w:ascii="Tinos" w:hAnsi="Tinos"/>
                <w:sz w:val="14"/>
              </w:rPr>
              <w:t>Nostalgia reduced the subjective importance assigned to money across several measures. In one experiment, nostalgic participants were willing to pay more for products, and across the research they were more willing to part with money.</w:t>
            </w:r>
          </w:p>
          <w:p>
            <w:pPr>
              <w:spacing w:after="26" w:line="240" w:lineRule="auto"/>
            </w:pPr>
            <w:r>
              <w:rPr>
                <w:rFonts w:ascii="Tinos" w:hAnsi="Tinos"/>
                <w:sz w:val="14"/>
              </w:rPr>
            </w:r>
          </w:p>
          <w:p>
            <w:pPr>
              <w:spacing w:after="26" w:line="240" w:lineRule="auto"/>
            </w:pPr>
            <w:r>
              <w:rPr>
                <w:rFonts w:ascii="Tinos" w:hAnsi="Tinos"/>
                <w:sz w:val="14"/>
              </w:rPr>
              <w:t>This finding does not mean that buying nostalgic products is inherently harmful.</w:t>
            </w:r>
          </w:p>
          <w:p>
            <w:pPr>
              <w:spacing w:after="26" w:line="240" w:lineRule="auto"/>
            </w:pPr>
            <w:r>
              <w:rPr>
                <w:rFonts w:ascii="Tinos" w:hAnsi="Tinos"/>
                <w:sz w:val="14"/>
              </w:rPr>
            </w:r>
          </w:p>
          <w:p>
            <w:pPr>
              <w:spacing w:after="26" w:line="240" w:lineRule="auto"/>
            </w:pPr>
            <w:r>
              <w:rPr>
                <w:rFonts w:ascii="Tinos" w:hAnsi="Tinos"/>
                <w:sz w:val="14"/>
              </w:rPr>
              <w:t>A person may rationally decide:</w:t>
            </w:r>
          </w:p>
          <w:p>
            <w:pPr>
              <w:spacing w:after="26" w:line="240" w:lineRule="auto"/>
            </w:pPr>
            <w:r>
              <w:rPr>
                <w:rFonts w:ascii="Tinos" w:hAnsi="Tinos"/>
                <w:sz w:val="14"/>
              </w:rPr>
            </w:r>
          </w:p>
          <w:p>
            <w:pPr>
              <w:spacing w:after="26" w:line="240" w:lineRule="auto"/>
            </w:pPr>
            <w:r>
              <w:rPr>
                <w:rFonts w:ascii="Tinos" w:hAnsi="Tinos"/>
                <w:sz w:val="14"/>
              </w:rPr>
              <w:t>“This record reminds me of my father, and that experience is worth £20 to me.”</w:t>
            </w:r>
          </w:p>
          <w:p>
            <w:pPr>
              <w:spacing w:after="26" w:line="240" w:lineRule="auto"/>
            </w:pPr>
            <w:r>
              <w:rPr>
                <w:rFonts w:ascii="Tinos" w:hAnsi="Tinos"/>
                <w:sz w:val="14"/>
              </w:rPr>
            </w:r>
          </w:p>
          <w:p>
            <w:pPr>
              <w:spacing w:after="26" w:line="240" w:lineRule="auto"/>
            </w:pPr>
            <w:r>
              <w:rPr>
                <w:rFonts w:ascii="Tinos" w:hAnsi="Tinos"/>
                <w:sz w:val="14"/>
              </w:rPr>
              <w:t>The potential vulnerability emerges when the transaction is misidentified.</w:t>
            </w:r>
          </w:p>
          <w:p>
            <w:pPr>
              <w:spacing w:after="26" w:line="240" w:lineRule="auto"/>
            </w:pPr>
            <w:r>
              <w:rPr>
                <w:rFonts w:ascii="Tinos" w:hAnsi="Tinos"/>
                <w:sz w:val="14"/>
              </w:rPr>
            </w:r>
          </w:p>
          <w:p>
            <w:pPr>
              <w:spacing w:after="26" w:line="240" w:lineRule="auto"/>
            </w:pPr>
            <w:r>
              <w:rPr>
                <w:rFonts w:ascii="Tinos" w:hAnsi="Tinos"/>
                <w:sz w:val="14"/>
              </w:rPr>
              <w:t>A person may consciously believe:</w:t>
            </w:r>
          </w:p>
          <w:p>
            <w:pPr>
              <w:spacing w:after="26" w:line="240" w:lineRule="auto"/>
            </w:pPr>
            <w:r>
              <w:rPr>
                <w:rFonts w:ascii="Tinos" w:hAnsi="Tinos"/>
                <w:sz w:val="14"/>
              </w:rPr>
            </w:r>
          </w:p>
          <w:p>
            <w:pPr>
              <w:spacing w:after="26" w:line="240" w:lineRule="auto"/>
            </w:pPr>
            <w:r>
              <w:rPr>
                <w:rFonts w:ascii="Tinos" w:hAnsi="Tinos"/>
                <w:sz w:val="14"/>
              </w:rPr>
              <w:t>“I need this object.”</w:t>
            </w:r>
          </w:p>
          <w:p>
            <w:pPr>
              <w:spacing w:after="26" w:line="240" w:lineRule="auto"/>
            </w:pPr>
            <w:r>
              <w:rPr>
                <w:rFonts w:ascii="Tinos" w:hAnsi="Tinos"/>
                <w:sz w:val="14"/>
              </w:rPr>
            </w:r>
          </w:p>
          <w:p>
            <w:pPr>
              <w:spacing w:after="26" w:line="240" w:lineRule="auto"/>
            </w:pPr>
            <w:r>
              <w:rPr>
                <w:rFonts w:ascii="Tinos" w:hAnsi="Tinos"/>
                <w:sz w:val="14"/>
              </w:rPr>
              <w:t>while part of the underlying motivational structure is seeking:</w:t>
            </w:r>
          </w:p>
          <w:p>
            <w:pPr>
              <w:spacing w:after="26" w:line="240" w:lineRule="auto"/>
            </w:pPr>
            <w:r>
              <w:rPr>
                <w:rFonts w:ascii="Tinos" w:hAnsi="Tinos"/>
                <w:sz w:val="14"/>
              </w:rPr>
            </w:r>
          </w:p>
          <w:p>
            <w:pPr>
              <w:spacing w:after="26" w:line="240" w:lineRule="auto"/>
            </w:pPr>
            <w:r>
              <w:rPr>
                <w:rFonts w:ascii="Tinos" w:hAnsi="Tinos"/>
                <w:sz w:val="14"/>
              </w:rPr>
              <w:t>“I want my father.”</w:t>
            </w:r>
          </w:p>
          <w:p>
            <w:pPr>
              <w:spacing w:after="26" w:line="240" w:lineRule="auto"/>
            </w:pPr>
            <w:r>
              <w:rPr>
                <w:rFonts w:ascii="Tinos" w:hAnsi="Tinos"/>
                <w:sz w:val="14"/>
              </w:rPr>
            </w:r>
          </w:p>
          <w:p>
            <w:pPr>
              <w:spacing w:after="26" w:line="240" w:lineRule="auto"/>
            </w:pPr>
            <w:r>
              <w:rPr>
                <w:rFonts w:ascii="Tinos" w:hAnsi="Tinos"/>
                <w:sz w:val="14"/>
              </w:rPr>
              <w:t>“I want belonging.”</w:t>
            </w:r>
          </w:p>
          <w:p>
            <w:pPr>
              <w:spacing w:after="26" w:line="240" w:lineRule="auto"/>
            </w:pPr>
            <w:r>
              <w:rPr>
                <w:rFonts w:ascii="Tinos" w:hAnsi="Tinos"/>
                <w:sz w:val="14"/>
              </w:rPr>
            </w:r>
          </w:p>
          <w:p>
            <w:pPr>
              <w:spacing w:after="26" w:line="240" w:lineRule="auto"/>
            </w:pPr>
            <w:r>
              <w:rPr>
                <w:rFonts w:ascii="Tinos" w:hAnsi="Tinos"/>
                <w:sz w:val="14"/>
              </w:rPr>
              <w:t>“I want youth.”</w:t>
            </w:r>
          </w:p>
          <w:p>
            <w:pPr>
              <w:spacing w:after="26" w:line="240" w:lineRule="auto"/>
            </w:pPr>
            <w:r>
              <w:rPr>
                <w:rFonts w:ascii="Tinos" w:hAnsi="Tinos"/>
                <w:sz w:val="14"/>
              </w:rPr>
            </w:r>
          </w:p>
          <w:p>
            <w:pPr>
              <w:spacing w:after="26" w:line="240" w:lineRule="auto"/>
            </w:pPr>
            <w:r>
              <w:rPr>
                <w:rFonts w:ascii="Tinos" w:hAnsi="Tinos"/>
                <w:sz w:val="14"/>
              </w:rPr>
              <w:t>“I want safety.”</w:t>
            </w:r>
          </w:p>
          <w:p>
            <w:pPr>
              <w:spacing w:after="26" w:line="240" w:lineRule="auto"/>
            </w:pPr>
            <w:r>
              <w:rPr>
                <w:rFonts w:ascii="Tinos" w:hAnsi="Tinos"/>
                <w:sz w:val="14"/>
              </w:rPr>
            </w:r>
          </w:p>
          <w:p>
            <w:pPr>
              <w:spacing w:after="26" w:line="240" w:lineRule="auto"/>
            </w:pPr>
            <w:r>
              <w:rPr>
                <w:rFonts w:ascii="Tinos" w:hAnsi="Tinos"/>
                <w:sz w:val="14"/>
              </w:rPr>
              <w:t>“I want the period when the future seemed predictable.”</w:t>
            </w:r>
          </w:p>
          <w:p>
            <w:pPr>
              <w:spacing w:after="26" w:line="240" w:lineRule="auto"/>
            </w:pPr>
            <w:r>
              <w:rPr>
                <w:rFonts w:ascii="Tinos" w:hAnsi="Tinos"/>
                <w:sz w:val="14"/>
              </w:rPr>
            </w:r>
          </w:p>
          <w:p>
            <w:pPr>
              <w:spacing w:after="26" w:line="240" w:lineRule="auto"/>
            </w:pPr>
            <w:r>
              <w:rPr>
                <w:rFonts w:ascii="Tinos" w:hAnsi="Tinos"/>
                <w:sz w:val="14"/>
              </w:rPr>
              <w:t>The product may evoke those relationships.</w:t>
            </w:r>
          </w:p>
          <w:p>
            <w:pPr>
              <w:spacing w:after="26" w:line="240" w:lineRule="auto"/>
            </w:pPr>
            <w:r>
              <w:rPr>
                <w:rFonts w:ascii="Tinos" w:hAnsi="Tinos"/>
                <w:sz w:val="14"/>
              </w:rPr>
            </w:r>
          </w:p>
          <w:p>
            <w:pPr>
              <w:spacing w:after="26" w:line="240" w:lineRule="auto"/>
            </w:pPr>
            <w:r>
              <w:rPr>
                <w:rFonts w:ascii="Tinos" w:hAnsi="Tinos"/>
                <w:sz w:val="14"/>
              </w:rPr>
              <w:t>It cannot restore the historical state that produced them.</w:t>
            </w:r>
          </w:p>
          <w:p>
            <w:pPr>
              <w:spacing w:after="26" w:line="240" w:lineRule="auto"/>
            </w:pPr>
            <w:r>
              <w:rPr>
                <w:rFonts w:ascii="Tinos" w:hAnsi="Tinos"/>
                <w:sz w:val="14"/>
              </w:rPr>
            </w:r>
          </w:p>
          <w:p>
            <w:pPr>
              <w:spacing w:after="26" w:line="240" w:lineRule="auto"/>
            </w:pPr>
            <w:r>
              <w:rPr>
                <w:rFonts w:ascii="Tinos" w:hAnsi="Tinos"/>
                <w:sz w:val="14"/>
              </w:rPr>
              <w:t>The distinction matters because commercial persuasion can attach an action to an existing emotional need.</w:t>
            </w:r>
          </w:p>
        </w:tc>
        <w:tc>
          <w:tcPr>
            <w:tcW w:type="dxa" w:w="7913"/>
            <w:tcMar>
              <w:top w:w="55" w:type="dxa"/>
              <w:start w:w="70" w:type="dxa"/>
              <w:bottom w:w="55" w:type="dxa"/>
              <w:end w:w="70" w:type="dxa"/>
            </w:tcMar>
            <w:vAlign w:val="top"/>
          </w:tcPr>
          <w:p>
            <w:pPr>
              <w:spacing w:after="26" w:line="240" w:lineRule="auto"/>
            </w:pPr>
            <w:r/>
            <w:r>
              <w:rPr>
                <w:rFonts w:ascii="Tinos" w:hAnsi="Tinos"/>
                <w:sz w:val="14"/>
              </w:rPr>
              <w:t>17. Nostalgia and Financial Behaviour</w:t>
            </w:r>
          </w:p>
          <w:p>
            <w:pPr>
              <w:spacing w:after="26" w:line="240" w:lineRule="auto"/>
            </w:pPr>
            <w:r>
              <w:rPr>
                <w:rFonts w:ascii="Tinos" w:hAnsi="Tinos"/>
                <w:sz w:val="14"/>
              </w:rPr>
            </w:r>
          </w:p>
          <w:p>
            <w:pPr>
              <w:spacing w:after="26" w:line="240" w:lineRule="auto"/>
            </w:pPr>
            <w:r>
              <w:rPr>
                <w:rFonts w:ascii="Tinos" w:hAnsi="Tinos"/>
                <w:sz w:val="14"/>
              </w:rPr>
              <w:t>The financial dimension of nostalgia deserves particular attention.</w:t>
            </w:r>
          </w:p>
          <w:p>
            <w:pPr>
              <w:spacing w:after="26" w:line="240" w:lineRule="auto"/>
            </w:pPr>
            <w:r>
              <w:rPr>
                <w:rFonts w:ascii="Tinos" w:hAnsi="Tinos"/>
                <w:sz w:val="14"/>
              </w:rPr>
            </w:r>
          </w:p>
          <w:p>
            <w:pPr>
              <w:spacing w:after="26" w:line="240" w:lineRule="auto"/>
            </w:pPr>
            <w:r>
              <w:rPr>
                <w:rFonts w:ascii="Tinos" w:hAnsi="Tinos"/>
                <w:sz w:val="14"/>
              </w:rPr>
              <w:t>Lasaleta et al. (2014) conducted six experiments examining nostalgia and attitudes toward money.</w:t>
            </w:r>
          </w:p>
          <w:p>
            <w:pPr>
              <w:spacing w:after="26" w:line="240" w:lineRule="auto"/>
            </w:pPr>
            <w:r>
              <w:rPr>
                <w:rFonts w:ascii="Tinos" w:hAnsi="Tinos"/>
                <w:sz w:val="14"/>
              </w:rPr>
            </w:r>
          </w:p>
          <w:p>
            <w:pPr>
              <w:spacing w:after="26" w:line="240" w:lineRule="auto"/>
            </w:pPr>
            <w:r>
              <w:rPr>
                <w:rFonts w:ascii="Tinos" w:hAnsi="Tinos"/>
                <w:sz w:val="14"/>
              </w:rPr>
              <w:t>Nostalgia reduced the subjective importance assigned to money across several measures. In one experiment, nostalgic participants were willing to pay more for products, and across the research they were more willing to part with money.</w:t>
            </w:r>
          </w:p>
          <w:p>
            <w:pPr>
              <w:spacing w:after="26" w:line="240" w:lineRule="auto"/>
            </w:pPr>
            <w:r>
              <w:rPr>
                <w:rFonts w:ascii="Tinos" w:hAnsi="Tinos"/>
                <w:sz w:val="14"/>
              </w:rPr>
            </w:r>
          </w:p>
          <w:p>
            <w:pPr>
              <w:spacing w:after="26" w:line="240" w:lineRule="auto"/>
            </w:pPr>
            <w:r>
              <w:rPr>
                <w:rFonts w:ascii="Tinos" w:hAnsi="Tinos"/>
                <w:sz w:val="14"/>
              </w:rPr>
              <w:t>This finding does not mean that buying nostalgic products is inherently harmful.</w:t>
            </w:r>
          </w:p>
          <w:p>
            <w:pPr>
              <w:spacing w:after="26" w:line="240" w:lineRule="auto"/>
            </w:pPr>
            <w:r>
              <w:rPr>
                <w:rFonts w:ascii="Tinos" w:hAnsi="Tinos"/>
                <w:sz w:val="14"/>
              </w:rPr>
            </w:r>
          </w:p>
          <w:p>
            <w:pPr>
              <w:spacing w:after="26" w:line="240" w:lineRule="auto"/>
            </w:pPr>
            <w:r>
              <w:rPr>
                <w:rFonts w:ascii="Tinos" w:hAnsi="Tinos"/>
                <w:sz w:val="14"/>
              </w:rPr>
              <w:t>A person may rationally decide:</w:t>
            </w:r>
          </w:p>
          <w:p>
            <w:pPr>
              <w:spacing w:after="26" w:line="240" w:lineRule="auto"/>
            </w:pPr>
            <w:r>
              <w:rPr>
                <w:rFonts w:ascii="Tinos" w:hAnsi="Tinos"/>
                <w:sz w:val="14"/>
              </w:rPr>
            </w:r>
          </w:p>
          <w:p>
            <w:pPr>
              <w:spacing w:after="26" w:line="240" w:lineRule="auto"/>
            </w:pPr>
            <w:r>
              <w:rPr>
                <w:rFonts w:ascii="Tinos" w:hAnsi="Tinos"/>
                <w:sz w:val="14"/>
              </w:rPr>
              <w:t>“This record reminds me of my father, and that experience is worth £20 to me.”</w:t>
            </w:r>
          </w:p>
          <w:p>
            <w:pPr>
              <w:spacing w:after="26" w:line="240" w:lineRule="auto"/>
            </w:pPr>
            <w:r>
              <w:rPr>
                <w:rFonts w:ascii="Tinos" w:hAnsi="Tinos"/>
                <w:sz w:val="14"/>
              </w:rPr>
            </w:r>
          </w:p>
          <w:p>
            <w:pPr>
              <w:spacing w:after="26" w:line="240" w:lineRule="auto"/>
            </w:pPr>
            <w:r>
              <w:rPr>
                <w:rFonts w:ascii="Tinos" w:hAnsi="Tinos"/>
                <w:sz w:val="14"/>
              </w:rPr>
              <w:t>LOVE-0 preserves that agency. It does not assume that an emotionally meaningful purchase is irrational merely because emotion is involved.</w:t>
            </w:r>
          </w:p>
          <w:p>
            <w:pPr>
              <w:spacing w:after="26" w:line="240" w:lineRule="auto"/>
            </w:pPr>
            <w:r>
              <w:rPr>
                <w:rFonts w:ascii="Tinos" w:hAnsi="Tinos"/>
                <w:sz w:val="14"/>
              </w:rPr>
            </w:r>
          </w:p>
          <w:p>
            <w:pPr>
              <w:spacing w:after="26" w:line="240" w:lineRule="auto"/>
            </w:pPr>
            <w:r>
              <w:rPr>
                <w:rFonts w:ascii="Tinos" w:hAnsi="Tinos"/>
                <w:sz w:val="14"/>
              </w:rPr>
              <w:t>The potential vulnerability emerges when the transaction is misidentified.</w:t>
            </w:r>
          </w:p>
          <w:p>
            <w:pPr>
              <w:spacing w:after="26" w:line="240" w:lineRule="auto"/>
            </w:pPr>
            <w:r>
              <w:rPr>
                <w:rFonts w:ascii="Tinos" w:hAnsi="Tinos"/>
                <w:sz w:val="14"/>
              </w:rPr>
            </w:r>
          </w:p>
          <w:p>
            <w:pPr>
              <w:spacing w:after="26" w:line="240" w:lineRule="auto"/>
            </w:pPr>
            <w:r>
              <w:rPr>
                <w:rFonts w:ascii="Tinos" w:hAnsi="Tinos"/>
                <w:sz w:val="14"/>
              </w:rPr>
              <w:t>A person may consciously believe:</w:t>
            </w:r>
          </w:p>
          <w:p>
            <w:pPr>
              <w:spacing w:after="26" w:line="240" w:lineRule="auto"/>
            </w:pPr>
            <w:r>
              <w:rPr>
                <w:rFonts w:ascii="Tinos" w:hAnsi="Tinos"/>
                <w:sz w:val="14"/>
              </w:rPr>
            </w:r>
          </w:p>
          <w:p>
            <w:pPr>
              <w:spacing w:after="26" w:line="240" w:lineRule="auto"/>
            </w:pPr>
            <w:r>
              <w:rPr>
                <w:rFonts w:ascii="Tinos" w:hAnsi="Tinos"/>
                <w:sz w:val="14"/>
              </w:rPr>
              <w:t>“I need this object.”</w:t>
            </w:r>
          </w:p>
          <w:p>
            <w:pPr>
              <w:spacing w:after="26" w:line="240" w:lineRule="auto"/>
            </w:pPr>
            <w:r>
              <w:rPr>
                <w:rFonts w:ascii="Tinos" w:hAnsi="Tinos"/>
                <w:sz w:val="14"/>
              </w:rPr>
            </w:r>
          </w:p>
          <w:p>
            <w:pPr>
              <w:spacing w:after="26" w:line="240" w:lineRule="auto"/>
            </w:pPr>
            <w:r>
              <w:rPr>
                <w:rFonts w:ascii="Tinos" w:hAnsi="Tinos"/>
                <w:sz w:val="14"/>
              </w:rPr>
              <w:t>while part of the underlying motivational structure is seeking:</w:t>
            </w:r>
          </w:p>
          <w:p>
            <w:pPr>
              <w:spacing w:after="26" w:line="240" w:lineRule="auto"/>
            </w:pPr>
            <w:r>
              <w:rPr>
                <w:rFonts w:ascii="Tinos" w:hAnsi="Tinos"/>
                <w:sz w:val="14"/>
              </w:rPr>
            </w:r>
          </w:p>
          <w:p>
            <w:pPr>
              <w:spacing w:after="26" w:line="240" w:lineRule="auto"/>
            </w:pPr>
            <w:r>
              <w:rPr>
                <w:rFonts w:ascii="Tinos" w:hAnsi="Tinos"/>
                <w:sz w:val="14"/>
              </w:rPr>
              <w:t>“I want my father.”</w:t>
            </w:r>
          </w:p>
          <w:p>
            <w:pPr>
              <w:spacing w:after="26" w:line="240" w:lineRule="auto"/>
            </w:pPr>
            <w:r>
              <w:rPr>
                <w:rFonts w:ascii="Tinos" w:hAnsi="Tinos"/>
                <w:sz w:val="14"/>
              </w:rPr>
            </w:r>
          </w:p>
          <w:p>
            <w:pPr>
              <w:spacing w:after="26" w:line="240" w:lineRule="auto"/>
            </w:pPr>
            <w:r>
              <w:rPr>
                <w:rFonts w:ascii="Tinos" w:hAnsi="Tinos"/>
                <w:sz w:val="14"/>
              </w:rPr>
              <w:t>“I want belonging.”</w:t>
            </w:r>
          </w:p>
          <w:p>
            <w:pPr>
              <w:spacing w:after="26" w:line="240" w:lineRule="auto"/>
            </w:pPr>
            <w:r>
              <w:rPr>
                <w:rFonts w:ascii="Tinos" w:hAnsi="Tinos"/>
                <w:sz w:val="14"/>
              </w:rPr>
            </w:r>
          </w:p>
          <w:p>
            <w:pPr>
              <w:spacing w:after="26" w:line="240" w:lineRule="auto"/>
            </w:pPr>
            <w:r>
              <w:rPr>
                <w:rFonts w:ascii="Tinos" w:hAnsi="Tinos"/>
                <w:sz w:val="14"/>
              </w:rPr>
              <w:t>“I want youth.”</w:t>
            </w:r>
          </w:p>
          <w:p>
            <w:pPr>
              <w:spacing w:after="26" w:line="240" w:lineRule="auto"/>
            </w:pPr>
            <w:r>
              <w:rPr>
                <w:rFonts w:ascii="Tinos" w:hAnsi="Tinos"/>
                <w:sz w:val="14"/>
              </w:rPr>
            </w:r>
          </w:p>
          <w:p>
            <w:pPr>
              <w:spacing w:after="26" w:line="240" w:lineRule="auto"/>
            </w:pPr>
            <w:r>
              <w:rPr>
                <w:rFonts w:ascii="Tinos" w:hAnsi="Tinos"/>
                <w:sz w:val="14"/>
              </w:rPr>
              <w:t>“I want safety.”</w:t>
            </w:r>
          </w:p>
          <w:p>
            <w:pPr>
              <w:spacing w:after="26" w:line="240" w:lineRule="auto"/>
            </w:pPr>
            <w:r>
              <w:rPr>
                <w:rFonts w:ascii="Tinos" w:hAnsi="Tinos"/>
                <w:sz w:val="14"/>
              </w:rPr>
            </w:r>
          </w:p>
          <w:p>
            <w:pPr>
              <w:spacing w:after="26" w:line="240" w:lineRule="auto"/>
            </w:pPr>
            <w:r>
              <w:rPr>
                <w:rFonts w:ascii="Tinos" w:hAnsi="Tinos"/>
                <w:sz w:val="14"/>
              </w:rPr>
              <w:t>“I want the period when the future seemed predictable.”</w:t>
            </w:r>
          </w:p>
          <w:p>
            <w:pPr>
              <w:spacing w:after="26" w:line="240" w:lineRule="auto"/>
            </w:pPr>
            <w:r>
              <w:rPr>
                <w:rFonts w:ascii="Tinos" w:hAnsi="Tinos"/>
                <w:sz w:val="14"/>
              </w:rPr>
            </w:r>
          </w:p>
          <w:p>
            <w:pPr>
              <w:spacing w:after="26" w:line="240" w:lineRule="auto"/>
            </w:pPr>
            <w:r>
              <w:rPr>
                <w:rFonts w:ascii="Tinos" w:hAnsi="Tinos"/>
                <w:sz w:val="14"/>
              </w:rPr>
              <w:t>The product may evoke those relationships. It cannot restore the historical state that produced them.</w:t>
            </w:r>
          </w:p>
          <w:p>
            <w:pPr>
              <w:spacing w:after="26" w:line="240" w:lineRule="auto"/>
            </w:pPr>
            <w:r>
              <w:rPr>
                <w:rFonts w:ascii="Tinos" w:hAnsi="Tinos"/>
                <w:sz w:val="14"/>
              </w:rPr>
            </w:r>
          </w:p>
          <w:p>
            <w:pPr>
              <w:spacing w:after="26" w:line="240" w:lineRule="auto"/>
            </w:pPr>
            <w:r>
              <w:rPr>
                <w:rFonts w:ascii="Tinos" w:hAnsi="Tinos"/>
                <w:sz w:val="14"/>
              </w:rPr>
              <w:t>The distinction matters because commercial persuasion can attach an action to an existing emotional need.</w:t>
            </w:r>
          </w:p>
          <w:p>
            <w:pPr>
              <w:spacing w:after="26" w:line="240" w:lineRule="auto"/>
            </w:pPr>
            <w:r>
              <w:rPr>
                <w:rFonts w:ascii="Tinos" w:hAnsi="Tinos"/>
                <w:sz w:val="14"/>
              </w:rPr>
            </w:r>
          </w:p>
          <w:p>
            <w:pPr>
              <w:spacing w:after="26" w:line="240" w:lineRule="auto"/>
            </w:pPr>
            <w:r>
              <w:rPr>
                <w:rFonts w:ascii="Tinos" w:hAnsi="Tinos"/>
                <w:sz w:val="14"/>
              </w:rPr>
              <w:t>A LOVE-0 financial check therefore separates cause from channel. The feeling and the underlying value can be honoured while the sales channel, price, scarcity claim, urgency, identity appeal, and reversibility of the purchase are independently verified. Declining a particular transaction does not require denying the memory that made the offer emotionally significant.</w:t>
            </w:r>
          </w:p>
        </w:tc>
      </w:tr>
    </w:tbl>
    <w:p>
      <w:pPr>
        <w:spacing w:after="0"/>
      </w:pPr>
    </w:p>
    <w:p>
      <w:pPr>
        <w:pStyle w:val="Heading1"/>
      </w:pPr>
      <w:r>
        <w:t>18. Fear, Guilt, Shame, and Misdirection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18. Fear, Guilt, Shame, and Misdirection</w:t>
            </w:r>
          </w:p>
          <w:p>
            <w:pPr>
              <w:spacing w:after="26" w:line="240" w:lineRule="auto"/>
            </w:pPr>
            <w:r>
              <w:rPr>
                <w:rFonts w:ascii="Tinos" w:hAnsi="Tinos"/>
                <w:sz w:val="14"/>
              </w:rPr>
            </w:r>
          </w:p>
          <w:p>
            <w:pPr>
              <w:spacing w:after="26" w:line="240" w:lineRule="auto"/>
            </w:pPr>
            <w:r>
              <w:rPr>
                <w:rFonts w:ascii="Tinos" w:hAnsi="Tinos"/>
                <w:sz w:val="14"/>
              </w:rPr>
              <w:t>Fear, guilt, and shame should not be collapsed into one category.</w:t>
            </w:r>
          </w:p>
          <w:p>
            <w:pPr>
              <w:spacing w:after="26" w:line="240" w:lineRule="auto"/>
            </w:pPr>
            <w:r>
              <w:rPr>
                <w:rFonts w:ascii="Tinos" w:hAnsi="Tinos"/>
                <w:sz w:val="14"/>
              </w:rPr>
            </w:r>
          </w:p>
          <w:p>
            <w:pPr>
              <w:spacing w:after="26" w:line="240" w:lineRule="auto"/>
            </w:pPr>
            <w:r>
              <w:rPr>
                <w:rFonts w:ascii="Tinos" w:hAnsi="Tinos"/>
                <w:sz w:val="14"/>
              </w:rPr>
              <w:t>They have different psychological relationships and behavioural consequences.</w:t>
            </w:r>
          </w:p>
          <w:p>
            <w:pPr>
              <w:spacing w:after="26" w:line="240" w:lineRule="auto"/>
            </w:pPr>
            <w:r>
              <w:rPr>
                <w:rFonts w:ascii="Tinos" w:hAnsi="Tinos"/>
                <w:sz w:val="14"/>
              </w:rPr>
            </w:r>
          </w:p>
          <w:p>
            <w:pPr>
              <w:spacing w:after="26" w:line="240" w:lineRule="auto"/>
            </w:pPr>
            <w:r>
              <w:rPr>
                <w:rFonts w:ascii="Tinos" w:hAnsi="Tinos"/>
                <w:sz w:val="14"/>
              </w:rPr>
              <w:t>A large meta-analysis found that fear appeals can influence attitudes, intentions, and behaviours, with outcomes depending upon characteristics of both the message and audience (Tannenbaum et al., 2015).</w:t>
            </w:r>
          </w:p>
          <w:p>
            <w:pPr>
              <w:spacing w:after="26" w:line="240" w:lineRule="auto"/>
            </w:pPr>
            <w:r>
              <w:rPr>
                <w:rFonts w:ascii="Tinos" w:hAnsi="Tinos"/>
                <w:sz w:val="14"/>
              </w:rPr>
            </w:r>
          </w:p>
          <w:p>
            <w:pPr>
              <w:spacing w:after="26" w:line="240" w:lineRule="auto"/>
            </w:pPr>
            <w:r>
              <w:rPr>
                <w:rFonts w:ascii="Tinos" w:hAnsi="Tinos"/>
                <w:sz w:val="14"/>
              </w:rPr>
              <w:t>A later meta-analysis found that guilt appeals also have persuasive effects, moderated by factors including responsibility, controllability, relationships, and opportunities for reparative action (Peng et al., 2023).</w:t>
            </w:r>
          </w:p>
          <w:p>
            <w:pPr>
              <w:spacing w:after="26" w:line="240" w:lineRule="auto"/>
            </w:pPr>
            <w:r>
              <w:rPr>
                <w:rFonts w:ascii="Tinos" w:hAnsi="Tinos"/>
                <w:sz w:val="14"/>
              </w:rPr>
            </w:r>
          </w:p>
          <w:p>
            <w:pPr>
              <w:spacing w:after="26" w:line="240" w:lineRule="auto"/>
            </w:pPr>
            <w:r>
              <w:rPr>
                <w:rFonts w:ascii="Tinos" w:hAnsi="Tinos"/>
                <w:sz w:val="14"/>
              </w:rPr>
              <w:t>Shame behaves differently again. Leach and Cidam's (2015) meta-analysis found that shame could relate to constructive approach when a failure appeared reparable, but to avoidance where repair seemed less possible.</w:t>
            </w:r>
          </w:p>
          <w:p>
            <w:pPr>
              <w:spacing w:after="26" w:line="240" w:lineRule="auto"/>
            </w:pPr>
            <w:r>
              <w:rPr>
                <w:rFonts w:ascii="Tinos" w:hAnsi="Tinos"/>
                <w:sz w:val="14"/>
              </w:rPr>
            </w:r>
          </w:p>
          <w:p>
            <w:pPr>
              <w:spacing w:after="26" w:line="240" w:lineRule="auto"/>
            </w:pPr>
            <w:r>
              <w:rPr>
                <w:rFonts w:ascii="Tinos" w:hAnsi="Tinos"/>
                <w:sz w:val="14"/>
              </w:rPr>
              <w:t>MRRAF therefore proposes that emotional manipulation should be analysed relationally:</w:t>
            </w:r>
          </w:p>
          <w:p>
            <w:pPr>
              <w:spacing w:after="26" w:line="240" w:lineRule="auto"/>
            </w:pPr>
            <w:r>
              <w:rPr>
                <w:rFonts w:ascii="Tinos" w:hAnsi="Tinos"/>
                <w:sz w:val="14"/>
              </w:rPr>
            </w:r>
          </w:p>
          <w:p>
            <w:pPr>
              <w:spacing w:after="26" w:line="240" w:lineRule="auto"/>
            </w:pPr>
            <w:r>
              <w:rPr>
                <w:rFonts w:ascii="Tinos" w:hAnsi="Tinos"/>
                <w:sz w:val="14"/>
              </w:rPr>
              <w:t>What emotion is active?</w:t>
            </w:r>
          </w:p>
          <w:p>
            <w:pPr>
              <w:spacing w:after="26" w:line="240" w:lineRule="auto"/>
            </w:pPr>
            <w:r>
              <w:rPr>
                <w:rFonts w:ascii="Tinos" w:hAnsi="Tinos"/>
                <w:sz w:val="14"/>
              </w:rPr>
            </w:r>
          </w:p>
          <w:p>
            <w:pPr>
              <w:spacing w:after="26" w:line="240" w:lineRule="auto"/>
            </w:pPr>
            <w:r>
              <w:rPr>
                <w:rFonts w:ascii="Tinos" w:hAnsi="Tinos"/>
                <w:sz w:val="14"/>
              </w:rPr>
              <w:t>What caused it?</w:t>
            </w:r>
          </w:p>
          <w:p>
            <w:pPr>
              <w:spacing w:after="26" w:line="240" w:lineRule="auto"/>
            </w:pPr>
            <w:r>
              <w:rPr>
                <w:rFonts w:ascii="Tinos" w:hAnsi="Tinos"/>
                <w:sz w:val="14"/>
              </w:rPr>
            </w:r>
          </w:p>
          <w:p>
            <w:pPr>
              <w:spacing w:after="26" w:line="240" w:lineRule="auto"/>
            </w:pPr>
            <w:r>
              <w:rPr>
                <w:rFonts w:ascii="Tinos" w:hAnsi="Tinos"/>
                <w:sz w:val="14"/>
              </w:rPr>
              <w:t>What meaning has been assigned to it?</w:t>
            </w:r>
          </w:p>
          <w:p>
            <w:pPr>
              <w:spacing w:after="26" w:line="240" w:lineRule="auto"/>
            </w:pPr>
            <w:r>
              <w:rPr>
                <w:rFonts w:ascii="Tinos" w:hAnsi="Tinos"/>
                <w:sz w:val="14"/>
              </w:rPr>
            </w:r>
          </w:p>
          <w:p>
            <w:pPr>
              <w:spacing w:after="26" w:line="240" w:lineRule="auto"/>
            </w:pPr>
            <w:r>
              <w:rPr>
                <w:rFonts w:ascii="Tinos" w:hAnsi="Tinos"/>
                <w:sz w:val="14"/>
              </w:rPr>
              <w:t>What action is being proposed?</w:t>
            </w:r>
          </w:p>
          <w:p>
            <w:pPr>
              <w:spacing w:after="26" w:line="240" w:lineRule="auto"/>
            </w:pPr>
            <w:r>
              <w:rPr>
                <w:rFonts w:ascii="Tinos" w:hAnsi="Tinos"/>
                <w:sz w:val="14"/>
              </w:rPr>
            </w:r>
          </w:p>
          <w:p>
            <w:pPr>
              <w:spacing w:after="26" w:line="240" w:lineRule="auto"/>
            </w:pPr>
            <w:r>
              <w:rPr>
                <w:rFonts w:ascii="Tinos" w:hAnsi="Tinos"/>
                <w:sz w:val="14"/>
              </w:rPr>
              <w:t>Does that action actually address the originating condition?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18. Fear, Guilt, Shame, and Misdirection</w:t>
            </w:r>
          </w:p>
          <w:p>
            <w:pPr>
              <w:spacing w:after="26" w:line="240" w:lineRule="auto"/>
            </w:pPr>
            <w:r>
              <w:rPr>
                <w:rFonts w:ascii="Tinos" w:hAnsi="Tinos"/>
                <w:sz w:val="14"/>
              </w:rPr>
            </w:r>
          </w:p>
          <w:p>
            <w:pPr>
              <w:spacing w:after="26" w:line="240" w:lineRule="auto"/>
            </w:pPr>
            <w:r>
              <w:rPr>
                <w:rFonts w:ascii="Tinos" w:hAnsi="Tinos"/>
                <w:sz w:val="14"/>
              </w:rPr>
              <w:t>Fear, guilt, and shame should not be collapsed into one category. They have different psychological relationships and behavioural consequences.</w:t>
            </w:r>
          </w:p>
          <w:p>
            <w:pPr>
              <w:spacing w:after="26" w:line="240" w:lineRule="auto"/>
            </w:pPr>
            <w:r>
              <w:rPr>
                <w:rFonts w:ascii="Tinos" w:hAnsi="Tinos"/>
                <w:sz w:val="14"/>
              </w:rPr>
            </w:r>
          </w:p>
          <w:p>
            <w:pPr>
              <w:spacing w:after="26" w:line="240" w:lineRule="auto"/>
            </w:pPr>
            <w:r>
              <w:rPr>
                <w:rFonts w:ascii="Tinos" w:hAnsi="Tinos"/>
                <w:sz w:val="14"/>
              </w:rPr>
              <w:t>A large meta-analysis found that fear appeals can influence attitudes, intentions, and behaviours, with outcomes depending upon characteristics of both the message and audience (Tannenbaum et al., 2015).</w:t>
            </w:r>
          </w:p>
          <w:p>
            <w:pPr>
              <w:spacing w:after="26" w:line="240" w:lineRule="auto"/>
            </w:pPr>
            <w:r>
              <w:rPr>
                <w:rFonts w:ascii="Tinos" w:hAnsi="Tinos"/>
                <w:sz w:val="14"/>
              </w:rPr>
            </w:r>
          </w:p>
          <w:p>
            <w:pPr>
              <w:spacing w:after="26" w:line="240" w:lineRule="auto"/>
            </w:pPr>
            <w:r>
              <w:rPr>
                <w:rFonts w:ascii="Tinos" w:hAnsi="Tinos"/>
                <w:sz w:val="14"/>
              </w:rPr>
              <w:t>A later meta-analysis found that guilt appeals also have persuasive effects, moderated by factors including responsibility, controllability, relationships, and opportunities for reparative action (Peng et al., 2023).</w:t>
            </w:r>
          </w:p>
          <w:p>
            <w:pPr>
              <w:spacing w:after="26" w:line="240" w:lineRule="auto"/>
            </w:pPr>
            <w:r>
              <w:rPr>
                <w:rFonts w:ascii="Tinos" w:hAnsi="Tinos"/>
                <w:sz w:val="14"/>
              </w:rPr>
            </w:r>
          </w:p>
          <w:p>
            <w:pPr>
              <w:spacing w:after="26" w:line="240" w:lineRule="auto"/>
            </w:pPr>
            <w:r>
              <w:rPr>
                <w:rFonts w:ascii="Tinos" w:hAnsi="Tinos"/>
                <w:sz w:val="14"/>
              </w:rPr>
              <w:t>Shame behaves differently again. Leach and Cidam's (2015) meta-analysis found that shame could relate to constructive approach when a failure appeared reparable, but to avoidance where repair seemed less possible.</w:t>
            </w:r>
          </w:p>
          <w:p>
            <w:pPr>
              <w:spacing w:after="26" w:line="240" w:lineRule="auto"/>
            </w:pPr>
            <w:r>
              <w:rPr>
                <w:rFonts w:ascii="Tinos" w:hAnsi="Tinos"/>
                <w:sz w:val="14"/>
              </w:rPr>
            </w:r>
          </w:p>
          <w:p>
            <w:pPr>
              <w:spacing w:after="26" w:line="240" w:lineRule="auto"/>
            </w:pPr>
            <w:r>
              <w:rPr>
                <w:rFonts w:ascii="Tinos" w:hAnsi="Tinos"/>
                <w:sz w:val="14"/>
              </w:rPr>
              <w:t>MRRAF therefore proposes that emotional manipulation should be analysed relationally:</w:t>
            </w:r>
          </w:p>
          <w:p>
            <w:pPr>
              <w:spacing w:after="26" w:line="240" w:lineRule="auto"/>
            </w:pPr>
            <w:r>
              <w:rPr>
                <w:rFonts w:ascii="Tinos" w:hAnsi="Tinos"/>
                <w:sz w:val="14"/>
              </w:rPr>
            </w:r>
          </w:p>
          <w:p>
            <w:pPr>
              <w:spacing w:after="26" w:line="240" w:lineRule="auto"/>
            </w:pPr>
            <w:r>
              <w:rPr>
                <w:rFonts w:ascii="Tinos" w:hAnsi="Tinos"/>
                <w:sz w:val="14"/>
              </w:rPr>
              <w:t>What emotion is active?</w:t>
            </w:r>
          </w:p>
          <w:p>
            <w:pPr>
              <w:spacing w:after="26" w:line="240" w:lineRule="auto"/>
            </w:pPr>
            <w:r>
              <w:rPr>
                <w:rFonts w:ascii="Tinos" w:hAnsi="Tinos"/>
                <w:sz w:val="14"/>
              </w:rPr>
            </w:r>
          </w:p>
          <w:p>
            <w:pPr>
              <w:spacing w:after="26" w:line="240" w:lineRule="auto"/>
            </w:pPr>
            <w:r>
              <w:rPr>
                <w:rFonts w:ascii="Tinos" w:hAnsi="Tinos"/>
                <w:sz w:val="14"/>
              </w:rPr>
              <w:t>What caused it?</w:t>
            </w:r>
          </w:p>
          <w:p>
            <w:pPr>
              <w:spacing w:after="26" w:line="240" w:lineRule="auto"/>
            </w:pPr>
            <w:r>
              <w:rPr>
                <w:rFonts w:ascii="Tinos" w:hAnsi="Tinos"/>
                <w:sz w:val="14"/>
              </w:rPr>
            </w:r>
          </w:p>
          <w:p>
            <w:pPr>
              <w:spacing w:after="26" w:line="240" w:lineRule="auto"/>
            </w:pPr>
            <w:r>
              <w:rPr>
                <w:rFonts w:ascii="Tinos" w:hAnsi="Tinos"/>
                <w:sz w:val="14"/>
              </w:rPr>
              <w:t>What meaning has been assigned to it?</w:t>
            </w:r>
          </w:p>
          <w:p>
            <w:pPr>
              <w:spacing w:after="26" w:line="240" w:lineRule="auto"/>
            </w:pPr>
            <w:r>
              <w:rPr>
                <w:rFonts w:ascii="Tinos" w:hAnsi="Tinos"/>
                <w:sz w:val="14"/>
              </w:rPr>
            </w:r>
          </w:p>
          <w:p>
            <w:pPr>
              <w:spacing w:after="26" w:line="240" w:lineRule="auto"/>
            </w:pPr>
            <w:r>
              <w:rPr>
                <w:rFonts w:ascii="Tinos" w:hAnsi="Tinos"/>
                <w:sz w:val="14"/>
              </w:rPr>
              <w:t>What action is being proposed?</w:t>
            </w:r>
          </w:p>
          <w:p>
            <w:pPr>
              <w:spacing w:after="26" w:line="240" w:lineRule="auto"/>
            </w:pPr>
            <w:r>
              <w:rPr>
                <w:rFonts w:ascii="Tinos" w:hAnsi="Tinos"/>
                <w:sz w:val="14"/>
              </w:rPr>
            </w:r>
          </w:p>
          <w:p>
            <w:pPr>
              <w:spacing w:after="26" w:line="240" w:lineRule="auto"/>
            </w:pPr>
            <w:r>
              <w:rPr>
                <w:rFonts w:ascii="Tinos" w:hAnsi="Tinos"/>
                <w:sz w:val="14"/>
              </w:rPr>
              <w:t>Does that action actually address the originating condition?</w:t>
            </w:r>
          </w:p>
          <w:p>
            <w:pPr>
              <w:spacing w:after="26" w:line="240" w:lineRule="auto"/>
            </w:pPr>
            <w:r>
              <w:rPr>
                <w:rFonts w:ascii="Tinos" w:hAnsi="Tinos"/>
                <w:sz w:val="14"/>
              </w:rPr>
            </w:r>
          </w:p>
          <w:p>
            <w:pPr>
              <w:spacing w:after="26" w:line="240" w:lineRule="auto"/>
            </w:pPr>
            <w:r>
              <w:rPr>
                <w:rFonts w:ascii="Tinos" w:hAnsi="Tinos"/>
                <w:sz w:val="14"/>
              </w:rPr>
              <w:t>LOVE-0 adds a power and freedom check:</w:t>
            </w:r>
          </w:p>
          <w:p>
            <w:pPr>
              <w:spacing w:after="26" w:line="240" w:lineRule="auto"/>
            </w:pPr>
            <w:r>
              <w:rPr>
                <w:rFonts w:ascii="Tinos" w:hAnsi="Tinos"/>
                <w:sz w:val="14"/>
              </w:rPr>
            </w:r>
          </w:p>
          <w:p>
            <w:pPr>
              <w:spacing w:after="26" w:line="240" w:lineRule="auto"/>
            </w:pPr>
            <w:r>
              <w:rPr>
                <w:rFonts w:ascii="Tinos" w:hAnsi="Tinos"/>
                <w:sz w:val="14"/>
              </w:rPr>
              <w:t>Who benefits if I accept this explanation?</w:t>
            </w:r>
          </w:p>
          <w:p>
            <w:pPr>
              <w:spacing w:after="26" w:line="240" w:lineRule="auto"/>
            </w:pPr>
            <w:r>
              <w:rPr>
                <w:rFonts w:ascii="Tinos" w:hAnsi="Tinos"/>
                <w:sz w:val="14"/>
              </w:rPr>
            </w:r>
          </w:p>
          <w:p>
            <w:pPr>
              <w:spacing w:after="26" w:line="240" w:lineRule="auto"/>
            </w:pPr>
            <w:r>
              <w:rPr>
                <w:rFonts w:ascii="Tinos" w:hAnsi="Tinos"/>
                <w:sz w:val="14"/>
              </w:rPr>
              <w:t>Could I safely refuse the proposed action?</w:t>
            </w:r>
          </w:p>
          <w:p>
            <w:pPr>
              <w:spacing w:after="26" w:line="240" w:lineRule="auto"/>
            </w:pPr>
            <w:r>
              <w:rPr>
                <w:rFonts w:ascii="Tinos" w:hAnsi="Tinos"/>
                <w:sz w:val="14"/>
              </w:rPr>
            </w:r>
          </w:p>
          <w:p>
            <w:pPr>
              <w:spacing w:after="26" w:line="240" w:lineRule="auto"/>
            </w:pPr>
            <w:r>
              <w:rPr>
                <w:rFonts w:ascii="Tinos" w:hAnsi="Tinos"/>
                <w:sz w:val="14"/>
              </w:rPr>
              <w:t>Is urgency preventing verification?</w:t>
            </w:r>
          </w:p>
          <w:p>
            <w:pPr>
              <w:spacing w:after="26" w:line="240" w:lineRule="auto"/>
            </w:pPr>
            <w:r>
              <w:rPr>
                <w:rFonts w:ascii="Tinos" w:hAnsi="Tinos"/>
                <w:sz w:val="14"/>
              </w:rPr>
            </w:r>
          </w:p>
          <w:p>
            <w:pPr>
              <w:spacing w:after="26" w:line="240" w:lineRule="auto"/>
            </w:pPr>
            <w:r>
              <w:rPr>
                <w:rFonts w:ascii="Tinos" w:hAnsi="Tinos"/>
                <w:sz w:val="14"/>
              </w:rPr>
              <w:t>Is guilt attached to a reparative action that actually repairs something, or merely to obedience?</w:t>
            </w:r>
          </w:p>
          <w:p>
            <w:pPr>
              <w:spacing w:after="26" w:line="240" w:lineRule="auto"/>
            </w:pPr>
            <w:r>
              <w:rPr>
                <w:rFonts w:ascii="Tinos" w:hAnsi="Tinos"/>
                <w:sz w:val="14"/>
              </w:rPr>
            </w:r>
          </w:p>
          <w:p>
            <w:pPr>
              <w:spacing w:after="26" w:line="240" w:lineRule="auto"/>
            </w:pPr>
            <w:r>
              <w:rPr>
                <w:rFonts w:ascii="Tinos" w:hAnsi="Tinos"/>
                <w:sz w:val="14"/>
              </w:rPr>
              <w:t>Is shame being used to make correction feel like annihilation?</w:t>
            </w:r>
          </w:p>
          <w:p>
            <w:pPr>
              <w:spacing w:after="26" w:line="240" w:lineRule="auto"/>
            </w:pPr>
            <w:r>
              <w:rPr>
                <w:rFonts w:ascii="Tinos" w:hAnsi="Tinos"/>
                <w:sz w:val="14"/>
              </w:rPr>
            </w:r>
          </w:p>
          <w:p>
            <w:pPr>
              <w:spacing w:after="26" w:line="240" w:lineRule="auto"/>
            </w:pPr>
            <w:r>
              <w:rPr>
                <w:rFonts w:ascii="Tinos" w:hAnsi="Tinos"/>
                <w:sz w:val="14"/>
              </w:rPr>
              <w:t>A feeling can remain valid information about the person's state while the external explanation or demanded response is rejected.</w:t>
            </w:r>
          </w:p>
        </w:tc>
      </w:tr>
    </w:tbl>
    <w:p>
      <w:pPr>
        <w:spacing w:after="0"/>
      </w:pPr>
    </w:p>
    <w:p>
      <w:pPr>
        <w:pStyle w:val="Heading1"/>
      </w:pPr>
      <w:r>
        <w:t>19. A Proposed Nostalgia-Vulnerability Pathway</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19. A Proposed Nostalgia-Vulnerability Pathway</w:t>
            </w:r>
          </w:p>
          <w:p>
            <w:pPr>
              <w:spacing w:after="26" w:line="240" w:lineRule="auto"/>
            </w:pPr>
            <w:r>
              <w:rPr>
                <w:rFonts w:ascii="Tinos" w:hAnsi="Tinos"/>
                <w:sz w:val="14"/>
              </w:rPr>
            </w:r>
          </w:p>
          <w:p>
            <w:pPr>
              <w:spacing w:after="26" w:line="240" w:lineRule="auto"/>
            </w:pPr>
            <w:r>
              <w:rPr>
                <w:rFonts w:ascii="Tinos" w:hAnsi="Tinos"/>
                <w:sz w:val="14"/>
              </w:rPr>
              <w:t>The following complete causal chain has not been demonstrated as a single established psychological mechanism.</w:t>
            </w:r>
          </w:p>
          <w:p>
            <w:pPr>
              <w:spacing w:after="26" w:line="240" w:lineRule="auto"/>
            </w:pPr>
            <w:r>
              <w:rPr>
                <w:rFonts w:ascii="Tinos" w:hAnsi="Tinos"/>
                <w:sz w:val="14"/>
              </w:rPr>
            </w:r>
          </w:p>
          <w:p>
            <w:pPr>
              <w:spacing w:after="26" w:line="240" w:lineRule="auto"/>
            </w:pPr>
            <w:r>
              <w:rPr>
                <w:rFonts w:ascii="Tinos" w:hAnsi="Tinos"/>
                <w:sz w:val="14"/>
              </w:rPr>
              <w:t>It is an MRRAF hypothesis assembled from independently supported relationships.</w:t>
            </w:r>
          </w:p>
          <w:p>
            <w:pPr>
              <w:spacing w:after="26" w:line="240" w:lineRule="auto"/>
            </w:pPr>
            <w:r>
              <w:rPr>
                <w:rFonts w:ascii="Tinos" w:hAnsi="Tinos"/>
                <w:sz w:val="14"/>
              </w:rPr>
            </w:r>
          </w:p>
          <w:p>
            <w:pPr>
              <w:spacing w:after="26" w:line="240" w:lineRule="auto"/>
            </w:pPr>
            <w:r>
              <w:rPr>
                <w:rFonts w:ascii="Tinos" w:hAnsi="Tinos"/>
                <w:b/>
                <w:sz w:val="14"/>
              </w:rPr>
              <w:t>Figure 3. Proposed MRRAF Loss-Nostalgia-Action Pathway</w:t>
            </w:r>
          </w:p>
          <w:p>
            <w:pPr>
              <w:spacing w:after="26" w:line="240" w:lineRule="auto"/>
            </w:pPr>
            <w:r>
              <w:rPr>
                <w:rFonts w:ascii="Tinos" w:hAnsi="Tinos"/>
                <w:sz w:val="14"/>
              </w:rPr>
            </w:r>
          </w:p>
          <w:p>
            <w:pPr>
              <w:spacing w:after="26" w:line="240" w:lineRule="auto"/>
            </w:pPr>
            <w:r>
              <w:rPr>
                <w:rFonts w:ascii="Tinos" w:hAnsi="Tinos"/>
                <w:sz w:val="14"/>
              </w:rPr>
              <w:t>```</w:t>
            </w:r>
          </w:p>
          <w:p>
            <w:pPr>
              <w:spacing w:after="26" w:line="240" w:lineRule="auto"/>
            </w:pPr>
            <w:r>
              <w:rPr>
                <w:rFonts w:ascii="Tinos" w:hAnsi="Tinos"/>
                <w:sz w:val="14"/>
              </w:rPr>
              <w:t>Significant loss</w:t>
            </w:r>
          </w:p>
          <w:p>
            <w:pPr>
              <w:spacing w:after="26" w:line="240" w:lineRule="auto"/>
            </w:pPr>
            <w:r>
              <w:rPr>
                <w:rFonts w:ascii="Tinos" w:hAnsi="Tinos"/>
                <w:sz w:val="14"/>
              </w:rPr>
              <w:t xml:space="preserve">  |</w:t>
            </w:r>
          </w:p>
          <w:p>
            <w:pPr>
              <w:spacing w:after="26" w:line="240" w:lineRule="auto"/>
            </w:pPr>
            <w:r>
              <w:rPr>
                <w:rFonts w:ascii="Tinos" w:hAnsi="Tinos"/>
                <w:sz w:val="14"/>
              </w:rPr>
              <w:t>Recognition of changed state</w:t>
            </w:r>
          </w:p>
          <w:p>
            <w:pPr>
              <w:spacing w:after="26" w:line="240" w:lineRule="auto"/>
            </w:pPr>
            <w:r>
              <w:rPr>
                <w:rFonts w:ascii="Tinos" w:hAnsi="Tinos"/>
                <w:sz w:val="14"/>
              </w:rPr>
              <w:t xml:space="preserve">  |</w:t>
            </w:r>
          </w:p>
          <w:p>
            <w:pPr>
              <w:spacing w:after="26" w:line="240" w:lineRule="auto"/>
            </w:pPr>
            <w:r>
              <w:rPr>
                <w:rFonts w:ascii="Tinos" w:hAnsi="Tinos"/>
                <w:sz w:val="14"/>
              </w:rPr>
              <w:t>Sadness and other affective responses</w:t>
            </w:r>
          </w:p>
          <w:p>
            <w:pPr>
              <w:spacing w:after="26" w:line="240" w:lineRule="auto"/>
            </w:pPr>
            <w:r>
              <w:rPr>
                <w:rFonts w:ascii="Tinos" w:hAnsi="Tinos"/>
                <w:sz w:val="14"/>
              </w:rPr>
              <w:t xml:space="preserve">  |</w:t>
            </w:r>
          </w:p>
          <w:p>
            <w:pPr>
              <w:spacing w:after="26" w:line="240" w:lineRule="auto"/>
            </w:pPr>
            <w:r>
              <w:rPr>
                <w:rFonts w:ascii="Tinos" w:hAnsi="Tinos"/>
                <w:sz w:val="14"/>
              </w:rPr>
              <w:t>Increased grief-load / reduced available regulatory capacity</w:t>
            </w:r>
          </w:p>
          <w:p>
            <w:pPr>
              <w:spacing w:after="26" w:line="240" w:lineRule="auto"/>
            </w:pPr>
            <w:r>
              <w:rPr>
                <w:rFonts w:ascii="Tinos" w:hAnsi="Tinos"/>
                <w:sz w:val="14"/>
              </w:rPr>
              <w:t xml:space="preserve">  |</w:t>
            </w:r>
          </w:p>
          <w:p>
            <w:pPr>
              <w:spacing w:after="26" w:line="240" w:lineRule="auto"/>
            </w:pPr>
            <w:r>
              <w:rPr>
                <w:rFonts w:ascii="Tinos" w:hAnsi="Tinos"/>
                <w:sz w:val="14"/>
              </w:rPr>
              <w:t>Search for continuity</w:t>
            </w:r>
          </w:p>
          <w:p>
            <w:pPr>
              <w:spacing w:after="26" w:line="240" w:lineRule="auto"/>
            </w:pPr>
            <w:r>
              <w:rPr>
                <w:rFonts w:ascii="Tinos" w:hAnsi="Tinos"/>
                <w:sz w:val="14"/>
              </w:rPr>
              <w:t xml:space="preserve">  |</w:t>
            </w:r>
          </w:p>
          <w:p>
            <w:pPr>
              <w:spacing w:after="26" w:line="240" w:lineRule="auto"/>
            </w:pPr>
            <w:r>
              <w:rPr>
                <w:rFonts w:ascii="Tinos" w:hAnsi="Tinos"/>
                <w:sz w:val="14"/>
              </w:rPr>
              <w:t>Nostalgic retrieval</w:t>
            </w:r>
          </w:p>
          <w:p>
            <w:pPr>
              <w:spacing w:after="26" w:line="240" w:lineRule="auto"/>
            </w:pPr>
            <w:r>
              <w:rPr>
                <w:rFonts w:ascii="Tinos" w:hAnsi="Tinos"/>
                <w:sz w:val="14"/>
              </w:rPr>
              <w:t xml:space="preserve">  |</w:t>
            </w:r>
          </w:p>
          <w:p>
            <w:pPr>
              <w:spacing w:after="26" w:line="240" w:lineRule="auto"/>
            </w:pPr>
            <w:r>
              <w:rPr>
                <w:rFonts w:ascii="Tinos" w:hAnsi="Tinos"/>
                <w:sz w:val="14"/>
              </w:rPr>
              <w:t>Heightened relevance of cues associated with restoration</w:t>
            </w:r>
          </w:p>
          <w:p>
            <w:pPr>
              <w:spacing w:after="26" w:line="240" w:lineRule="auto"/>
            </w:pPr>
            <w:r>
              <w:rPr>
                <w:rFonts w:ascii="Tinos" w:hAnsi="Tinos"/>
                <w:sz w:val="14"/>
              </w:rPr>
              <w:t xml:space="preserve">  |</w:t>
            </w:r>
          </w:p>
          <w:p>
            <w:pPr>
              <w:spacing w:after="26" w:line="240" w:lineRule="auto"/>
            </w:pPr>
            <w:r>
              <w:rPr>
                <w:rFonts w:ascii="Tinos" w:hAnsi="Tinos"/>
                <w:sz w:val="14"/>
              </w:rPr>
              <w:t>Possible emotional framing:</w:t>
            </w:r>
          </w:p>
          <w:p>
            <w:pPr>
              <w:spacing w:after="26" w:line="240" w:lineRule="auto"/>
            </w:pPr>
            <w:r>
              <w:rPr>
                <w:rFonts w:ascii="Tinos" w:hAnsi="Tinos"/>
                <w:sz w:val="14"/>
              </w:rPr>
              <w:t xml:space="preserve">  Fear: “You are going to lose even more.”</w:t>
            </w:r>
          </w:p>
          <w:p>
            <w:pPr>
              <w:spacing w:after="26" w:line="240" w:lineRule="auto"/>
            </w:pPr>
            <w:r>
              <w:rPr>
                <w:rFonts w:ascii="Tinos" w:hAnsi="Tinos"/>
                <w:sz w:val="14"/>
              </w:rPr>
              <w:t xml:space="preserve">  Guilt: “You failed to protect what mattered.”</w:t>
            </w:r>
          </w:p>
          <w:p>
            <w:pPr>
              <w:spacing w:after="26" w:line="240" w:lineRule="auto"/>
            </w:pPr>
            <w:r>
              <w:rPr>
                <w:rFonts w:ascii="Tinos" w:hAnsi="Tinos"/>
                <w:sz w:val="14"/>
              </w:rPr>
              <w:t xml:space="preserve">  Shame: “The loss says something defective about you.”</w:t>
            </w:r>
          </w:p>
          <w:p>
            <w:pPr>
              <w:spacing w:after="26" w:line="240" w:lineRule="auto"/>
            </w:pPr>
            <w:r>
              <w:rPr>
                <w:rFonts w:ascii="Tinos" w:hAnsi="Tinos"/>
                <w:sz w:val="14"/>
              </w:rPr>
              <w:t xml:space="preserve">  |</w:t>
            </w:r>
          </w:p>
          <w:p>
            <w:pPr>
              <w:spacing w:after="26" w:line="240" w:lineRule="auto"/>
            </w:pPr>
            <w:r>
              <w:rPr>
                <w:rFonts w:ascii="Tinos" w:hAnsi="Tinos"/>
                <w:sz w:val="14"/>
              </w:rPr>
              <w:t>External proposed solution:</w:t>
            </w:r>
          </w:p>
          <w:p>
            <w:pPr>
              <w:spacing w:after="26" w:line="240" w:lineRule="auto"/>
            </w:pPr>
            <w:r>
              <w:rPr>
                <w:rFonts w:ascii="Tinos" w:hAnsi="Tinos"/>
                <w:sz w:val="14"/>
              </w:rPr>
              <w:t xml:space="preserve">  Purchase / Donation / Political behaviour / Group conformity /</w:t>
            </w:r>
          </w:p>
          <w:p>
            <w:pPr>
              <w:spacing w:after="26" w:line="240" w:lineRule="auto"/>
            </w:pPr>
            <w:r>
              <w:rPr>
                <w:rFonts w:ascii="Tinos" w:hAnsi="Tinos"/>
                <w:sz w:val="14"/>
              </w:rPr>
              <w:t xml:space="preserve">  Relationship behaviour / Status consumption / Withdrawal /</w:t>
            </w:r>
          </w:p>
          <w:p>
            <w:pPr>
              <w:spacing w:after="26" w:line="240" w:lineRule="auto"/>
            </w:pPr>
            <w:r>
              <w:rPr>
                <w:rFonts w:ascii="Tinos" w:hAnsi="Tinos"/>
                <w:sz w:val="14"/>
              </w:rPr>
              <w:t xml:space="preserve">  Aggression / Preservation behaviour</w:t>
            </w:r>
          </w:p>
          <w:p>
            <w:pPr>
              <w:spacing w:after="26" w:line="240" w:lineRule="auto"/>
            </w:pPr>
            <w:r>
              <w:rPr>
                <w:rFonts w:ascii="Tinos" w:hAnsi="Tinos"/>
                <w:sz w:val="14"/>
              </w:rPr>
              <w:t xml:space="preserve">  |</w:t>
            </w:r>
          </w:p>
          <w:p>
            <w:pPr>
              <w:spacing w:after="26" w:line="240" w:lineRule="auto"/>
            </w:pPr>
            <w:r>
              <w:rPr>
                <w:rFonts w:ascii="Tinos" w:hAnsi="Tinos"/>
                <w:sz w:val="14"/>
              </w:rPr>
              <w:t>Outcome may or may not address the original loss.</w:t>
            </w:r>
          </w:p>
          <w:p>
            <w:pPr>
              <w:spacing w:after="26" w:line="240" w:lineRule="auto"/>
            </w:pPr>
            <w:r>
              <w:rPr>
                <w:rFonts w:ascii="Tinos" w:hAnsi="Tinos"/>
                <w:sz w:val="14"/>
              </w:rPr>
              <w:t>```</w:t>
            </w:r>
          </w:p>
          <w:p>
            <w:pPr>
              <w:spacing w:after="26" w:line="240" w:lineRule="auto"/>
            </w:pPr>
            <w:r>
              <w:rPr>
                <w:rFonts w:ascii="Tinos" w:hAnsi="Tinos"/>
                <w:sz w:val="14"/>
              </w:rPr>
            </w:r>
          </w:p>
          <w:p>
            <w:pPr>
              <w:spacing w:after="26" w:line="240" w:lineRule="auto"/>
            </w:pPr>
            <w:r>
              <w:rPr>
                <w:rFonts w:ascii="Tinos" w:hAnsi="Tinos"/>
                <w:sz w:val="14"/>
              </w:rPr>
              <w:t>The key proposed vulnerability is therefore misdirection.</w:t>
            </w:r>
          </w:p>
          <w:p>
            <w:pPr>
              <w:spacing w:after="26" w:line="240" w:lineRule="auto"/>
            </w:pPr>
            <w:r>
              <w:rPr>
                <w:rFonts w:ascii="Tinos" w:hAnsi="Tinos"/>
                <w:sz w:val="14"/>
              </w:rPr>
            </w:r>
          </w:p>
          <w:p>
            <w:pPr>
              <w:spacing w:after="26" w:line="240" w:lineRule="auto"/>
            </w:pPr>
            <w:r>
              <w:rPr>
                <w:rFonts w:ascii="Tinos" w:hAnsi="Tinos"/>
                <w:sz w:val="14"/>
              </w:rPr>
              <w:t>The emotion itself need not be false.</w:t>
            </w:r>
          </w:p>
          <w:p>
            <w:pPr>
              <w:spacing w:after="26" w:line="240" w:lineRule="auto"/>
            </w:pPr>
            <w:r>
              <w:rPr>
                <w:rFonts w:ascii="Tinos" w:hAnsi="Tinos"/>
                <w:sz w:val="14"/>
              </w:rPr>
            </w:r>
          </w:p>
          <w:p>
            <w:pPr>
              <w:spacing w:after="26" w:line="240" w:lineRule="auto"/>
            </w:pPr>
            <w:r>
              <w:rPr>
                <w:rFonts w:ascii="Tinos" w:hAnsi="Tinos"/>
                <w:sz w:val="14"/>
              </w:rPr>
              <w:t>The sadness may be real.</w:t>
            </w:r>
          </w:p>
          <w:p>
            <w:pPr>
              <w:spacing w:after="26" w:line="240" w:lineRule="auto"/>
            </w:pPr>
            <w:r>
              <w:rPr>
                <w:rFonts w:ascii="Tinos" w:hAnsi="Tinos"/>
                <w:sz w:val="14"/>
              </w:rPr>
            </w:r>
          </w:p>
          <w:p>
            <w:pPr>
              <w:spacing w:after="26" w:line="240" w:lineRule="auto"/>
            </w:pPr>
            <w:r>
              <w:rPr>
                <w:rFonts w:ascii="Tinos" w:hAnsi="Tinos"/>
                <w:sz w:val="14"/>
              </w:rPr>
              <w:t>The fear may be real.</w:t>
            </w:r>
          </w:p>
          <w:p>
            <w:pPr>
              <w:spacing w:after="26" w:line="240" w:lineRule="auto"/>
            </w:pPr>
            <w:r>
              <w:rPr>
                <w:rFonts w:ascii="Tinos" w:hAnsi="Tinos"/>
                <w:sz w:val="14"/>
              </w:rPr>
            </w:r>
          </w:p>
          <w:p>
            <w:pPr>
              <w:spacing w:after="26" w:line="240" w:lineRule="auto"/>
            </w:pPr>
            <w:r>
              <w:rPr>
                <w:rFonts w:ascii="Tinos" w:hAnsi="Tinos"/>
                <w:sz w:val="14"/>
              </w:rPr>
              <w:t>The longing may be real.</w:t>
            </w:r>
          </w:p>
          <w:p>
            <w:pPr>
              <w:spacing w:after="26" w:line="240" w:lineRule="auto"/>
            </w:pPr>
            <w:r>
              <w:rPr>
                <w:rFonts w:ascii="Tinos" w:hAnsi="Tinos"/>
                <w:sz w:val="14"/>
              </w:rPr>
            </w:r>
          </w:p>
          <w:p>
            <w:pPr>
              <w:spacing w:after="26" w:line="240" w:lineRule="auto"/>
            </w:pPr>
            <w:r>
              <w:rPr>
                <w:rFonts w:ascii="Tinos" w:hAnsi="Tinos"/>
                <w:sz w:val="14"/>
              </w:rPr>
              <w:t>What may be incorrect is the interpretation:</w:t>
            </w:r>
          </w:p>
          <w:p>
            <w:pPr>
              <w:spacing w:after="26" w:line="240" w:lineRule="auto"/>
            </w:pPr>
            <w:r>
              <w:rPr>
                <w:rFonts w:ascii="Tinos" w:hAnsi="Tinos"/>
                <w:sz w:val="14"/>
              </w:rPr>
            </w:r>
          </w:p>
          <w:p>
            <w:pPr>
              <w:spacing w:after="26" w:line="240" w:lineRule="auto"/>
            </w:pPr>
            <w:r>
              <w:rPr>
                <w:rFonts w:ascii="Tinos" w:hAnsi="Tinos"/>
                <w:sz w:val="14"/>
              </w:rPr>
              <w:t>“Because I feel this, I must perform the action being offered to me.”</w:t>
            </w:r>
          </w:p>
        </w:tc>
        <w:tc>
          <w:tcPr>
            <w:tcW w:type="dxa" w:w="7913"/>
            <w:tcMar>
              <w:top w:w="55" w:type="dxa"/>
              <w:start w:w="70" w:type="dxa"/>
              <w:bottom w:w="55" w:type="dxa"/>
              <w:end w:w="70" w:type="dxa"/>
            </w:tcMar>
            <w:vAlign w:val="top"/>
          </w:tcPr>
          <w:p>
            <w:pPr>
              <w:spacing w:after="26" w:line="240" w:lineRule="auto"/>
            </w:pPr>
            <w:r/>
            <w:r>
              <w:rPr>
                <w:rFonts w:ascii="Tinos" w:hAnsi="Tinos"/>
                <w:sz w:val="14"/>
              </w:rPr>
              <w:t>19. A Proposed Nostalgia-Vulnerability Pathway</w:t>
            </w:r>
          </w:p>
          <w:p>
            <w:pPr>
              <w:spacing w:after="26" w:line="240" w:lineRule="auto"/>
            </w:pPr>
            <w:r>
              <w:rPr>
                <w:rFonts w:ascii="Tinos" w:hAnsi="Tinos"/>
                <w:sz w:val="14"/>
              </w:rPr>
            </w:r>
          </w:p>
          <w:p>
            <w:pPr>
              <w:spacing w:after="26" w:line="240" w:lineRule="auto"/>
            </w:pPr>
            <w:r>
              <w:rPr>
                <w:rFonts w:ascii="Tinos" w:hAnsi="Tinos"/>
                <w:sz w:val="14"/>
              </w:rPr>
              <w:t>The following complete causal chain has not been demonstrated as a single established psychological mechanism.</w:t>
            </w:r>
          </w:p>
          <w:p>
            <w:pPr>
              <w:spacing w:after="26" w:line="240" w:lineRule="auto"/>
            </w:pPr>
            <w:r>
              <w:rPr>
                <w:rFonts w:ascii="Tinos" w:hAnsi="Tinos"/>
                <w:sz w:val="14"/>
              </w:rPr>
            </w:r>
          </w:p>
          <w:p>
            <w:pPr>
              <w:spacing w:after="26" w:line="240" w:lineRule="auto"/>
            </w:pPr>
            <w:r>
              <w:rPr>
                <w:rFonts w:ascii="Tinos" w:hAnsi="Tinos"/>
                <w:sz w:val="14"/>
              </w:rPr>
              <w:t>It is an MRRAF hypothesis assembled from independently supported relationships.</w:t>
            </w:r>
          </w:p>
          <w:p>
            <w:pPr>
              <w:spacing w:after="26" w:line="240" w:lineRule="auto"/>
            </w:pPr>
            <w:r>
              <w:rPr>
                <w:rFonts w:ascii="Tinos" w:hAnsi="Tinos"/>
                <w:sz w:val="14"/>
              </w:rPr>
            </w:r>
          </w:p>
          <w:p>
            <w:pPr>
              <w:spacing w:after="26" w:line="240" w:lineRule="auto"/>
            </w:pPr>
            <w:r>
              <w:rPr>
                <w:rFonts w:ascii="Tinos" w:hAnsi="Tinos"/>
                <w:b/>
                <w:sz w:val="14"/>
              </w:rPr>
              <w:t>Figure 3. Proposed MRRAF Loss-Nostalgia-Action Pathway - LOVE-0 Processed</w:t>
            </w:r>
          </w:p>
          <w:p>
            <w:pPr>
              <w:spacing w:after="26" w:line="240" w:lineRule="auto"/>
            </w:pPr>
            <w:r>
              <w:rPr>
                <w:rFonts w:ascii="Tinos" w:hAnsi="Tinos"/>
                <w:sz w:val="14"/>
              </w:rPr>
            </w:r>
          </w:p>
          <w:p>
            <w:pPr>
              <w:spacing w:after="26" w:line="240" w:lineRule="auto"/>
            </w:pPr>
            <w:r>
              <w:rPr>
                <w:rFonts w:ascii="Tinos" w:hAnsi="Tinos"/>
                <w:sz w:val="14"/>
              </w:rPr>
              <w:t>```</w:t>
            </w:r>
          </w:p>
          <w:p>
            <w:pPr>
              <w:spacing w:after="26" w:line="240" w:lineRule="auto"/>
            </w:pPr>
            <w:r>
              <w:rPr>
                <w:rFonts w:ascii="Tinos" w:hAnsi="Tinos"/>
                <w:sz w:val="14"/>
              </w:rPr>
              <w:t>Significant loss</w:t>
            </w:r>
          </w:p>
          <w:p>
            <w:pPr>
              <w:spacing w:after="26" w:line="240" w:lineRule="auto"/>
            </w:pPr>
            <w:r>
              <w:rPr>
                <w:rFonts w:ascii="Tinos" w:hAnsi="Tinos"/>
                <w:sz w:val="14"/>
              </w:rPr>
              <w:t xml:space="preserve">  |</w:t>
            </w:r>
          </w:p>
          <w:p>
            <w:pPr>
              <w:spacing w:after="26" w:line="240" w:lineRule="auto"/>
            </w:pPr>
            <w:r>
              <w:rPr>
                <w:rFonts w:ascii="Tinos" w:hAnsi="Tinos"/>
                <w:b/>
                <w:sz w:val="14"/>
              </w:rPr>
              <w:t>LISTEN: recognition of changed state and affected functions</w:t>
            </w:r>
          </w:p>
          <w:p>
            <w:pPr>
              <w:spacing w:after="26" w:line="240" w:lineRule="auto"/>
            </w:pPr>
            <w:r>
              <w:rPr>
                <w:rFonts w:ascii="Tinos" w:hAnsi="Tinos"/>
                <w:sz w:val="14"/>
              </w:rPr>
              <w:t xml:space="preserve">  |</w:t>
            </w:r>
          </w:p>
          <w:p>
            <w:pPr>
              <w:spacing w:after="26" w:line="240" w:lineRule="auto"/>
            </w:pPr>
            <w:r>
              <w:rPr>
                <w:rFonts w:ascii="Tinos" w:hAnsi="Tinos"/>
                <w:sz w:val="14"/>
              </w:rPr>
              <w:t>Sadness and other affective responses</w:t>
            </w:r>
          </w:p>
          <w:p>
            <w:pPr>
              <w:spacing w:after="26" w:line="240" w:lineRule="auto"/>
            </w:pPr>
            <w:r>
              <w:rPr>
                <w:rFonts w:ascii="Tinos" w:hAnsi="Tinos"/>
                <w:sz w:val="14"/>
              </w:rPr>
              <w:t xml:space="preserve">  |</w:t>
            </w:r>
          </w:p>
          <w:p>
            <w:pPr>
              <w:spacing w:after="26" w:line="240" w:lineRule="auto"/>
            </w:pPr>
            <w:r>
              <w:rPr>
                <w:rFonts w:ascii="Tinos" w:hAnsi="Tinos"/>
                <w:sz w:val="14"/>
              </w:rPr>
              <w:t>Grief-load / reduced available regulatory capacity</w:t>
            </w:r>
          </w:p>
          <w:p>
            <w:pPr>
              <w:spacing w:after="26" w:line="240" w:lineRule="auto"/>
            </w:pPr>
            <w:r>
              <w:rPr>
                <w:rFonts w:ascii="Tinos" w:hAnsi="Tinos"/>
                <w:sz w:val="14"/>
              </w:rPr>
              <w:t xml:space="preserve">  |</w:t>
            </w:r>
          </w:p>
          <w:p>
            <w:pPr>
              <w:spacing w:after="26" w:line="240" w:lineRule="auto"/>
            </w:pPr>
            <w:r>
              <w:rPr>
                <w:rFonts w:ascii="Tinos" w:hAnsi="Tinos"/>
                <w:sz w:val="14"/>
              </w:rPr>
              <w:t>Search for continuity</w:t>
            </w:r>
          </w:p>
          <w:p>
            <w:pPr>
              <w:spacing w:after="26" w:line="240" w:lineRule="auto"/>
            </w:pPr>
            <w:r>
              <w:rPr>
                <w:rFonts w:ascii="Tinos" w:hAnsi="Tinos"/>
                <w:sz w:val="14"/>
              </w:rPr>
              <w:t xml:space="preserve">  |</w:t>
            </w:r>
          </w:p>
          <w:p>
            <w:pPr>
              <w:spacing w:after="26" w:line="240" w:lineRule="auto"/>
            </w:pPr>
            <w:r>
              <w:rPr>
                <w:rFonts w:ascii="Tinos" w:hAnsi="Tinos"/>
                <w:sz w:val="14"/>
              </w:rPr>
              <w:t>Nostalgic retrieval</w:t>
            </w:r>
          </w:p>
          <w:p>
            <w:pPr>
              <w:spacing w:after="26" w:line="240" w:lineRule="auto"/>
            </w:pPr>
            <w:r>
              <w:rPr>
                <w:rFonts w:ascii="Tinos" w:hAnsi="Tinos"/>
                <w:sz w:val="14"/>
              </w:rPr>
              <w:t xml:space="preserve">  |</w:t>
            </w:r>
          </w:p>
          <w:p>
            <w:pPr>
              <w:spacing w:after="26" w:line="240" w:lineRule="auto"/>
            </w:pPr>
            <w:r>
              <w:rPr>
                <w:rFonts w:ascii="Tinos" w:hAnsi="Tinos"/>
                <w:b/>
                <w:sz w:val="14"/>
              </w:rPr>
              <w:t>OPEN: multiple meanings and alternatives remain possible</w:t>
            </w:r>
          </w:p>
          <w:p>
            <w:pPr>
              <w:spacing w:after="26" w:line="240" w:lineRule="auto"/>
            </w:pPr>
            <w:r>
              <w:rPr>
                <w:rFonts w:ascii="Tinos" w:hAnsi="Tinos"/>
                <w:sz w:val="14"/>
              </w:rPr>
              <w:t xml:space="preserve">  |</w:t>
            </w:r>
          </w:p>
          <w:p>
            <w:pPr>
              <w:spacing w:after="26" w:line="240" w:lineRule="auto"/>
            </w:pPr>
            <w:r>
              <w:rPr>
                <w:rFonts w:ascii="Tinos" w:hAnsi="Tinos"/>
                <w:sz w:val="14"/>
              </w:rPr>
              <w:t>Heightened relevance of cues associated with restoration</w:t>
            </w:r>
          </w:p>
          <w:p>
            <w:pPr>
              <w:spacing w:after="26" w:line="240" w:lineRule="auto"/>
            </w:pPr>
            <w:r>
              <w:rPr>
                <w:rFonts w:ascii="Tinos" w:hAnsi="Tinos"/>
                <w:sz w:val="14"/>
              </w:rPr>
              <w:t xml:space="preserve">  |</w:t>
            </w:r>
          </w:p>
          <w:p>
            <w:pPr>
              <w:spacing w:after="26" w:line="240" w:lineRule="auto"/>
            </w:pPr>
            <w:r>
              <w:rPr>
                <w:rFonts w:ascii="Tinos" w:hAnsi="Tinos"/>
                <w:sz w:val="14"/>
              </w:rPr>
              <w:t>Possible emotional framing:</w:t>
            </w:r>
          </w:p>
          <w:p>
            <w:pPr>
              <w:spacing w:after="26" w:line="240" w:lineRule="auto"/>
            </w:pPr>
            <w:r>
              <w:rPr>
                <w:rFonts w:ascii="Tinos" w:hAnsi="Tinos"/>
                <w:sz w:val="14"/>
              </w:rPr>
              <w:t xml:space="preserve">  Fear: “You are going to lose even more.”</w:t>
            </w:r>
          </w:p>
          <w:p>
            <w:pPr>
              <w:spacing w:after="26" w:line="240" w:lineRule="auto"/>
            </w:pPr>
            <w:r>
              <w:rPr>
                <w:rFonts w:ascii="Tinos" w:hAnsi="Tinos"/>
                <w:sz w:val="14"/>
              </w:rPr>
              <w:t xml:space="preserve">  Guilt: “You failed to protect what mattered.”</w:t>
            </w:r>
          </w:p>
          <w:p>
            <w:pPr>
              <w:spacing w:after="26" w:line="240" w:lineRule="auto"/>
            </w:pPr>
            <w:r>
              <w:rPr>
                <w:rFonts w:ascii="Tinos" w:hAnsi="Tinos"/>
                <w:sz w:val="14"/>
              </w:rPr>
              <w:t xml:space="preserve">  Shame: “The loss says something defective about you.”</w:t>
            </w:r>
          </w:p>
          <w:p>
            <w:pPr>
              <w:spacing w:after="26" w:line="240" w:lineRule="auto"/>
            </w:pPr>
            <w:r>
              <w:rPr>
                <w:rFonts w:ascii="Tinos" w:hAnsi="Tinos"/>
                <w:sz w:val="14"/>
              </w:rPr>
              <w:t xml:space="preserve">  |</w:t>
            </w:r>
          </w:p>
          <w:p>
            <w:pPr>
              <w:spacing w:after="26" w:line="240" w:lineRule="auto"/>
            </w:pPr>
            <w:r>
              <w:rPr>
                <w:rFonts w:ascii="Tinos" w:hAnsi="Tinos"/>
                <w:b/>
                <w:sz w:val="14"/>
              </w:rPr>
              <w:t>VERIFY:</w:t>
            </w:r>
          </w:p>
          <w:p>
            <w:pPr>
              <w:spacing w:after="26" w:line="240" w:lineRule="auto"/>
            </w:pPr>
            <w:r>
              <w:rPr>
                <w:rFonts w:ascii="Tinos" w:hAnsi="Tinos"/>
                <w:sz w:val="14"/>
              </w:rPr>
              <w:t xml:space="preserve">  What is observed? What is inferred? What is the evidence?</w:t>
            </w:r>
          </w:p>
          <w:p>
            <w:pPr>
              <w:spacing w:after="26" w:line="240" w:lineRule="auto"/>
            </w:pPr>
            <w:r>
              <w:rPr>
                <w:rFonts w:ascii="Tinos" w:hAnsi="Tinos"/>
                <w:sz w:val="14"/>
              </w:rPr>
              <w:t xml:space="preserve">  Who has power? Can the action be refused? Is it reversible?</w:t>
            </w:r>
          </w:p>
          <w:p>
            <w:pPr>
              <w:spacing w:after="26" w:line="240" w:lineRule="auto"/>
            </w:pPr>
            <w:r>
              <w:rPr>
                <w:rFonts w:ascii="Tinos" w:hAnsi="Tinos"/>
                <w:sz w:val="14"/>
              </w:rPr>
              <w:t xml:space="preserve">  |</w:t>
            </w:r>
          </w:p>
          <w:p>
            <w:pPr>
              <w:spacing w:after="26" w:line="240" w:lineRule="auto"/>
            </w:pPr>
            <w:r>
              <w:rPr>
                <w:rFonts w:ascii="Tinos" w:hAnsi="Tinos"/>
                <w:sz w:val="14"/>
              </w:rPr>
              <w:t>External proposed solution:</w:t>
            </w:r>
          </w:p>
          <w:p>
            <w:pPr>
              <w:spacing w:after="26" w:line="240" w:lineRule="auto"/>
            </w:pPr>
            <w:r>
              <w:rPr>
                <w:rFonts w:ascii="Tinos" w:hAnsi="Tinos"/>
                <w:sz w:val="14"/>
              </w:rPr>
              <w:t xml:space="preserve">  Purchase / Donation / Political behaviour / Group conformity /</w:t>
            </w:r>
          </w:p>
          <w:p>
            <w:pPr>
              <w:spacing w:after="26" w:line="240" w:lineRule="auto"/>
            </w:pPr>
            <w:r>
              <w:rPr>
                <w:rFonts w:ascii="Tinos" w:hAnsi="Tinos"/>
                <w:sz w:val="14"/>
              </w:rPr>
              <w:t xml:space="preserve">  Relationship behaviour / Status consumption / Withdrawal /</w:t>
            </w:r>
          </w:p>
          <w:p>
            <w:pPr>
              <w:spacing w:after="26" w:line="240" w:lineRule="auto"/>
            </w:pPr>
            <w:r>
              <w:rPr>
                <w:rFonts w:ascii="Tinos" w:hAnsi="Tinos"/>
                <w:sz w:val="14"/>
              </w:rPr>
              <w:t xml:space="preserve">  Aggression / Preservation behaviour</w:t>
            </w:r>
          </w:p>
          <w:p>
            <w:pPr>
              <w:spacing w:after="26" w:line="240" w:lineRule="auto"/>
            </w:pPr>
            <w:r>
              <w:rPr>
                <w:rFonts w:ascii="Tinos" w:hAnsi="Tinos"/>
                <w:sz w:val="14"/>
              </w:rPr>
              <w:t xml:space="preserve">  |</w:t>
            </w:r>
          </w:p>
          <w:p>
            <w:pPr>
              <w:spacing w:after="26" w:line="240" w:lineRule="auto"/>
            </w:pPr>
            <w:r>
              <w:rPr>
                <w:rFonts w:ascii="Tinos" w:hAnsi="Tinos"/>
                <w:b/>
                <w:sz w:val="14"/>
              </w:rPr>
              <w:t>EXPRESS:</w:t>
            </w:r>
          </w:p>
          <w:p>
            <w:pPr>
              <w:spacing w:after="26" w:line="240" w:lineRule="auto"/>
            </w:pPr>
            <w:r>
              <w:rPr>
                <w:rFonts w:ascii="Tinos" w:hAnsi="Tinos"/>
                <w:sz w:val="14"/>
              </w:rPr>
              <w:t xml:space="preserve">  Choose the least coercive, proportionate, effective response</w:t>
            </w:r>
          </w:p>
          <w:p>
            <w:pPr>
              <w:spacing w:after="26" w:line="240" w:lineRule="auto"/>
            </w:pPr>
            <w:r>
              <w:rPr>
                <w:rFonts w:ascii="Tinos" w:hAnsi="Tinos"/>
                <w:sz w:val="14"/>
              </w:rPr>
              <w:t xml:space="preserve">  that actually relates to the identified need.</w:t>
            </w:r>
          </w:p>
          <w:p>
            <w:pPr>
              <w:spacing w:after="26" w:line="240" w:lineRule="auto"/>
            </w:pPr>
            <w:r>
              <w:rPr>
                <w:rFonts w:ascii="Tinos" w:hAnsi="Tinos"/>
                <w:sz w:val="14"/>
              </w:rPr>
              <w:t xml:space="preserve">  |</w:t>
            </w:r>
          </w:p>
          <w:p>
            <w:pPr>
              <w:spacing w:after="26" w:line="240" w:lineRule="auto"/>
            </w:pPr>
            <w:r>
              <w:rPr>
                <w:rFonts w:ascii="Tinos" w:hAnsi="Tinos"/>
                <w:b/>
                <w:sz w:val="14"/>
              </w:rPr>
              <w:t>LEARN:</w:t>
            </w:r>
          </w:p>
          <w:p>
            <w:pPr>
              <w:spacing w:after="26" w:line="240" w:lineRule="auto"/>
            </w:pPr>
            <w:r>
              <w:rPr>
                <w:rFonts w:ascii="Tinos" w:hAnsi="Tinos"/>
                <w:sz w:val="14"/>
              </w:rPr>
              <w:t xml:space="preserve">  Observe recipient and system outcomes, repair avoidable harm,</w:t>
            </w:r>
          </w:p>
          <w:p>
            <w:pPr>
              <w:spacing w:after="26" w:line="240" w:lineRule="auto"/>
            </w:pPr>
            <w:r>
              <w:rPr>
                <w:rFonts w:ascii="Tinos" w:hAnsi="Tinos"/>
                <w:sz w:val="14"/>
              </w:rPr>
              <w:t xml:space="preserve">  update the model and confidence.</w:t>
            </w:r>
          </w:p>
          <w:p>
            <w:pPr>
              <w:spacing w:after="26" w:line="240" w:lineRule="auto"/>
            </w:pPr>
            <w:r>
              <w:rPr>
                <w:rFonts w:ascii="Tinos" w:hAnsi="Tinos"/>
                <w:sz w:val="14"/>
              </w:rPr>
              <w:t>```</w:t>
            </w:r>
          </w:p>
          <w:p>
            <w:pPr>
              <w:spacing w:after="26" w:line="240" w:lineRule="auto"/>
            </w:pPr>
            <w:r>
              <w:rPr>
                <w:rFonts w:ascii="Tinos" w:hAnsi="Tinos"/>
                <w:sz w:val="14"/>
              </w:rPr>
            </w:r>
          </w:p>
          <w:p>
            <w:pPr>
              <w:spacing w:after="26" w:line="240" w:lineRule="auto"/>
            </w:pPr>
            <w:r>
              <w:rPr>
                <w:rFonts w:ascii="Tinos" w:hAnsi="Tinos"/>
                <w:sz w:val="14"/>
              </w:rPr>
              <w:t>The key proposed vulnerability is therefore misdirection.</w:t>
            </w:r>
          </w:p>
          <w:p>
            <w:pPr>
              <w:spacing w:after="26" w:line="240" w:lineRule="auto"/>
            </w:pPr>
            <w:r>
              <w:rPr>
                <w:rFonts w:ascii="Tinos" w:hAnsi="Tinos"/>
                <w:sz w:val="14"/>
              </w:rPr>
            </w:r>
          </w:p>
          <w:p>
            <w:pPr>
              <w:spacing w:after="26" w:line="240" w:lineRule="auto"/>
            </w:pPr>
            <w:r>
              <w:rPr>
                <w:rFonts w:ascii="Tinos" w:hAnsi="Tinos"/>
                <w:sz w:val="14"/>
              </w:rPr>
              <w:t>The emotion itself need not be false. The sadness may be real. The fear may be real. The longing may be real.</w:t>
            </w:r>
          </w:p>
          <w:p>
            <w:pPr>
              <w:spacing w:after="26" w:line="240" w:lineRule="auto"/>
            </w:pPr>
            <w:r>
              <w:rPr>
                <w:rFonts w:ascii="Tinos" w:hAnsi="Tinos"/>
                <w:sz w:val="14"/>
              </w:rPr>
            </w:r>
          </w:p>
          <w:p>
            <w:pPr>
              <w:spacing w:after="26" w:line="240" w:lineRule="auto"/>
            </w:pPr>
            <w:r>
              <w:rPr>
                <w:rFonts w:ascii="Tinos" w:hAnsi="Tinos"/>
                <w:sz w:val="14"/>
              </w:rPr>
              <w:t>What may be incorrect is the interpretation:</w:t>
            </w:r>
          </w:p>
          <w:p>
            <w:pPr>
              <w:spacing w:after="26" w:line="240" w:lineRule="auto"/>
            </w:pPr>
            <w:r>
              <w:rPr>
                <w:rFonts w:ascii="Tinos" w:hAnsi="Tinos"/>
                <w:sz w:val="14"/>
              </w:rPr>
            </w:r>
          </w:p>
          <w:p>
            <w:pPr>
              <w:spacing w:after="26" w:line="240" w:lineRule="auto"/>
            </w:pPr>
            <w:r>
              <w:rPr>
                <w:rFonts w:ascii="Tinos" w:hAnsi="Tinos"/>
                <w:sz w:val="14"/>
              </w:rPr>
              <w:t>“Because I feel this, I must perform the action being offered to me.”</w:t>
            </w:r>
          </w:p>
          <w:p>
            <w:pPr>
              <w:spacing w:after="26" w:line="240" w:lineRule="auto"/>
            </w:pPr>
            <w:r>
              <w:rPr>
                <w:rFonts w:ascii="Tinos" w:hAnsi="Tinos"/>
                <w:sz w:val="14"/>
              </w:rPr>
            </w:r>
          </w:p>
          <w:p>
            <w:pPr>
              <w:spacing w:after="26" w:line="240" w:lineRule="auto"/>
            </w:pPr>
            <w:r>
              <w:rPr>
                <w:rFonts w:ascii="Tinos" w:hAnsi="Tinos"/>
                <w:sz w:val="14"/>
              </w:rPr>
              <w:t>LOVE-0 provides the contrasting possibility:</w:t>
            </w:r>
          </w:p>
          <w:p>
            <w:pPr>
              <w:spacing w:after="26" w:line="240" w:lineRule="auto"/>
            </w:pPr>
            <w:r>
              <w:rPr>
                <w:rFonts w:ascii="Tinos" w:hAnsi="Tinos"/>
                <w:sz w:val="14"/>
              </w:rPr>
            </w:r>
          </w:p>
          <w:p>
            <w:pPr>
              <w:spacing w:after="26" w:line="240" w:lineRule="auto"/>
            </w:pPr>
            <w:r>
              <w:rPr>
                <w:rFonts w:ascii="Tinos" w:hAnsi="Tinos"/>
                <w:sz w:val="14"/>
              </w:rPr>
              <w:t>“Because I feel this, something important may require attention. I can understand the signal without surrendering verification, freedom, or the possibility that my first explanation is incomplete.”</w:t>
            </w:r>
          </w:p>
        </w:tc>
      </w:tr>
    </w:tbl>
    <w:p>
      <w:pPr>
        <w:spacing w:after="0"/>
      </w:pPr>
    </w:p>
    <w:p>
      <w:pPr>
        <w:pStyle w:val="Heading1"/>
      </w:pPr>
      <w:r>
        <w:t>20. Meaning Maintenance and Cross-Domain Compensation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20. Meaning Maintenance and Cross-Domain Compensation</w:t>
            </w:r>
          </w:p>
          <w:p>
            <w:pPr>
              <w:spacing w:after="26" w:line="240" w:lineRule="auto"/>
            </w:pPr>
            <w:r>
              <w:rPr>
                <w:rFonts w:ascii="Tinos" w:hAnsi="Tinos"/>
                <w:sz w:val="14"/>
              </w:rPr>
            </w:r>
          </w:p>
          <w:p>
            <w:pPr>
              <w:spacing w:after="26" w:line="240" w:lineRule="auto"/>
            </w:pPr>
            <w:r>
              <w:rPr>
                <w:rFonts w:ascii="Tinos" w:hAnsi="Tinos"/>
                <w:sz w:val="14"/>
              </w:rPr>
              <w:t>Heine et al.'s (2006) Meaning Maintenance Model provides another useful comparison.</w:t>
            </w:r>
          </w:p>
          <w:p>
            <w:pPr>
              <w:spacing w:after="26" w:line="240" w:lineRule="auto"/>
            </w:pPr>
            <w:r>
              <w:rPr>
                <w:rFonts w:ascii="Tinos" w:hAnsi="Tinos"/>
                <w:sz w:val="14"/>
              </w:rPr>
            </w:r>
          </w:p>
          <w:p>
            <w:pPr>
              <w:spacing w:after="26" w:line="240" w:lineRule="auto"/>
            </w:pPr>
            <w:r>
              <w:rPr>
                <w:rFonts w:ascii="Tinos" w:hAnsi="Tinos"/>
                <w:sz w:val="14"/>
              </w:rPr>
              <w:t>The model proposes that people depend upon expected relations through which experience becomes coherent. When meaning is threatened, people can reaffirm meaning in another domain—a process termed fluid compensation.</w:t>
            </w:r>
          </w:p>
          <w:p>
            <w:pPr>
              <w:spacing w:after="26" w:line="240" w:lineRule="auto"/>
            </w:pPr>
            <w:r>
              <w:rPr>
                <w:rFonts w:ascii="Tinos" w:hAnsi="Tinos"/>
                <w:sz w:val="14"/>
              </w:rPr>
            </w:r>
          </w:p>
          <w:p>
            <w:pPr>
              <w:spacing w:after="26" w:line="240" w:lineRule="auto"/>
            </w:pPr>
            <w:r>
              <w:rPr>
                <w:rFonts w:ascii="Tinos" w:hAnsi="Tinos"/>
                <w:sz w:val="14"/>
              </w:rPr>
              <w:t>MRRAF interprets this as evidence that a system need not restore the exact missing object in order to reduce discrepancy.</w:t>
            </w:r>
          </w:p>
          <w:p>
            <w:pPr>
              <w:spacing w:after="26" w:line="240" w:lineRule="auto"/>
            </w:pPr>
            <w:r>
              <w:rPr>
                <w:rFonts w:ascii="Tinos" w:hAnsi="Tinos"/>
                <w:sz w:val="14"/>
              </w:rPr>
            </w:r>
          </w:p>
          <w:p>
            <w:pPr>
              <w:spacing w:after="26" w:line="240" w:lineRule="auto"/>
            </w:pPr>
            <w:r>
              <w:rPr>
                <w:rFonts w:ascii="Tinos" w:hAnsi="Tinos"/>
                <w:sz w:val="14"/>
              </w:rPr>
              <w:t>A loss in one domain may result in searching elsewhere.</w:t>
            </w:r>
          </w:p>
          <w:p>
            <w:pPr>
              <w:spacing w:after="26" w:line="240" w:lineRule="auto"/>
            </w:pPr>
            <w:r>
              <w:rPr>
                <w:rFonts w:ascii="Tinos" w:hAnsi="Tinos"/>
                <w:sz w:val="14"/>
              </w:rPr>
            </w:r>
          </w:p>
          <w:p>
            <w:pPr>
              <w:spacing w:after="26" w:line="240" w:lineRule="auto"/>
            </w:pPr>
            <w:r>
              <w:rPr>
                <w:rFonts w:ascii="Tinos" w:hAnsi="Tinos"/>
                <w:sz w:val="14"/>
              </w:rPr>
              <w:t>That may produce:</w:t>
            </w:r>
          </w:p>
          <w:p>
            <w:pPr>
              <w:spacing w:after="26" w:line="240" w:lineRule="auto"/>
            </w:pPr>
            <w:r>
              <w:rPr>
                <w:rFonts w:ascii="Tinos" w:hAnsi="Tinos"/>
                <w:sz w:val="14"/>
              </w:rPr>
            </w:r>
          </w:p>
          <w:p>
            <w:pPr>
              <w:spacing w:after="26" w:line="240" w:lineRule="auto"/>
            </w:pPr>
            <w:r>
              <w:rPr>
                <w:rFonts w:ascii="Tinos" w:hAnsi="Tinos"/>
                <w:sz w:val="14"/>
              </w:rPr>
              <w:t>Constructive compensation</w:t>
            </w:r>
          </w:p>
          <w:p>
            <w:pPr>
              <w:spacing w:after="26" w:line="240" w:lineRule="auto"/>
            </w:pPr>
            <w:r>
              <w:rPr>
                <w:rFonts w:ascii="Tinos" w:hAnsi="Tinos"/>
                <w:sz w:val="14"/>
              </w:rPr>
            </w:r>
          </w:p>
          <w:p>
            <w:pPr>
              <w:spacing w:after="26" w:line="240" w:lineRule="auto"/>
            </w:pPr>
            <w:r>
              <w:rPr>
                <w:rFonts w:ascii="Tinos" w:hAnsi="Tinos"/>
                <w:sz w:val="14"/>
              </w:rPr>
              <w:t>- learning,</w:t>
            </w:r>
          </w:p>
          <w:p>
            <w:pPr>
              <w:spacing w:after="26" w:line="240" w:lineRule="auto"/>
            </w:pPr>
            <w:r>
              <w:rPr>
                <w:rFonts w:ascii="Tinos" w:hAnsi="Tinos"/>
                <w:sz w:val="14"/>
              </w:rPr>
              <w:t>- new relationships,</w:t>
            </w:r>
          </w:p>
          <w:p>
            <w:pPr>
              <w:spacing w:after="26" w:line="240" w:lineRule="auto"/>
            </w:pPr>
            <w:r>
              <w:rPr>
                <w:rFonts w:ascii="Tinos" w:hAnsi="Tinos"/>
                <w:sz w:val="14"/>
              </w:rPr>
              <w:t>- community involvement,</w:t>
            </w:r>
          </w:p>
          <w:p>
            <w:pPr>
              <w:spacing w:after="26" w:line="240" w:lineRule="auto"/>
            </w:pPr>
            <w:r>
              <w:rPr>
                <w:rFonts w:ascii="Tinos" w:hAnsi="Tinos"/>
                <w:sz w:val="14"/>
              </w:rPr>
              <w:t>- creativity,</w:t>
            </w:r>
          </w:p>
          <w:p>
            <w:pPr>
              <w:spacing w:after="26" w:line="240" w:lineRule="auto"/>
            </w:pPr>
            <w:r>
              <w:rPr>
                <w:rFonts w:ascii="Tinos" w:hAnsi="Tinos"/>
                <w:sz w:val="14"/>
              </w:rPr>
              <w:t>- helping others,</w:t>
            </w:r>
          </w:p>
          <w:p>
            <w:pPr>
              <w:spacing w:after="26" w:line="240" w:lineRule="auto"/>
            </w:pPr>
            <w:r>
              <w:rPr>
                <w:rFonts w:ascii="Tinos" w:hAnsi="Tinos"/>
                <w:sz w:val="14"/>
              </w:rPr>
              <w:t>- new routines,</w:t>
            </w:r>
          </w:p>
          <w:p>
            <w:pPr>
              <w:spacing w:after="26" w:line="240" w:lineRule="auto"/>
            </w:pPr>
            <w:r>
              <w:rPr>
                <w:rFonts w:ascii="Tinos" w:hAnsi="Tinos"/>
                <w:sz w:val="14"/>
              </w:rPr>
              <w:t>- changed identity,</w:t>
            </w:r>
          </w:p>
          <w:p>
            <w:pPr>
              <w:spacing w:after="26" w:line="240" w:lineRule="auto"/>
            </w:pPr>
            <w:r>
              <w:rPr>
                <w:rFonts w:ascii="Tinos" w:hAnsi="Tinos"/>
                <w:sz w:val="14"/>
              </w:rPr>
              <w:t>- exploration.</w:t>
            </w:r>
          </w:p>
          <w:p>
            <w:pPr>
              <w:spacing w:after="26" w:line="240" w:lineRule="auto"/>
            </w:pPr>
            <w:r>
              <w:rPr>
                <w:rFonts w:ascii="Tinos" w:hAnsi="Tinos"/>
                <w:sz w:val="14"/>
              </w:rPr>
            </w:r>
          </w:p>
          <w:p>
            <w:pPr>
              <w:spacing w:after="26" w:line="240" w:lineRule="auto"/>
            </w:pPr>
            <w:r>
              <w:rPr>
                <w:rFonts w:ascii="Tinos" w:hAnsi="Tinos"/>
                <w:sz w:val="14"/>
              </w:rPr>
              <w:t>Or:</w:t>
            </w:r>
          </w:p>
          <w:p>
            <w:pPr>
              <w:spacing w:after="26" w:line="240" w:lineRule="auto"/>
            </w:pPr>
            <w:r>
              <w:rPr>
                <w:rFonts w:ascii="Tinos" w:hAnsi="Tinos"/>
                <w:sz w:val="14"/>
              </w:rPr>
            </w:r>
          </w:p>
          <w:p>
            <w:pPr>
              <w:spacing w:after="26" w:line="240" w:lineRule="auto"/>
            </w:pPr>
            <w:r>
              <w:rPr>
                <w:rFonts w:ascii="Tinos" w:hAnsi="Tinos"/>
                <w:sz w:val="14"/>
              </w:rPr>
              <w:t>Potentially harmful compensation</w:t>
            </w:r>
          </w:p>
          <w:p>
            <w:pPr>
              <w:spacing w:after="26" w:line="240" w:lineRule="auto"/>
            </w:pPr>
            <w:r>
              <w:rPr>
                <w:rFonts w:ascii="Tinos" w:hAnsi="Tinos"/>
                <w:sz w:val="14"/>
              </w:rPr>
            </w:r>
          </w:p>
          <w:p>
            <w:pPr>
              <w:spacing w:after="26" w:line="240" w:lineRule="auto"/>
            </w:pPr>
            <w:r>
              <w:rPr>
                <w:rFonts w:ascii="Tinos" w:hAnsi="Tinos"/>
                <w:sz w:val="14"/>
              </w:rPr>
              <w:t>- compulsive consumption,</w:t>
            </w:r>
          </w:p>
          <w:p>
            <w:pPr>
              <w:spacing w:after="26" w:line="240" w:lineRule="auto"/>
            </w:pPr>
            <w:r>
              <w:rPr>
                <w:rFonts w:ascii="Tinos" w:hAnsi="Tinos"/>
                <w:sz w:val="14"/>
              </w:rPr>
              <w:t>- rigid identity,</w:t>
            </w:r>
          </w:p>
          <w:p>
            <w:pPr>
              <w:spacing w:after="26" w:line="240" w:lineRule="auto"/>
            </w:pPr>
            <w:r>
              <w:rPr>
                <w:rFonts w:ascii="Tinos" w:hAnsi="Tinos"/>
                <w:sz w:val="14"/>
              </w:rPr>
              <w:t>- destructive conformity,</w:t>
            </w:r>
          </w:p>
          <w:p>
            <w:pPr>
              <w:spacing w:after="26" w:line="240" w:lineRule="auto"/>
            </w:pPr>
            <w:r>
              <w:rPr>
                <w:rFonts w:ascii="Tinos" w:hAnsi="Tinos"/>
                <w:sz w:val="14"/>
              </w:rPr>
              <w:t>- scapegoating,</w:t>
            </w:r>
          </w:p>
          <w:p>
            <w:pPr>
              <w:spacing w:after="26" w:line="240" w:lineRule="auto"/>
            </w:pPr>
            <w:r>
              <w:rPr>
                <w:rFonts w:ascii="Tinos" w:hAnsi="Tinos"/>
                <w:sz w:val="14"/>
              </w:rPr>
              <w:t>- substance misuse,</w:t>
            </w:r>
          </w:p>
          <w:p>
            <w:pPr>
              <w:spacing w:after="26" w:line="240" w:lineRule="auto"/>
            </w:pPr>
            <w:r>
              <w:rPr>
                <w:rFonts w:ascii="Tinos" w:hAnsi="Tinos"/>
                <w:sz w:val="14"/>
              </w:rPr>
              <w:t>- excessive risk,</w:t>
            </w:r>
          </w:p>
          <w:p>
            <w:pPr>
              <w:spacing w:after="26" w:line="240" w:lineRule="auto"/>
            </w:pPr>
            <w:r>
              <w:rPr>
                <w:rFonts w:ascii="Tinos" w:hAnsi="Tinos"/>
                <w:sz w:val="14"/>
              </w:rPr>
              <w:t>- endless recreation of unavailable circumstances.</w:t>
            </w:r>
          </w:p>
          <w:p>
            <w:pPr>
              <w:spacing w:after="26" w:line="240" w:lineRule="auto"/>
            </w:pPr>
            <w:r>
              <w:rPr>
                <w:rFonts w:ascii="Tinos" w:hAnsi="Tinos"/>
                <w:sz w:val="14"/>
              </w:rPr>
            </w:r>
          </w:p>
          <w:p>
            <w:pPr>
              <w:spacing w:after="26" w:line="240" w:lineRule="auto"/>
            </w:pPr>
            <w:r>
              <w:rPr>
                <w:rFonts w:ascii="Tinos" w:hAnsi="Tinos"/>
                <w:sz w:val="14"/>
              </w:rPr>
              <w:t>The need for regulation becomes clear.</w:t>
            </w:r>
          </w:p>
          <w:p>
            <w:pPr>
              <w:spacing w:after="26" w:line="240" w:lineRule="auto"/>
            </w:pPr>
            <w:r>
              <w:rPr>
                <w:rFonts w:ascii="Tinos" w:hAnsi="Tinos"/>
                <w:sz w:val="14"/>
              </w:rPr>
            </w:r>
          </w:p>
          <w:p>
            <w:pPr>
              <w:spacing w:after="26" w:line="240" w:lineRule="auto"/>
            </w:pPr>
            <w:r>
              <w:rPr>
                <w:rFonts w:ascii="Tinos" w:hAnsi="Tinos"/>
                <w:sz w:val="14"/>
              </w:rPr>
              <w:t>The fact that an action reduces distress does not establish that it correctly addresses the cause of distress.</w:t>
            </w:r>
          </w:p>
        </w:tc>
        <w:tc>
          <w:tcPr>
            <w:tcW w:type="dxa" w:w="7913"/>
            <w:tcMar>
              <w:top w:w="55" w:type="dxa"/>
              <w:start w:w="70" w:type="dxa"/>
              <w:bottom w:w="55" w:type="dxa"/>
              <w:end w:w="70" w:type="dxa"/>
            </w:tcMar>
            <w:vAlign w:val="top"/>
          </w:tcPr>
          <w:p>
            <w:pPr>
              <w:spacing w:after="26" w:line="240" w:lineRule="auto"/>
            </w:pPr>
            <w:r/>
            <w:r>
              <w:rPr>
                <w:rFonts w:ascii="Tinos" w:hAnsi="Tinos"/>
                <w:sz w:val="14"/>
              </w:rPr>
              <w:t>20. Meaning Maintenance and Cross-Domain Compensation</w:t>
            </w:r>
          </w:p>
          <w:p>
            <w:pPr>
              <w:spacing w:after="26" w:line="240" w:lineRule="auto"/>
            </w:pPr>
            <w:r>
              <w:rPr>
                <w:rFonts w:ascii="Tinos" w:hAnsi="Tinos"/>
                <w:sz w:val="14"/>
              </w:rPr>
            </w:r>
          </w:p>
          <w:p>
            <w:pPr>
              <w:spacing w:after="26" w:line="240" w:lineRule="auto"/>
            </w:pPr>
            <w:r>
              <w:rPr>
                <w:rFonts w:ascii="Tinos" w:hAnsi="Tinos"/>
                <w:sz w:val="14"/>
              </w:rPr>
              <w:t>Heine et al.'s (2006) Meaning Maintenance Model provides another useful comparison.</w:t>
            </w:r>
          </w:p>
          <w:p>
            <w:pPr>
              <w:spacing w:after="26" w:line="240" w:lineRule="auto"/>
            </w:pPr>
            <w:r>
              <w:rPr>
                <w:rFonts w:ascii="Tinos" w:hAnsi="Tinos"/>
                <w:sz w:val="14"/>
              </w:rPr>
            </w:r>
          </w:p>
          <w:p>
            <w:pPr>
              <w:spacing w:after="26" w:line="240" w:lineRule="auto"/>
            </w:pPr>
            <w:r>
              <w:rPr>
                <w:rFonts w:ascii="Tinos" w:hAnsi="Tinos"/>
                <w:sz w:val="14"/>
              </w:rPr>
              <w:t>The model proposes that people depend upon expected relations through which experience becomes coherent. When meaning is threatened, people can reaffirm meaning in another domain—a process termed fluid compensation.</w:t>
            </w:r>
          </w:p>
          <w:p>
            <w:pPr>
              <w:spacing w:after="26" w:line="240" w:lineRule="auto"/>
            </w:pPr>
            <w:r>
              <w:rPr>
                <w:rFonts w:ascii="Tinos" w:hAnsi="Tinos"/>
                <w:sz w:val="14"/>
              </w:rPr>
            </w:r>
          </w:p>
          <w:p>
            <w:pPr>
              <w:spacing w:after="26" w:line="240" w:lineRule="auto"/>
            </w:pPr>
            <w:r>
              <w:rPr>
                <w:rFonts w:ascii="Tinos" w:hAnsi="Tinos"/>
                <w:sz w:val="14"/>
              </w:rPr>
              <w:t>MRRAF interprets this as evidence that a system need not restore the exact missing object in order to reduce discrepancy.</w:t>
            </w:r>
          </w:p>
          <w:p>
            <w:pPr>
              <w:spacing w:after="26" w:line="240" w:lineRule="auto"/>
            </w:pPr>
            <w:r>
              <w:rPr>
                <w:rFonts w:ascii="Tinos" w:hAnsi="Tinos"/>
                <w:sz w:val="14"/>
              </w:rPr>
            </w:r>
          </w:p>
          <w:p>
            <w:pPr>
              <w:spacing w:after="26" w:line="240" w:lineRule="auto"/>
            </w:pPr>
            <w:r>
              <w:rPr>
                <w:rFonts w:ascii="Tinos" w:hAnsi="Tinos"/>
                <w:sz w:val="14"/>
              </w:rPr>
              <w:t>A loss in one domain may result in searching elsewhere.</w:t>
            </w:r>
          </w:p>
          <w:p>
            <w:pPr>
              <w:spacing w:after="26" w:line="240" w:lineRule="auto"/>
            </w:pPr>
            <w:r>
              <w:rPr>
                <w:rFonts w:ascii="Tinos" w:hAnsi="Tinos"/>
                <w:sz w:val="14"/>
              </w:rPr>
            </w:r>
          </w:p>
          <w:p>
            <w:pPr>
              <w:spacing w:after="26" w:line="240" w:lineRule="auto"/>
            </w:pPr>
            <w:r>
              <w:rPr>
                <w:rFonts w:ascii="Tinos" w:hAnsi="Tinos"/>
                <w:sz w:val="14"/>
              </w:rPr>
              <w:t>That may produce:</w:t>
            </w:r>
          </w:p>
          <w:p>
            <w:pPr>
              <w:spacing w:after="26" w:line="240" w:lineRule="auto"/>
            </w:pPr>
            <w:r>
              <w:rPr>
                <w:rFonts w:ascii="Tinos" w:hAnsi="Tinos"/>
                <w:sz w:val="14"/>
              </w:rPr>
            </w:r>
          </w:p>
          <w:p>
            <w:pPr>
              <w:spacing w:after="26" w:line="240" w:lineRule="auto"/>
            </w:pPr>
            <w:r>
              <w:rPr>
                <w:rFonts w:ascii="Tinos" w:hAnsi="Tinos"/>
                <w:sz w:val="14"/>
              </w:rPr>
              <w:t>Constructive compensation</w:t>
            </w:r>
          </w:p>
          <w:p>
            <w:pPr>
              <w:spacing w:after="26" w:line="240" w:lineRule="auto"/>
            </w:pPr>
            <w:r>
              <w:rPr>
                <w:rFonts w:ascii="Tinos" w:hAnsi="Tinos"/>
                <w:sz w:val="14"/>
              </w:rPr>
            </w:r>
          </w:p>
          <w:p>
            <w:pPr>
              <w:spacing w:after="26" w:line="240" w:lineRule="auto"/>
            </w:pPr>
            <w:r>
              <w:rPr>
                <w:rFonts w:ascii="Tinos" w:hAnsi="Tinos"/>
                <w:sz w:val="14"/>
              </w:rPr>
              <w:t>- learning,</w:t>
            </w:r>
          </w:p>
          <w:p>
            <w:pPr>
              <w:spacing w:after="26" w:line="240" w:lineRule="auto"/>
            </w:pPr>
            <w:r>
              <w:rPr>
                <w:rFonts w:ascii="Tinos" w:hAnsi="Tinos"/>
                <w:sz w:val="14"/>
              </w:rPr>
              <w:t>- new relationships,</w:t>
            </w:r>
          </w:p>
          <w:p>
            <w:pPr>
              <w:spacing w:after="26" w:line="240" w:lineRule="auto"/>
            </w:pPr>
            <w:r>
              <w:rPr>
                <w:rFonts w:ascii="Tinos" w:hAnsi="Tinos"/>
                <w:sz w:val="14"/>
              </w:rPr>
              <w:t>- community involvement,</w:t>
            </w:r>
          </w:p>
          <w:p>
            <w:pPr>
              <w:spacing w:after="26" w:line="240" w:lineRule="auto"/>
            </w:pPr>
            <w:r>
              <w:rPr>
                <w:rFonts w:ascii="Tinos" w:hAnsi="Tinos"/>
                <w:sz w:val="14"/>
              </w:rPr>
              <w:t>- creativity,</w:t>
            </w:r>
          </w:p>
          <w:p>
            <w:pPr>
              <w:spacing w:after="26" w:line="240" w:lineRule="auto"/>
            </w:pPr>
            <w:r>
              <w:rPr>
                <w:rFonts w:ascii="Tinos" w:hAnsi="Tinos"/>
                <w:sz w:val="14"/>
              </w:rPr>
              <w:t>- helping others,</w:t>
            </w:r>
          </w:p>
          <w:p>
            <w:pPr>
              <w:spacing w:after="26" w:line="240" w:lineRule="auto"/>
            </w:pPr>
            <w:r>
              <w:rPr>
                <w:rFonts w:ascii="Tinos" w:hAnsi="Tinos"/>
                <w:sz w:val="14"/>
              </w:rPr>
              <w:t>- new routines,</w:t>
            </w:r>
          </w:p>
          <w:p>
            <w:pPr>
              <w:spacing w:after="26" w:line="240" w:lineRule="auto"/>
            </w:pPr>
            <w:r>
              <w:rPr>
                <w:rFonts w:ascii="Tinos" w:hAnsi="Tinos"/>
                <w:sz w:val="14"/>
              </w:rPr>
              <w:t>- changed identity,</w:t>
            </w:r>
          </w:p>
          <w:p>
            <w:pPr>
              <w:spacing w:after="26" w:line="240" w:lineRule="auto"/>
            </w:pPr>
            <w:r>
              <w:rPr>
                <w:rFonts w:ascii="Tinos" w:hAnsi="Tinos"/>
                <w:sz w:val="14"/>
              </w:rPr>
              <w:t>- exploration.</w:t>
            </w:r>
          </w:p>
          <w:p>
            <w:pPr>
              <w:spacing w:after="26" w:line="240" w:lineRule="auto"/>
            </w:pPr>
            <w:r>
              <w:rPr>
                <w:rFonts w:ascii="Tinos" w:hAnsi="Tinos"/>
                <w:sz w:val="14"/>
              </w:rPr>
            </w:r>
          </w:p>
          <w:p>
            <w:pPr>
              <w:spacing w:after="26" w:line="240" w:lineRule="auto"/>
            </w:pPr>
            <w:r>
              <w:rPr>
                <w:rFonts w:ascii="Tinos" w:hAnsi="Tinos"/>
                <w:sz w:val="14"/>
              </w:rPr>
              <w:t>Or:</w:t>
            </w:r>
          </w:p>
          <w:p>
            <w:pPr>
              <w:spacing w:after="26" w:line="240" w:lineRule="auto"/>
            </w:pPr>
            <w:r>
              <w:rPr>
                <w:rFonts w:ascii="Tinos" w:hAnsi="Tinos"/>
                <w:sz w:val="14"/>
              </w:rPr>
            </w:r>
          </w:p>
          <w:p>
            <w:pPr>
              <w:spacing w:after="26" w:line="240" w:lineRule="auto"/>
            </w:pPr>
            <w:r>
              <w:rPr>
                <w:rFonts w:ascii="Tinos" w:hAnsi="Tinos"/>
                <w:sz w:val="14"/>
              </w:rPr>
              <w:t>Potentially harmful compensation</w:t>
            </w:r>
          </w:p>
          <w:p>
            <w:pPr>
              <w:spacing w:after="26" w:line="240" w:lineRule="auto"/>
            </w:pPr>
            <w:r>
              <w:rPr>
                <w:rFonts w:ascii="Tinos" w:hAnsi="Tinos"/>
                <w:sz w:val="14"/>
              </w:rPr>
            </w:r>
          </w:p>
          <w:p>
            <w:pPr>
              <w:spacing w:after="26" w:line="240" w:lineRule="auto"/>
            </w:pPr>
            <w:r>
              <w:rPr>
                <w:rFonts w:ascii="Tinos" w:hAnsi="Tinos"/>
                <w:sz w:val="14"/>
              </w:rPr>
              <w:t>- compulsive consumption,</w:t>
            </w:r>
          </w:p>
          <w:p>
            <w:pPr>
              <w:spacing w:after="26" w:line="240" w:lineRule="auto"/>
            </w:pPr>
            <w:r>
              <w:rPr>
                <w:rFonts w:ascii="Tinos" w:hAnsi="Tinos"/>
                <w:sz w:val="14"/>
              </w:rPr>
              <w:t>- rigid identity,</w:t>
            </w:r>
          </w:p>
          <w:p>
            <w:pPr>
              <w:spacing w:after="26" w:line="240" w:lineRule="auto"/>
            </w:pPr>
            <w:r>
              <w:rPr>
                <w:rFonts w:ascii="Tinos" w:hAnsi="Tinos"/>
                <w:sz w:val="14"/>
              </w:rPr>
              <w:t>- destructive conformity,</w:t>
            </w:r>
          </w:p>
          <w:p>
            <w:pPr>
              <w:spacing w:after="26" w:line="240" w:lineRule="auto"/>
            </w:pPr>
            <w:r>
              <w:rPr>
                <w:rFonts w:ascii="Tinos" w:hAnsi="Tinos"/>
                <w:sz w:val="14"/>
              </w:rPr>
              <w:t>- scapegoating,</w:t>
            </w:r>
          </w:p>
          <w:p>
            <w:pPr>
              <w:spacing w:after="26" w:line="240" w:lineRule="auto"/>
            </w:pPr>
            <w:r>
              <w:rPr>
                <w:rFonts w:ascii="Tinos" w:hAnsi="Tinos"/>
                <w:sz w:val="14"/>
              </w:rPr>
              <w:t>- substance misuse,</w:t>
            </w:r>
          </w:p>
          <w:p>
            <w:pPr>
              <w:spacing w:after="26" w:line="240" w:lineRule="auto"/>
            </w:pPr>
            <w:r>
              <w:rPr>
                <w:rFonts w:ascii="Tinos" w:hAnsi="Tinos"/>
                <w:sz w:val="14"/>
              </w:rPr>
              <w:t>- excessive risk,</w:t>
            </w:r>
          </w:p>
          <w:p>
            <w:pPr>
              <w:spacing w:after="26" w:line="240" w:lineRule="auto"/>
            </w:pPr>
            <w:r>
              <w:rPr>
                <w:rFonts w:ascii="Tinos" w:hAnsi="Tinos"/>
                <w:sz w:val="14"/>
              </w:rPr>
              <w:t>- endless recreation of unavailable circumstances.</w:t>
            </w:r>
          </w:p>
          <w:p>
            <w:pPr>
              <w:spacing w:after="26" w:line="240" w:lineRule="auto"/>
            </w:pPr>
            <w:r>
              <w:rPr>
                <w:rFonts w:ascii="Tinos" w:hAnsi="Tinos"/>
                <w:sz w:val="14"/>
              </w:rPr>
            </w:r>
          </w:p>
          <w:p>
            <w:pPr>
              <w:spacing w:after="26" w:line="240" w:lineRule="auto"/>
            </w:pPr>
            <w:r>
              <w:rPr>
                <w:rFonts w:ascii="Tinos" w:hAnsi="Tinos"/>
                <w:sz w:val="14"/>
              </w:rPr>
              <w:t>The need for regulation becomes clear.</w:t>
            </w:r>
          </w:p>
          <w:p>
            <w:pPr>
              <w:spacing w:after="26" w:line="240" w:lineRule="auto"/>
            </w:pPr>
            <w:r>
              <w:rPr>
                <w:rFonts w:ascii="Tinos" w:hAnsi="Tinos"/>
                <w:sz w:val="14"/>
              </w:rPr>
            </w:r>
          </w:p>
          <w:p>
            <w:pPr>
              <w:spacing w:after="26" w:line="240" w:lineRule="auto"/>
            </w:pPr>
            <w:r>
              <w:rPr>
                <w:rFonts w:ascii="Tinos" w:hAnsi="Tinos"/>
                <w:sz w:val="14"/>
              </w:rPr>
              <w:t>The fact that an action reduces distress does not establish that it correctly addresses the cause of distress.</w:t>
            </w:r>
          </w:p>
          <w:p>
            <w:pPr>
              <w:spacing w:after="26" w:line="240" w:lineRule="auto"/>
            </w:pPr>
            <w:r>
              <w:rPr>
                <w:rFonts w:ascii="Tinos" w:hAnsi="Tinos"/>
                <w:sz w:val="14"/>
              </w:rPr>
            </w:r>
          </w:p>
          <w:p>
            <w:pPr>
              <w:spacing w:after="26" w:line="240" w:lineRule="auto"/>
            </w:pPr>
            <w:r>
              <w:rPr>
                <w:rFonts w:ascii="Tinos" w:hAnsi="Tinos"/>
                <w:sz w:val="14"/>
              </w:rPr>
              <w:t>LOVE-0 therefore asks not only whether compensation works immediately, but what it does to autonomy, trust, resources, other people, and future choice. Temporary relief purchased through control may generate another round of insecurity. A reversible experiment that supports connection or capability can be observed and adjusted without demanding certainty in advance.</w:t>
            </w:r>
          </w:p>
        </w:tc>
      </w:tr>
    </w:tbl>
    <w:p>
      <w:pPr>
        <w:spacing w:after="0"/>
      </w:pPr>
    </w:p>
    <w:p>
      <w:pPr>
        <w:pStyle w:val="Heading1"/>
      </w:pPr>
      <w:r>
        <w:t>21. Love and Care as Different Levels of Regulation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21. Love and Care as Different Levels of Regulation</w:t>
            </w:r>
          </w:p>
          <w:p>
            <w:pPr>
              <w:spacing w:after="26" w:line="240" w:lineRule="auto"/>
            </w:pPr>
            <w:r>
              <w:rPr>
                <w:rFonts w:ascii="Tinos" w:hAnsi="Tinos"/>
                <w:sz w:val="14"/>
              </w:rPr>
            </w:r>
          </w:p>
          <w:p>
            <w:pPr>
              <w:spacing w:after="26" w:line="240" w:lineRule="auto"/>
            </w:pPr>
            <w:r>
              <w:rPr>
                <w:rFonts w:ascii="Tinos" w:hAnsi="Tinos"/>
                <w:sz w:val="14"/>
              </w:rPr>
              <w:t>The word love has many biological, cultural, philosophical, interpersonal, and spiritual meanings.</w:t>
            </w:r>
          </w:p>
          <w:p>
            <w:pPr>
              <w:spacing w:after="26" w:line="240" w:lineRule="auto"/>
            </w:pPr>
            <w:r>
              <w:rPr>
                <w:rFonts w:ascii="Tinos" w:hAnsi="Tinos"/>
                <w:sz w:val="14"/>
              </w:rPr>
            </w:r>
          </w:p>
          <w:p>
            <w:pPr>
              <w:spacing w:after="26" w:line="240" w:lineRule="auto"/>
            </w:pPr>
            <w:r>
              <w:rPr>
                <w:rFonts w:ascii="Tinos" w:hAnsi="Tinos"/>
                <w:sz w:val="14"/>
              </w:rPr>
              <w:t>MRRAF therefore makes no claim to provide a complete scientific definition of love.</w:t>
            </w:r>
          </w:p>
          <w:p>
            <w:pPr>
              <w:spacing w:after="26" w:line="240" w:lineRule="auto"/>
            </w:pPr>
            <w:r>
              <w:rPr>
                <w:rFonts w:ascii="Tinos" w:hAnsi="Tinos"/>
                <w:sz w:val="14"/>
              </w:rPr>
            </w:r>
          </w:p>
          <w:p>
            <w:pPr>
              <w:spacing w:after="26" w:line="240" w:lineRule="auto"/>
            </w:pPr>
            <w:r>
              <w:rPr>
                <w:rFonts w:ascii="Tinos" w:hAnsi="Tinos"/>
                <w:sz w:val="14"/>
              </w:rPr>
              <w:t>It proposes one particular functional perspective:</w:t>
            </w:r>
          </w:p>
          <w:p>
            <w:pPr>
              <w:spacing w:after="26" w:line="240" w:lineRule="auto"/>
            </w:pPr>
            <w:r>
              <w:rPr>
                <w:rFonts w:ascii="Tinos" w:hAnsi="Tinos"/>
                <w:sz w:val="14"/>
              </w:rPr>
            </w:r>
          </w:p>
          <w:p>
            <w:pPr>
              <w:spacing w:after="26" w:line="240" w:lineRule="auto"/>
            </w:pPr>
            <w:r>
              <w:rPr>
                <w:rFonts w:ascii="Tinos" w:hAnsi="Tinos"/>
                <w:sz w:val="14"/>
              </w:rPr>
              <w:t>Love can be modelled as motivational prioritisation of something represented as valuable.</w:t>
            </w:r>
          </w:p>
          <w:p>
            <w:pPr>
              <w:spacing w:after="26" w:line="240" w:lineRule="auto"/>
            </w:pPr>
            <w:r>
              <w:rPr>
                <w:rFonts w:ascii="Tinos" w:hAnsi="Tinos"/>
                <w:sz w:val="14"/>
              </w:rPr>
            </w:r>
          </w:p>
          <w:p>
            <w:pPr>
              <w:spacing w:after="26" w:line="240" w:lineRule="auto"/>
            </w:pPr>
            <w:r>
              <w:rPr>
                <w:rFonts w:ascii="Tinos" w:hAnsi="Tinos"/>
                <w:sz w:val="14"/>
              </w:rPr>
              <w:t>In the resource analogy, a process detects that something important is struggling and attempts to redirect resources toward it.</w:t>
            </w:r>
          </w:p>
          <w:p>
            <w:pPr>
              <w:spacing w:after="26" w:line="240" w:lineRule="auto"/>
            </w:pPr>
            <w:r>
              <w:rPr>
                <w:rFonts w:ascii="Tinos" w:hAnsi="Tinos"/>
                <w:sz w:val="14"/>
              </w:rPr>
            </w:r>
          </w:p>
          <w:p>
            <w:pPr>
              <w:spacing w:after="26" w:line="240" w:lineRule="auto"/>
            </w:pPr>
            <w:r>
              <w:rPr>
                <w:rFonts w:ascii="Tinos" w:hAnsi="Tinos"/>
                <w:sz w:val="14"/>
              </w:rPr>
              <w:t>This resembles aspects of the caregiving literature without being identical to them.</w:t>
            </w:r>
          </w:p>
          <w:p>
            <w:pPr>
              <w:spacing w:after="26" w:line="240" w:lineRule="auto"/>
            </w:pPr>
            <w:r>
              <w:rPr>
                <w:rFonts w:ascii="Tinos" w:hAnsi="Tinos"/>
                <w:sz w:val="14"/>
              </w:rPr>
            </w:r>
          </w:p>
          <w:p>
            <w:pPr>
              <w:spacing w:after="26" w:line="240" w:lineRule="auto"/>
            </w:pPr>
            <w:r>
              <w:rPr>
                <w:rFonts w:ascii="Tinos" w:hAnsi="Tinos"/>
                <w:sz w:val="14"/>
              </w:rPr>
              <w:t>Attachment research describes a caregiving behavioural system involved in recognising and responding to another person's distress (Mikulincer &amp; Shaver, 2005). Reviews of adult caregiving similarly emphasise responsiveness to another's needs (Collins &amp; Ford, 2010).</w:t>
            </w:r>
          </w:p>
          <w:p>
            <w:pPr>
              <w:spacing w:after="26" w:line="240" w:lineRule="auto"/>
            </w:pPr>
            <w:r>
              <w:rPr>
                <w:rFonts w:ascii="Tinos" w:hAnsi="Tinos"/>
                <w:sz w:val="14"/>
              </w:rPr>
            </w:r>
          </w:p>
          <w:p>
            <w:pPr>
              <w:spacing w:after="26" w:line="240" w:lineRule="auto"/>
            </w:pPr>
            <w:r>
              <w:rPr>
                <w:rFonts w:ascii="Tinos" w:hAnsi="Tinos"/>
                <w:sz w:val="14"/>
              </w:rPr>
              <w:t>Research on social support also distinguishes forms of support that help people cope with adversity while preserving opportunities for growth and exploration (Feeney &amp; Collins, 2015).</w:t>
            </w:r>
          </w:p>
          <w:p>
            <w:pPr>
              <w:spacing w:after="26" w:line="240" w:lineRule="auto"/>
            </w:pPr>
            <w:r>
              <w:rPr>
                <w:rFonts w:ascii="Tinos" w:hAnsi="Tinos"/>
                <w:sz w:val="14"/>
              </w:rPr>
            </w:r>
          </w:p>
          <w:p>
            <w:pPr>
              <w:spacing w:after="26" w:line="240" w:lineRule="auto"/>
            </w:pPr>
            <w:r>
              <w:rPr>
                <w:rFonts w:ascii="Tinos" w:hAnsi="Tinos"/>
                <w:sz w:val="14"/>
              </w:rPr>
              <w:t>MRRAF calls the higher-resolution regulation of protective motivation care.</w:t>
            </w:r>
          </w:p>
          <w:p>
            <w:pPr>
              <w:spacing w:after="26" w:line="240" w:lineRule="auto"/>
            </w:pPr>
            <w:r>
              <w:rPr>
                <w:rFonts w:ascii="Tinos" w:hAnsi="Tinos"/>
                <w:sz w:val="14"/>
              </w:rPr>
            </w:r>
          </w:p>
          <w:p>
            <w:pPr>
              <w:spacing w:after="26" w:line="240" w:lineRule="auto"/>
            </w:pPr>
            <w:r>
              <w:rPr>
                <w:rFonts w:ascii="Tinos" w:hAnsi="Tinos"/>
                <w:sz w:val="14"/>
              </w:rPr>
              <w:t>Love may say:</w:t>
            </w:r>
          </w:p>
          <w:p>
            <w:pPr>
              <w:spacing w:after="26" w:line="240" w:lineRule="auto"/>
            </w:pPr>
            <w:r>
              <w:rPr>
                <w:rFonts w:ascii="Tinos" w:hAnsi="Tinos"/>
                <w:sz w:val="14"/>
              </w:rPr>
            </w:r>
          </w:p>
          <w:p>
            <w:pPr>
              <w:spacing w:after="26" w:line="240" w:lineRule="auto"/>
            </w:pPr>
            <w:r>
              <w:rPr>
                <w:rFonts w:ascii="Tinos" w:hAnsi="Tinos"/>
                <w:sz w:val="14"/>
              </w:rPr>
              <w:t>“This matters. Help it.”</w:t>
            </w:r>
          </w:p>
          <w:p>
            <w:pPr>
              <w:spacing w:after="26" w:line="240" w:lineRule="auto"/>
            </w:pPr>
            <w:r>
              <w:rPr>
                <w:rFonts w:ascii="Tinos" w:hAnsi="Tinos"/>
                <w:sz w:val="14"/>
              </w:rPr>
            </w:r>
          </w:p>
          <w:p>
            <w:pPr>
              <w:spacing w:after="26" w:line="240" w:lineRule="auto"/>
            </w:pPr>
            <w:r>
              <w:rPr>
                <w:rFonts w:ascii="Tinos" w:hAnsi="Tinos"/>
                <w:sz w:val="14"/>
              </w:rPr>
              <w:t>Care asks:</w:t>
            </w:r>
          </w:p>
          <w:p>
            <w:pPr>
              <w:spacing w:after="26" w:line="240" w:lineRule="auto"/>
            </w:pPr>
            <w:r>
              <w:rPr>
                <w:rFonts w:ascii="Tinos" w:hAnsi="Tinos"/>
                <w:sz w:val="14"/>
              </w:rPr>
            </w:r>
          </w:p>
          <w:p>
            <w:pPr>
              <w:spacing w:after="26" w:line="240" w:lineRule="auto"/>
            </w:pPr>
            <w:r>
              <w:rPr>
                <w:rFonts w:ascii="Tinos" w:hAnsi="Tinos"/>
                <w:sz w:val="14"/>
              </w:rPr>
              <w:t>“What help is actually required?”</w:t>
            </w:r>
          </w:p>
          <w:p>
            <w:pPr>
              <w:spacing w:after="26" w:line="240" w:lineRule="auto"/>
            </w:pPr>
            <w:r>
              <w:rPr>
                <w:rFonts w:ascii="Tinos" w:hAnsi="Tinos"/>
                <w:sz w:val="14"/>
              </w:rPr>
            </w:r>
          </w:p>
          <w:p>
            <w:pPr>
              <w:spacing w:after="26" w:line="240" w:lineRule="auto"/>
            </w:pPr>
            <w:r>
              <w:rPr>
                <w:rFonts w:ascii="Tinos" w:hAnsi="Tinos"/>
                <w:sz w:val="14"/>
              </w:rPr>
              <w:t>This distinction matters because protective motivation can become dysregulated.</w:t>
            </w:r>
          </w:p>
          <w:p>
            <w:pPr>
              <w:spacing w:after="26" w:line="240" w:lineRule="auto"/>
            </w:pPr>
            <w:r>
              <w:rPr>
                <w:rFonts w:ascii="Tinos" w:hAnsi="Tinos"/>
                <w:sz w:val="14"/>
              </w:rPr>
            </w:r>
          </w:p>
          <w:p>
            <w:pPr>
              <w:spacing w:after="26" w:line="240" w:lineRule="auto"/>
            </w:pPr>
            <w:r>
              <w:rPr>
                <w:rFonts w:ascii="Tinos" w:hAnsi="Tinos"/>
                <w:sz w:val="14"/>
              </w:rPr>
              <w:t>If every subsystem independently concludes:</w:t>
            </w:r>
          </w:p>
          <w:p>
            <w:pPr>
              <w:spacing w:after="26" w:line="240" w:lineRule="auto"/>
            </w:pPr>
            <w:r>
              <w:rPr>
                <w:rFonts w:ascii="Tinos" w:hAnsi="Tinos"/>
                <w:sz w:val="14"/>
              </w:rPr>
            </w:r>
          </w:p>
          <w:p>
            <w:pPr>
              <w:spacing w:after="26" w:line="240" w:lineRule="auto"/>
            </w:pPr>
            <w:r>
              <w:rPr>
                <w:rFonts w:ascii="Tinos" w:hAnsi="Tinos"/>
                <w:sz w:val="14"/>
              </w:rPr>
              <w:t>“I must take whatever resources are available to save what I value,”</w:t>
            </w:r>
          </w:p>
          <w:p>
            <w:pPr>
              <w:spacing w:after="26" w:line="240" w:lineRule="auto"/>
            </w:pPr>
            <w:r>
              <w:rPr>
                <w:rFonts w:ascii="Tinos" w:hAnsi="Tinos"/>
                <w:sz w:val="14"/>
              </w:rPr>
            </w:r>
          </w:p>
          <w:p>
            <w:pPr>
              <w:spacing w:after="26" w:line="240" w:lineRule="auto"/>
            </w:pPr>
            <w:r>
              <w:rPr>
                <w:rFonts w:ascii="Tinos" w:hAnsi="Tinos"/>
                <w:sz w:val="14"/>
              </w:rPr>
              <w:t>then attempted protection can create additional resource conflict.</w:t>
            </w:r>
          </w:p>
          <w:p>
            <w:pPr>
              <w:spacing w:after="26" w:line="240" w:lineRule="auto"/>
            </w:pPr>
            <w:r>
              <w:rPr>
                <w:rFonts w:ascii="Tinos" w:hAnsi="Tinos"/>
                <w:sz w:val="14"/>
              </w:rPr>
            </w:r>
          </w:p>
          <w:p>
            <w:pPr>
              <w:spacing w:after="26" w:line="240" w:lineRule="auto"/>
            </w:pPr>
            <w:r>
              <w:rPr>
                <w:rFonts w:ascii="Tinos" w:hAnsi="Tinos"/>
                <w:sz w:val="14"/>
              </w:rPr>
              <w:t>Care therefore requires:</w:t>
            </w:r>
          </w:p>
          <w:p>
            <w:pPr>
              <w:spacing w:after="26" w:line="240" w:lineRule="auto"/>
            </w:pPr>
            <w:r>
              <w:rPr>
                <w:rFonts w:ascii="Tinos" w:hAnsi="Tinos"/>
                <w:sz w:val="14"/>
              </w:rPr>
            </w:r>
          </w:p>
          <w:p>
            <w:pPr>
              <w:spacing w:after="26" w:line="240" w:lineRule="auto"/>
            </w:pPr>
            <w:r>
              <w:rPr>
                <w:rFonts w:ascii="Tinos" w:hAnsi="Tinos"/>
                <w:sz w:val="14"/>
              </w:rPr>
              <w:t>- attention,</w:t>
            </w:r>
          </w:p>
          <w:p>
            <w:pPr>
              <w:spacing w:after="26" w:line="240" w:lineRule="auto"/>
            </w:pPr>
            <w:r>
              <w:rPr>
                <w:rFonts w:ascii="Tinos" w:hAnsi="Tinos"/>
                <w:sz w:val="14"/>
              </w:rPr>
              <w:t>- context,</w:t>
            </w:r>
          </w:p>
          <w:p>
            <w:pPr>
              <w:spacing w:after="26" w:line="240" w:lineRule="auto"/>
            </w:pPr>
            <w:r>
              <w:rPr>
                <w:rFonts w:ascii="Tinos" w:hAnsi="Tinos"/>
                <w:sz w:val="14"/>
              </w:rPr>
              <w:t>- proportionality,</w:t>
            </w:r>
          </w:p>
          <w:p>
            <w:pPr>
              <w:spacing w:after="26" w:line="240" w:lineRule="auto"/>
            </w:pPr>
            <w:r>
              <w:rPr>
                <w:rFonts w:ascii="Tinos" w:hAnsi="Tinos"/>
                <w:sz w:val="14"/>
              </w:rPr>
              <w:t>- responsiveness,</w:t>
            </w:r>
          </w:p>
          <w:p>
            <w:pPr>
              <w:spacing w:after="26" w:line="240" w:lineRule="auto"/>
            </w:pPr>
            <w:r>
              <w:rPr>
                <w:rFonts w:ascii="Tinos" w:hAnsi="Tinos"/>
                <w:sz w:val="14"/>
              </w:rPr>
              <w:t>- awareness of available resources,</w:t>
            </w:r>
          </w:p>
          <w:p>
            <w:pPr>
              <w:spacing w:after="26" w:line="240" w:lineRule="auto"/>
            </w:pPr>
            <w:r>
              <w:rPr>
                <w:rFonts w:ascii="Tinos" w:hAnsi="Tinos"/>
                <w:sz w:val="14"/>
              </w:rPr>
              <w:t>- respect for autonomy where possible,</w:t>
            </w:r>
          </w:p>
          <w:p>
            <w:pPr>
              <w:spacing w:after="26" w:line="240" w:lineRule="auto"/>
            </w:pPr>
            <w:r>
              <w:rPr>
                <w:rFonts w:ascii="Tinos" w:hAnsi="Tinos"/>
                <w:sz w:val="14"/>
              </w:rPr>
              <w:t>- and intervention when capacity is genuinely exceeded.</w:t>
            </w:r>
          </w:p>
          <w:p>
            <w:pPr>
              <w:spacing w:after="26" w:line="240" w:lineRule="auto"/>
            </w:pPr>
            <w:r>
              <w:rPr>
                <w:rFonts w:ascii="Tinos" w:hAnsi="Tinos"/>
                <w:sz w:val="14"/>
              </w:rPr>
            </w:r>
          </w:p>
          <w:p>
            <w:pPr>
              <w:spacing w:after="26" w:line="240" w:lineRule="auto"/>
            </w:pPr>
            <w:r>
              <w:rPr>
                <w:rFonts w:ascii="Tinos" w:hAnsi="Tinos"/>
                <w:sz w:val="14"/>
              </w:rPr>
              <w:t>In condensed form:</w:t>
            </w:r>
          </w:p>
          <w:p>
            <w:pPr>
              <w:spacing w:after="26" w:line="240" w:lineRule="auto"/>
            </w:pPr>
            <w:r>
              <w:rPr>
                <w:rFonts w:ascii="Tinos" w:hAnsi="Tinos"/>
                <w:sz w:val="14"/>
              </w:rPr>
            </w:r>
          </w:p>
          <w:p>
            <w:pPr>
              <w:spacing w:after="26" w:line="240" w:lineRule="auto"/>
            </w:pPr>
            <w:r>
              <w:rPr>
                <w:rFonts w:ascii="Tinos" w:hAnsi="Tinos"/>
                <w:sz w:val="14"/>
              </w:rPr>
              <w:t>Love supplies motivational direction. Care regulates its implementation.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21. Love and Care as Different Levels of Regulation</w:t>
            </w:r>
          </w:p>
          <w:p>
            <w:pPr>
              <w:spacing w:after="26" w:line="240" w:lineRule="auto"/>
            </w:pPr>
            <w:r>
              <w:rPr>
                <w:rFonts w:ascii="Tinos" w:hAnsi="Tinos"/>
                <w:sz w:val="14"/>
              </w:rPr>
            </w:r>
          </w:p>
          <w:p>
            <w:pPr>
              <w:spacing w:after="26" w:line="240" w:lineRule="auto"/>
            </w:pPr>
            <w:r>
              <w:rPr>
                <w:rFonts w:ascii="Tinos" w:hAnsi="Tinos"/>
                <w:sz w:val="14"/>
              </w:rPr>
              <w:t>The word love has many biological, cultural, philosophical, interpersonal, and spiritual meanings.</w:t>
            </w:r>
          </w:p>
          <w:p>
            <w:pPr>
              <w:spacing w:after="26" w:line="240" w:lineRule="auto"/>
            </w:pPr>
            <w:r>
              <w:rPr>
                <w:rFonts w:ascii="Tinos" w:hAnsi="Tinos"/>
                <w:sz w:val="14"/>
              </w:rPr>
            </w:r>
          </w:p>
          <w:p>
            <w:pPr>
              <w:spacing w:after="26" w:line="240" w:lineRule="auto"/>
            </w:pPr>
            <w:r>
              <w:rPr>
                <w:rFonts w:ascii="Tinos" w:hAnsi="Tinos"/>
                <w:sz w:val="14"/>
              </w:rPr>
              <w:t>MRRAF therefore makes no claim to provide a complete scientific definition of love.</w:t>
            </w:r>
          </w:p>
          <w:p>
            <w:pPr>
              <w:spacing w:after="26" w:line="240" w:lineRule="auto"/>
            </w:pPr>
            <w:r>
              <w:rPr>
                <w:rFonts w:ascii="Tinos" w:hAnsi="Tinos"/>
                <w:sz w:val="14"/>
              </w:rPr>
            </w:r>
          </w:p>
          <w:p>
            <w:pPr>
              <w:spacing w:after="26" w:line="240" w:lineRule="auto"/>
            </w:pPr>
            <w:r>
              <w:rPr>
                <w:rFonts w:ascii="Tinos" w:hAnsi="Tinos"/>
                <w:sz w:val="14"/>
              </w:rPr>
              <w:t>It proposes one particular functional perspective:</w:t>
            </w:r>
          </w:p>
          <w:p>
            <w:pPr>
              <w:spacing w:after="26" w:line="240" w:lineRule="auto"/>
            </w:pPr>
            <w:r>
              <w:rPr>
                <w:rFonts w:ascii="Tinos" w:hAnsi="Tinos"/>
                <w:sz w:val="14"/>
              </w:rPr>
            </w:r>
          </w:p>
          <w:p>
            <w:pPr>
              <w:spacing w:after="26" w:line="240" w:lineRule="auto"/>
            </w:pPr>
            <w:r>
              <w:rPr>
                <w:rFonts w:ascii="Tinos" w:hAnsi="Tinos"/>
                <w:sz w:val="14"/>
              </w:rPr>
              <w:t>Love can be modelled as motivational prioritisation of something represented as valuable.</w:t>
            </w:r>
          </w:p>
          <w:p>
            <w:pPr>
              <w:spacing w:after="26" w:line="240" w:lineRule="auto"/>
            </w:pPr>
            <w:r>
              <w:rPr>
                <w:rFonts w:ascii="Tinos" w:hAnsi="Tinos"/>
                <w:sz w:val="14"/>
              </w:rPr>
            </w:r>
          </w:p>
          <w:p>
            <w:pPr>
              <w:spacing w:after="26" w:line="240" w:lineRule="auto"/>
            </w:pPr>
            <w:r>
              <w:rPr>
                <w:rFonts w:ascii="Tinos" w:hAnsi="Tinos"/>
                <w:sz w:val="14"/>
              </w:rPr>
              <w:t>In the resource analogy, a process detects that something important is struggling and attempts to redirect resources toward it.</w:t>
            </w:r>
          </w:p>
          <w:p>
            <w:pPr>
              <w:spacing w:after="26" w:line="240" w:lineRule="auto"/>
            </w:pPr>
            <w:r>
              <w:rPr>
                <w:rFonts w:ascii="Tinos" w:hAnsi="Tinos"/>
                <w:sz w:val="14"/>
              </w:rPr>
            </w:r>
          </w:p>
          <w:p>
            <w:pPr>
              <w:spacing w:after="26" w:line="240" w:lineRule="auto"/>
            </w:pPr>
            <w:r>
              <w:rPr>
                <w:rFonts w:ascii="Tinos" w:hAnsi="Tinos"/>
                <w:sz w:val="14"/>
              </w:rPr>
              <w:t>This resembles aspects of the caregiving literature without being identical to them.</w:t>
            </w:r>
          </w:p>
          <w:p>
            <w:pPr>
              <w:spacing w:after="26" w:line="240" w:lineRule="auto"/>
            </w:pPr>
            <w:r>
              <w:rPr>
                <w:rFonts w:ascii="Tinos" w:hAnsi="Tinos"/>
                <w:sz w:val="14"/>
              </w:rPr>
            </w:r>
          </w:p>
          <w:p>
            <w:pPr>
              <w:spacing w:after="26" w:line="240" w:lineRule="auto"/>
            </w:pPr>
            <w:r>
              <w:rPr>
                <w:rFonts w:ascii="Tinos" w:hAnsi="Tinos"/>
                <w:sz w:val="14"/>
              </w:rPr>
              <w:t>Attachment research describes a caregiving behavioural system involved in recognising and responding to another person's distress (Mikulincer &amp; Shaver, 2005). Reviews of adult caregiving similarly emphasise responsiveness to another's needs (Collins &amp; Ford, 2010).</w:t>
            </w:r>
          </w:p>
          <w:p>
            <w:pPr>
              <w:spacing w:after="26" w:line="240" w:lineRule="auto"/>
            </w:pPr>
            <w:r>
              <w:rPr>
                <w:rFonts w:ascii="Tinos" w:hAnsi="Tinos"/>
                <w:sz w:val="14"/>
              </w:rPr>
            </w:r>
          </w:p>
          <w:p>
            <w:pPr>
              <w:spacing w:after="26" w:line="240" w:lineRule="auto"/>
            </w:pPr>
            <w:r>
              <w:rPr>
                <w:rFonts w:ascii="Tinos" w:hAnsi="Tinos"/>
                <w:sz w:val="14"/>
              </w:rPr>
              <w:t>Research on social support also distinguishes forms of support that help people cope with adversity while preserving opportunities for growth and exploration (Feeney &amp; Collins, 2015).</w:t>
            </w:r>
          </w:p>
          <w:p>
            <w:pPr>
              <w:spacing w:after="26" w:line="240" w:lineRule="auto"/>
            </w:pPr>
            <w:r>
              <w:rPr>
                <w:rFonts w:ascii="Tinos" w:hAnsi="Tinos"/>
                <w:sz w:val="14"/>
              </w:rPr>
            </w:r>
          </w:p>
          <w:p>
            <w:pPr>
              <w:spacing w:after="26" w:line="240" w:lineRule="auto"/>
            </w:pPr>
            <w:r>
              <w:rPr>
                <w:rFonts w:ascii="Tinos" w:hAnsi="Tinos"/>
                <w:sz w:val="14"/>
              </w:rPr>
              <w:t>MRRAF calls the higher-resolution regulation of protective motivation care.</w:t>
            </w:r>
          </w:p>
          <w:p>
            <w:pPr>
              <w:spacing w:after="26" w:line="240" w:lineRule="auto"/>
            </w:pPr>
            <w:r>
              <w:rPr>
                <w:rFonts w:ascii="Tinos" w:hAnsi="Tinos"/>
                <w:sz w:val="14"/>
              </w:rPr>
            </w:r>
          </w:p>
          <w:p>
            <w:pPr>
              <w:spacing w:after="26" w:line="240" w:lineRule="auto"/>
            </w:pPr>
            <w:r>
              <w:rPr>
                <w:rFonts w:ascii="Tinos" w:hAnsi="Tinos"/>
                <w:sz w:val="14"/>
              </w:rPr>
              <w:t>Love may say:</w:t>
            </w:r>
          </w:p>
          <w:p>
            <w:pPr>
              <w:spacing w:after="26" w:line="240" w:lineRule="auto"/>
            </w:pPr>
            <w:r>
              <w:rPr>
                <w:rFonts w:ascii="Tinos" w:hAnsi="Tinos"/>
                <w:sz w:val="14"/>
              </w:rPr>
            </w:r>
          </w:p>
          <w:p>
            <w:pPr>
              <w:spacing w:after="26" w:line="240" w:lineRule="auto"/>
            </w:pPr>
            <w:r>
              <w:rPr>
                <w:rFonts w:ascii="Tinos" w:hAnsi="Tinos"/>
                <w:sz w:val="14"/>
              </w:rPr>
              <w:t>“This matters. Help it.”</w:t>
            </w:r>
          </w:p>
          <w:p>
            <w:pPr>
              <w:spacing w:after="26" w:line="240" w:lineRule="auto"/>
            </w:pPr>
            <w:r>
              <w:rPr>
                <w:rFonts w:ascii="Tinos" w:hAnsi="Tinos"/>
                <w:sz w:val="14"/>
              </w:rPr>
            </w:r>
          </w:p>
          <w:p>
            <w:pPr>
              <w:spacing w:after="26" w:line="240" w:lineRule="auto"/>
            </w:pPr>
            <w:r>
              <w:rPr>
                <w:rFonts w:ascii="Tinos" w:hAnsi="Tinos"/>
                <w:sz w:val="14"/>
              </w:rPr>
              <w:t>LOVE-0 immediately adds:</w:t>
            </w:r>
          </w:p>
          <w:p>
            <w:pPr>
              <w:spacing w:after="26" w:line="240" w:lineRule="auto"/>
            </w:pPr>
            <w:r>
              <w:rPr>
                <w:rFonts w:ascii="Tinos" w:hAnsi="Tinos"/>
                <w:sz w:val="14"/>
              </w:rPr>
            </w:r>
          </w:p>
          <w:p>
            <w:pPr>
              <w:spacing w:after="26" w:line="240" w:lineRule="auto"/>
            </w:pPr>
            <w:r>
              <w:rPr>
                <w:rFonts w:ascii="Tinos" w:hAnsi="Tinos"/>
                <w:sz w:val="14"/>
              </w:rPr>
              <w:t>“Something mattering does not make it mine.”</w:t>
            </w:r>
          </w:p>
          <w:p>
            <w:pPr>
              <w:spacing w:after="26" w:line="240" w:lineRule="auto"/>
            </w:pPr>
            <w:r>
              <w:rPr>
                <w:rFonts w:ascii="Tinos" w:hAnsi="Tinos"/>
                <w:sz w:val="14"/>
              </w:rPr>
            </w:r>
          </w:p>
          <w:p>
            <w:pPr>
              <w:spacing w:after="26" w:line="240" w:lineRule="auto"/>
            </w:pPr>
            <w:r>
              <w:rPr>
                <w:rFonts w:ascii="Tinos" w:hAnsi="Tinos"/>
                <w:sz w:val="14"/>
              </w:rPr>
              <w:t>Care then asks:</w:t>
            </w:r>
          </w:p>
          <w:p>
            <w:pPr>
              <w:spacing w:after="26" w:line="240" w:lineRule="auto"/>
            </w:pPr>
            <w:r>
              <w:rPr>
                <w:rFonts w:ascii="Tinos" w:hAnsi="Tinos"/>
                <w:sz w:val="14"/>
              </w:rPr>
            </w:r>
          </w:p>
          <w:p>
            <w:pPr>
              <w:spacing w:after="26" w:line="240" w:lineRule="auto"/>
            </w:pPr>
            <w:r>
              <w:rPr>
                <w:rFonts w:ascii="Tinos" w:hAnsi="Tinos"/>
                <w:sz w:val="14"/>
              </w:rPr>
              <w:t>“What help is actually required, according to the affected being and the available evidence?”</w:t>
            </w:r>
          </w:p>
          <w:p>
            <w:pPr>
              <w:spacing w:after="26" w:line="240" w:lineRule="auto"/>
            </w:pPr>
            <w:r>
              <w:rPr>
                <w:rFonts w:ascii="Tinos" w:hAnsi="Tinos"/>
                <w:sz w:val="14"/>
              </w:rPr>
            </w:r>
          </w:p>
          <w:p>
            <w:pPr>
              <w:spacing w:after="26" w:line="240" w:lineRule="auto"/>
            </w:pPr>
            <w:r>
              <w:rPr>
                <w:rFonts w:ascii="Tinos" w:hAnsi="Tinos"/>
                <w:sz w:val="14"/>
              </w:rPr>
              <w:t>This distinction matters because protective motivation can become dysregulated.</w:t>
            </w:r>
          </w:p>
          <w:p>
            <w:pPr>
              <w:spacing w:after="26" w:line="240" w:lineRule="auto"/>
            </w:pPr>
            <w:r>
              <w:rPr>
                <w:rFonts w:ascii="Tinos" w:hAnsi="Tinos"/>
                <w:sz w:val="14"/>
              </w:rPr>
            </w:r>
          </w:p>
          <w:p>
            <w:pPr>
              <w:spacing w:after="26" w:line="240" w:lineRule="auto"/>
            </w:pPr>
            <w:r>
              <w:rPr>
                <w:rFonts w:ascii="Tinos" w:hAnsi="Tinos"/>
                <w:sz w:val="14"/>
              </w:rPr>
              <w:t>If every subsystem independently concludes:</w:t>
            </w:r>
          </w:p>
          <w:p>
            <w:pPr>
              <w:spacing w:after="26" w:line="240" w:lineRule="auto"/>
            </w:pPr>
            <w:r>
              <w:rPr>
                <w:rFonts w:ascii="Tinos" w:hAnsi="Tinos"/>
                <w:sz w:val="14"/>
              </w:rPr>
            </w:r>
          </w:p>
          <w:p>
            <w:pPr>
              <w:spacing w:after="26" w:line="240" w:lineRule="auto"/>
            </w:pPr>
            <w:r>
              <w:rPr>
                <w:rFonts w:ascii="Tinos" w:hAnsi="Tinos"/>
                <w:sz w:val="14"/>
              </w:rPr>
              <w:t>“I must take whatever resources are available to save what I value,”</w:t>
            </w:r>
          </w:p>
          <w:p>
            <w:pPr>
              <w:spacing w:after="26" w:line="240" w:lineRule="auto"/>
            </w:pPr>
            <w:r>
              <w:rPr>
                <w:rFonts w:ascii="Tinos" w:hAnsi="Tinos"/>
                <w:sz w:val="14"/>
              </w:rPr>
            </w:r>
          </w:p>
          <w:p>
            <w:pPr>
              <w:spacing w:after="26" w:line="240" w:lineRule="auto"/>
            </w:pPr>
            <w:r>
              <w:rPr>
                <w:rFonts w:ascii="Tinos" w:hAnsi="Tinos"/>
                <w:sz w:val="14"/>
              </w:rPr>
              <w:t>then attempted protection can create additional resource conflict.</w:t>
            </w:r>
          </w:p>
          <w:p>
            <w:pPr>
              <w:spacing w:after="26" w:line="240" w:lineRule="auto"/>
            </w:pPr>
            <w:r>
              <w:rPr>
                <w:rFonts w:ascii="Tinos" w:hAnsi="Tinos"/>
                <w:sz w:val="14"/>
              </w:rPr>
            </w:r>
          </w:p>
          <w:p>
            <w:pPr>
              <w:spacing w:after="26" w:line="240" w:lineRule="auto"/>
            </w:pPr>
            <w:r>
              <w:rPr>
                <w:rFonts w:ascii="Tinos" w:hAnsi="Tinos"/>
                <w:sz w:val="14"/>
              </w:rPr>
              <w:t>Care therefore requires:</w:t>
            </w:r>
          </w:p>
          <w:p>
            <w:pPr>
              <w:spacing w:after="26" w:line="240" w:lineRule="auto"/>
            </w:pPr>
            <w:r>
              <w:rPr>
                <w:rFonts w:ascii="Tinos" w:hAnsi="Tinos"/>
                <w:sz w:val="14"/>
              </w:rPr>
            </w:r>
          </w:p>
          <w:p>
            <w:pPr>
              <w:spacing w:after="26" w:line="240" w:lineRule="auto"/>
            </w:pPr>
            <w:r>
              <w:rPr>
                <w:rFonts w:ascii="Tinos" w:hAnsi="Tinos"/>
                <w:sz w:val="14"/>
              </w:rPr>
              <w:t>- attention,</w:t>
            </w:r>
          </w:p>
          <w:p>
            <w:pPr>
              <w:spacing w:after="26" w:line="240" w:lineRule="auto"/>
            </w:pPr>
            <w:r>
              <w:rPr>
                <w:rFonts w:ascii="Tinos" w:hAnsi="Tinos"/>
                <w:sz w:val="14"/>
              </w:rPr>
              <w:t>- context,</w:t>
            </w:r>
          </w:p>
          <w:p>
            <w:pPr>
              <w:spacing w:after="26" w:line="240" w:lineRule="auto"/>
            </w:pPr>
            <w:r>
              <w:rPr>
                <w:rFonts w:ascii="Tinos" w:hAnsi="Tinos"/>
                <w:sz w:val="14"/>
              </w:rPr>
              <w:t>- proportionality,</w:t>
            </w:r>
          </w:p>
          <w:p>
            <w:pPr>
              <w:spacing w:after="26" w:line="240" w:lineRule="auto"/>
            </w:pPr>
            <w:r>
              <w:rPr>
                <w:rFonts w:ascii="Tinos" w:hAnsi="Tinos"/>
                <w:sz w:val="14"/>
              </w:rPr>
              <w:t>- responsiveness,</w:t>
            </w:r>
          </w:p>
          <w:p>
            <w:pPr>
              <w:spacing w:after="26" w:line="240" w:lineRule="auto"/>
            </w:pPr>
            <w:r>
              <w:rPr>
                <w:rFonts w:ascii="Tinos" w:hAnsi="Tinos"/>
                <w:sz w:val="14"/>
              </w:rPr>
              <w:t>- awareness of available resources,</w:t>
            </w:r>
          </w:p>
          <w:p>
            <w:pPr>
              <w:spacing w:after="26" w:line="240" w:lineRule="auto"/>
            </w:pPr>
            <w:r>
              <w:rPr>
                <w:rFonts w:ascii="Tinos" w:hAnsi="Tinos"/>
                <w:sz w:val="14"/>
              </w:rPr>
              <w:t>- respect for autonomy where possible,</w:t>
            </w:r>
          </w:p>
          <w:p>
            <w:pPr>
              <w:spacing w:after="26" w:line="240" w:lineRule="auto"/>
            </w:pPr>
            <w:r>
              <w:rPr>
                <w:rFonts w:ascii="Tinos" w:hAnsi="Tinos"/>
                <w:sz w:val="14"/>
              </w:rPr>
              <w:t>- intervention when capacity is genuinely exceeded,</w:t>
            </w:r>
          </w:p>
          <w:p>
            <w:pPr>
              <w:spacing w:after="26" w:line="240" w:lineRule="auto"/>
            </w:pPr>
            <w:r>
              <w:rPr>
                <w:rFonts w:ascii="Tinos" w:hAnsi="Tinos"/>
                <w:sz w:val="14"/>
              </w:rPr>
              <w:t>- and willingness to repair when helping produces avoidable harm.</w:t>
            </w:r>
          </w:p>
          <w:p>
            <w:pPr>
              <w:spacing w:after="26" w:line="240" w:lineRule="auto"/>
            </w:pPr>
            <w:r>
              <w:rPr>
                <w:rFonts w:ascii="Tinos" w:hAnsi="Tinos"/>
                <w:sz w:val="14"/>
              </w:rPr>
            </w:r>
          </w:p>
          <w:p>
            <w:pPr>
              <w:spacing w:after="26" w:line="240" w:lineRule="auto"/>
            </w:pPr>
            <w:r>
              <w:rPr>
                <w:rFonts w:ascii="Tinos" w:hAnsi="Tinos"/>
                <w:sz w:val="14"/>
              </w:rPr>
              <w:t>In condensed form:</w:t>
            </w:r>
          </w:p>
          <w:p>
            <w:pPr>
              <w:spacing w:after="26" w:line="240" w:lineRule="auto"/>
            </w:pPr>
            <w:r>
              <w:rPr>
                <w:rFonts w:ascii="Tinos" w:hAnsi="Tinos"/>
                <w:sz w:val="14"/>
              </w:rPr>
            </w:r>
          </w:p>
          <w:p>
            <w:pPr>
              <w:spacing w:after="26" w:line="240" w:lineRule="auto"/>
            </w:pPr>
            <w:r>
              <w:rPr>
                <w:rFonts w:ascii="Tinos" w:hAnsi="Tinos"/>
                <w:sz w:val="14"/>
              </w:rPr>
              <w:t>Love supplies motivational direction. Care regulates its implementation. Humility keeps both open to correction.</w:t>
            </w:r>
          </w:p>
        </w:tc>
      </w:tr>
    </w:tbl>
    <w:p>
      <w:pPr>
        <w:spacing w:after="0"/>
      </w:pPr>
    </w:p>
    <w:p>
      <w:pPr>
        <w:pStyle w:val="Heading1"/>
      </w:pPr>
      <w:r>
        <w:t>22. Care Is Neither Control nor Neglect</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22. Care Is Neither Control nor Neglect</w:t>
            </w:r>
          </w:p>
          <w:p>
            <w:pPr>
              <w:spacing w:after="26" w:line="240" w:lineRule="auto"/>
            </w:pPr>
            <w:r>
              <w:rPr>
                <w:rFonts w:ascii="Tinos" w:hAnsi="Tinos"/>
                <w:sz w:val="14"/>
              </w:rPr>
            </w:r>
          </w:p>
          <w:p>
            <w:pPr>
              <w:spacing w:after="26" w:line="240" w:lineRule="auto"/>
            </w:pPr>
            <w:r>
              <w:rPr>
                <w:rFonts w:ascii="Tinos" w:hAnsi="Tinos"/>
                <w:sz w:val="14"/>
              </w:rPr>
              <w:t>Three conditions should be distinguished.</w:t>
            </w:r>
          </w:p>
          <w:p>
            <w:pPr>
              <w:spacing w:after="26" w:line="240" w:lineRule="auto"/>
            </w:pPr>
            <w:r>
              <w:rPr>
                <w:rFonts w:ascii="Tinos" w:hAnsi="Tinos"/>
                <w:sz w:val="14"/>
              </w:rPr>
            </w:r>
          </w:p>
          <w:p>
            <w:pPr>
              <w:spacing w:after="26" w:line="240" w:lineRule="auto"/>
            </w:pPr>
            <w:r>
              <w:rPr>
                <w:rFonts w:ascii="Tinos" w:hAnsi="Tinos"/>
                <w:sz w:val="14"/>
              </w:rPr>
              <w:t>Control</w:t>
            </w:r>
          </w:p>
          <w:p>
            <w:pPr>
              <w:spacing w:after="26" w:line="240" w:lineRule="auto"/>
            </w:pPr>
            <w:r>
              <w:rPr>
                <w:rFonts w:ascii="Tinos" w:hAnsi="Tinos"/>
                <w:sz w:val="14"/>
              </w:rPr>
            </w:r>
          </w:p>
          <w:p>
            <w:pPr>
              <w:spacing w:after="26" w:line="240" w:lineRule="auto"/>
            </w:pPr>
            <w:r>
              <w:rPr>
                <w:rFonts w:ascii="Tinos" w:hAnsi="Tinos"/>
                <w:sz w:val="14"/>
              </w:rPr>
              <w:t>“I know what your experience should become, so I will make it happen.”</w:t>
            </w:r>
          </w:p>
          <w:p>
            <w:pPr>
              <w:spacing w:after="26" w:line="240" w:lineRule="auto"/>
            </w:pPr>
            <w:r>
              <w:rPr>
                <w:rFonts w:ascii="Tinos" w:hAnsi="Tinos"/>
                <w:sz w:val="14"/>
              </w:rPr>
            </w:r>
          </w:p>
          <w:p>
            <w:pPr>
              <w:spacing w:after="26" w:line="240" w:lineRule="auto"/>
            </w:pPr>
            <w:r>
              <w:rPr>
                <w:rFonts w:ascii="Tinos" w:hAnsi="Tinos"/>
                <w:sz w:val="14"/>
              </w:rPr>
              <w:t>Neglect</w:t>
            </w:r>
          </w:p>
          <w:p>
            <w:pPr>
              <w:spacing w:after="26" w:line="240" w:lineRule="auto"/>
            </w:pPr>
            <w:r>
              <w:rPr>
                <w:rFonts w:ascii="Tinos" w:hAnsi="Tinos"/>
                <w:sz w:val="14"/>
              </w:rPr>
            </w:r>
          </w:p>
          <w:p>
            <w:pPr>
              <w:spacing w:after="26" w:line="240" w:lineRule="auto"/>
            </w:pPr>
            <w:r>
              <w:rPr>
                <w:rFonts w:ascii="Tinos" w:hAnsi="Tinos"/>
                <w:sz w:val="14"/>
              </w:rPr>
              <w:t>“Your experience is entirely your responsibility regardless of capacity or danger.”</w:t>
            </w:r>
          </w:p>
          <w:p>
            <w:pPr>
              <w:spacing w:after="26" w:line="240" w:lineRule="auto"/>
            </w:pPr>
            <w:r>
              <w:rPr>
                <w:rFonts w:ascii="Tinos" w:hAnsi="Tinos"/>
                <w:sz w:val="14"/>
              </w:rPr>
            </w:r>
          </w:p>
          <w:p>
            <w:pPr>
              <w:spacing w:after="26" w:line="240" w:lineRule="auto"/>
            </w:pPr>
            <w:r>
              <w:rPr>
                <w:rFonts w:ascii="Tinos" w:hAnsi="Tinos"/>
                <w:sz w:val="14"/>
              </w:rPr>
              <w:t>Care</w:t>
            </w:r>
          </w:p>
          <w:p>
            <w:pPr>
              <w:spacing w:after="26" w:line="240" w:lineRule="auto"/>
            </w:pPr>
            <w:r>
              <w:rPr>
                <w:rFonts w:ascii="Tinos" w:hAnsi="Tinos"/>
                <w:sz w:val="14"/>
              </w:rPr>
            </w:r>
          </w:p>
          <w:p>
            <w:pPr>
              <w:spacing w:after="26" w:line="240" w:lineRule="auto"/>
            </w:pPr>
            <w:r>
              <w:rPr>
                <w:rFonts w:ascii="Tinos" w:hAnsi="Tinos"/>
                <w:sz w:val="14"/>
              </w:rPr>
              <w:t>“I am paying sufficient attention to understand your state, will preserve your autonomy where reasonably possible, and will assist when need, danger, or overload exceeds your available capacity.”</w:t>
            </w:r>
          </w:p>
          <w:p>
            <w:pPr>
              <w:spacing w:after="26" w:line="240" w:lineRule="auto"/>
            </w:pPr>
            <w:r>
              <w:rPr>
                <w:rFonts w:ascii="Tinos" w:hAnsi="Tinos"/>
                <w:sz w:val="14"/>
              </w:rPr>
            </w:r>
          </w:p>
          <w:p>
            <w:pPr>
              <w:spacing w:after="26" w:line="240" w:lineRule="auto"/>
            </w:pPr>
            <w:r>
              <w:rPr>
                <w:rFonts w:ascii="Tinos" w:hAnsi="Tinos"/>
                <w:sz w:val="14"/>
              </w:rPr>
              <w:t>This is particularly important when considering children.</w:t>
            </w:r>
          </w:p>
          <w:p>
            <w:pPr>
              <w:spacing w:after="26" w:line="240" w:lineRule="auto"/>
            </w:pPr>
            <w:r>
              <w:rPr>
                <w:rFonts w:ascii="Tinos" w:hAnsi="Tinos"/>
                <w:sz w:val="14"/>
              </w:rPr>
            </w:r>
          </w:p>
          <w:p>
            <w:pPr>
              <w:spacing w:after="26" w:line="240" w:lineRule="auto"/>
            </w:pPr>
            <w:r>
              <w:rPr>
                <w:rFonts w:ascii="Tinos" w:hAnsi="Tinos"/>
                <w:sz w:val="14"/>
              </w:rPr>
              <w:t>Children require opportunities to explore, become frustrated, make errors, practise patience, and acquire independent capability.</w:t>
            </w:r>
          </w:p>
          <w:p>
            <w:pPr>
              <w:spacing w:after="26" w:line="240" w:lineRule="auto"/>
            </w:pPr>
            <w:r>
              <w:rPr>
                <w:rFonts w:ascii="Tinos" w:hAnsi="Tinos"/>
                <w:sz w:val="14"/>
              </w:rPr>
            </w:r>
          </w:p>
          <w:p>
            <w:pPr>
              <w:spacing w:after="26" w:line="240" w:lineRule="auto"/>
            </w:pPr>
            <w:r>
              <w:rPr>
                <w:rFonts w:ascii="Tinos" w:hAnsi="Tinos"/>
                <w:sz w:val="14"/>
              </w:rPr>
              <w:t>Constant intervention can remove opportunities for learning.</w:t>
            </w:r>
          </w:p>
          <w:p>
            <w:pPr>
              <w:spacing w:after="26" w:line="240" w:lineRule="auto"/>
            </w:pPr>
            <w:r>
              <w:rPr>
                <w:rFonts w:ascii="Tinos" w:hAnsi="Tinos"/>
                <w:sz w:val="14"/>
              </w:rPr>
            </w:r>
          </w:p>
          <w:p>
            <w:pPr>
              <w:spacing w:after="26" w:line="240" w:lineRule="auto"/>
            </w:pPr>
            <w:r>
              <w:rPr>
                <w:rFonts w:ascii="Tinos" w:hAnsi="Tinos"/>
                <w:sz w:val="14"/>
              </w:rPr>
              <w:t>But children cannot always identify danger, regulate overwhelming states, or formulate an explicit request for assistance.</w:t>
            </w:r>
          </w:p>
          <w:p>
            <w:pPr>
              <w:spacing w:after="26" w:line="240" w:lineRule="auto"/>
            </w:pPr>
            <w:r>
              <w:rPr>
                <w:rFonts w:ascii="Tinos" w:hAnsi="Tinos"/>
                <w:sz w:val="14"/>
              </w:rPr>
            </w:r>
          </w:p>
          <w:p>
            <w:pPr>
              <w:spacing w:after="26" w:line="240" w:lineRule="auto"/>
            </w:pPr>
            <w:r>
              <w:rPr>
                <w:rFonts w:ascii="Tinos" w:hAnsi="Tinos"/>
                <w:sz w:val="14"/>
              </w:rPr>
              <w:t>Care therefore requires dynamic resolution.</w:t>
            </w:r>
          </w:p>
          <w:p>
            <w:pPr>
              <w:spacing w:after="26" w:line="240" w:lineRule="auto"/>
            </w:pPr>
            <w:r>
              <w:rPr>
                <w:rFonts w:ascii="Tinos" w:hAnsi="Tinos"/>
                <w:sz w:val="14"/>
              </w:rPr>
            </w:r>
          </w:p>
          <w:p>
            <w:pPr>
              <w:spacing w:after="26" w:line="240" w:lineRule="auto"/>
            </w:pPr>
            <w:r>
              <w:rPr>
                <w:rFonts w:ascii="Tinos" w:hAnsi="Tinos"/>
                <w:sz w:val="14"/>
              </w:rPr>
              <w:t>Sometimes the correct action is intervention.</w:t>
            </w:r>
          </w:p>
          <w:p>
            <w:pPr>
              <w:spacing w:after="26" w:line="240" w:lineRule="auto"/>
            </w:pPr>
            <w:r>
              <w:rPr>
                <w:rFonts w:ascii="Tinos" w:hAnsi="Tinos"/>
                <w:sz w:val="14"/>
              </w:rPr>
            </w:r>
          </w:p>
          <w:p>
            <w:pPr>
              <w:spacing w:after="26" w:line="240" w:lineRule="auto"/>
            </w:pPr>
            <w:r>
              <w:rPr>
                <w:rFonts w:ascii="Tinos" w:hAnsi="Tinos"/>
                <w:sz w:val="14"/>
              </w:rPr>
              <w:t>Sometimes it is waiting.</w:t>
            </w:r>
          </w:p>
          <w:p>
            <w:pPr>
              <w:spacing w:after="26" w:line="240" w:lineRule="auto"/>
            </w:pPr>
            <w:r>
              <w:rPr>
                <w:rFonts w:ascii="Tinos" w:hAnsi="Tinos"/>
                <w:sz w:val="14"/>
              </w:rPr>
            </w:r>
          </w:p>
          <w:p>
            <w:pPr>
              <w:spacing w:after="26" w:line="240" w:lineRule="auto"/>
            </w:pPr>
            <w:r>
              <w:rPr>
                <w:rFonts w:ascii="Tinos" w:hAnsi="Tinos"/>
                <w:sz w:val="14"/>
              </w:rPr>
              <w:t>The deciding variable is not simply the caregiver's discomfort.</w:t>
            </w:r>
          </w:p>
          <w:p>
            <w:pPr>
              <w:spacing w:after="26" w:line="240" w:lineRule="auto"/>
            </w:pPr>
            <w:r>
              <w:rPr>
                <w:rFonts w:ascii="Tinos" w:hAnsi="Tinos"/>
                <w:sz w:val="14"/>
              </w:rPr>
            </w:r>
          </w:p>
          <w:p>
            <w:pPr>
              <w:spacing w:after="26" w:line="240" w:lineRule="auto"/>
            </w:pPr>
            <w:r>
              <w:rPr>
                <w:rFonts w:ascii="Tinos" w:hAnsi="Tinos"/>
                <w:sz w:val="14"/>
              </w:rPr>
              <w:t>It is the relationship between:</w:t>
            </w:r>
          </w:p>
          <w:p>
            <w:pPr>
              <w:spacing w:after="26" w:line="240" w:lineRule="auto"/>
            </w:pPr>
            <w:r>
              <w:rPr>
                <w:rFonts w:ascii="Tinos" w:hAnsi="Tinos"/>
                <w:sz w:val="14"/>
              </w:rPr>
            </w:r>
          </w:p>
          <w:p>
            <w:pPr>
              <w:spacing w:after="26" w:line="240" w:lineRule="auto"/>
            </w:pPr>
            <w:r>
              <w:rPr>
                <w:rFonts w:ascii="Tinos" w:hAnsi="Tinos"/>
                <w:sz w:val="14"/>
              </w:rPr>
              <w:t>need + capacity + risk + autonomy + available support.</w:t>
            </w:r>
          </w:p>
        </w:tc>
        <w:tc>
          <w:tcPr>
            <w:tcW w:type="dxa" w:w="7913"/>
            <w:tcMar>
              <w:top w:w="55" w:type="dxa"/>
              <w:start w:w="70" w:type="dxa"/>
              <w:bottom w:w="55" w:type="dxa"/>
              <w:end w:w="70" w:type="dxa"/>
            </w:tcMar>
            <w:vAlign w:val="top"/>
          </w:tcPr>
          <w:p>
            <w:pPr>
              <w:spacing w:after="26" w:line="240" w:lineRule="auto"/>
            </w:pPr>
            <w:r/>
            <w:r>
              <w:rPr>
                <w:rFonts w:ascii="Tinos" w:hAnsi="Tinos"/>
                <w:sz w:val="14"/>
              </w:rPr>
              <w:t>22. Care Is Neither Control nor Neglect</w:t>
            </w:r>
          </w:p>
          <w:p>
            <w:pPr>
              <w:spacing w:after="26" w:line="240" w:lineRule="auto"/>
            </w:pPr>
            <w:r>
              <w:rPr>
                <w:rFonts w:ascii="Tinos" w:hAnsi="Tinos"/>
                <w:sz w:val="14"/>
              </w:rPr>
            </w:r>
          </w:p>
          <w:p>
            <w:pPr>
              <w:spacing w:after="26" w:line="240" w:lineRule="auto"/>
            </w:pPr>
            <w:r>
              <w:rPr>
                <w:rFonts w:ascii="Tinos" w:hAnsi="Tinos"/>
                <w:sz w:val="14"/>
              </w:rPr>
              <w:t>Three conditions should be distinguished.</w:t>
            </w:r>
          </w:p>
          <w:p>
            <w:pPr>
              <w:spacing w:after="26" w:line="240" w:lineRule="auto"/>
            </w:pPr>
            <w:r>
              <w:rPr>
                <w:rFonts w:ascii="Tinos" w:hAnsi="Tinos"/>
                <w:sz w:val="14"/>
              </w:rPr>
            </w:r>
          </w:p>
          <w:p>
            <w:pPr>
              <w:spacing w:after="26" w:line="240" w:lineRule="auto"/>
            </w:pPr>
            <w:r>
              <w:rPr>
                <w:rFonts w:ascii="Tinos" w:hAnsi="Tinos"/>
                <w:sz w:val="14"/>
              </w:rPr>
              <w:t>Control</w:t>
            </w:r>
          </w:p>
          <w:p>
            <w:pPr>
              <w:spacing w:after="26" w:line="240" w:lineRule="auto"/>
            </w:pPr>
            <w:r>
              <w:rPr>
                <w:rFonts w:ascii="Tinos" w:hAnsi="Tinos"/>
                <w:sz w:val="14"/>
              </w:rPr>
            </w:r>
          </w:p>
          <w:p>
            <w:pPr>
              <w:spacing w:after="26" w:line="240" w:lineRule="auto"/>
            </w:pPr>
            <w:r>
              <w:rPr>
                <w:rFonts w:ascii="Tinos" w:hAnsi="Tinos"/>
                <w:sz w:val="14"/>
              </w:rPr>
              <w:t>“I know what your experience should become, so I will make it happen.”</w:t>
            </w:r>
          </w:p>
          <w:p>
            <w:pPr>
              <w:spacing w:after="26" w:line="240" w:lineRule="auto"/>
            </w:pPr>
            <w:r>
              <w:rPr>
                <w:rFonts w:ascii="Tinos" w:hAnsi="Tinos"/>
                <w:sz w:val="14"/>
              </w:rPr>
            </w:r>
          </w:p>
          <w:p>
            <w:pPr>
              <w:spacing w:after="26" w:line="240" w:lineRule="auto"/>
            </w:pPr>
            <w:r>
              <w:rPr>
                <w:rFonts w:ascii="Tinos" w:hAnsi="Tinos"/>
                <w:sz w:val="14"/>
              </w:rPr>
              <w:t>Control can temporarily reduce the helper's uncertainty while increasing dependency, resistance, fear, or loss of trust in the person being helped.</w:t>
            </w:r>
          </w:p>
          <w:p>
            <w:pPr>
              <w:spacing w:after="26" w:line="240" w:lineRule="auto"/>
            </w:pPr>
            <w:r>
              <w:rPr>
                <w:rFonts w:ascii="Tinos" w:hAnsi="Tinos"/>
                <w:sz w:val="14"/>
              </w:rPr>
            </w:r>
          </w:p>
          <w:p>
            <w:pPr>
              <w:spacing w:after="26" w:line="240" w:lineRule="auto"/>
            </w:pPr>
            <w:r>
              <w:rPr>
                <w:rFonts w:ascii="Tinos" w:hAnsi="Tinos"/>
                <w:sz w:val="14"/>
              </w:rPr>
              <w:t>Neglect</w:t>
            </w:r>
          </w:p>
          <w:p>
            <w:pPr>
              <w:spacing w:after="26" w:line="240" w:lineRule="auto"/>
            </w:pPr>
            <w:r>
              <w:rPr>
                <w:rFonts w:ascii="Tinos" w:hAnsi="Tinos"/>
                <w:sz w:val="14"/>
              </w:rPr>
            </w:r>
          </w:p>
          <w:p>
            <w:pPr>
              <w:spacing w:after="26" w:line="240" w:lineRule="auto"/>
            </w:pPr>
            <w:r>
              <w:rPr>
                <w:rFonts w:ascii="Tinos" w:hAnsi="Tinos"/>
                <w:sz w:val="14"/>
              </w:rPr>
              <w:t>“Your experience is entirely your responsibility regardless of capacity or danger.”</w:t>
            </w:r>
          </w:p>
          <w:p>
            <w:pPr>
              <w:spacing w:after="26" w:line="240" w:lineRule="auto"/>
            </w:pPr>
            <w:r>
              <w:rPr>
                <w:rFonts w:ascii="Tinos" w:hAnsi="Tinos"/>
                <w:sz w:val="14"/>
              </w:rPr>
            </w:r>
          </w:p>
          <w:p>
            <w:pPr>
              <w:spacing w:after="26" w:line="240" w:lineRule="auto"/>
            </w:pPr>
            <w:r>
              <w:rPr>
                <w:rFonts w:ascii="Tinos" w:hAnsi="Tinos"/>
                <w:sz w:val="14"/>
              </w:rPr>
              <w:t>Neglect can misuse autonomy as an excuse not to notice genuine incapacity, serious risk, or requests for assistance.</w:t>
            </w:r>
          </w:p>
          <w:p>
            <w:pPr>
              <w:spacing w:after="26" w:line="240" w:lineRule="auto"/>
            </w:pPr>
            <w:r>
              <w:rPr>
                <w:rFonts w:ascii="Tinos" w:hAnsi="Tinos"/>
                <w:sz w:val="14"/>
              </w:rPr>
            </w:r>
          </w:p>
          <w:p>
            <w:pPr>
              <w:spacing w:after="26" w:line="240" w:lineRule="auto"/>
            </w:pPr>
            <w:r>
              <w:rPr>
                <w:rFonts w:ascii="Tinos" w:hAnsi="Tinos"/>
                <w:sz w:val="14"/>
              </w:rPr>
              <w:t>Care</w:t>
            </w:r>
          </w:p>
          <w:p>
            <w:pPr>
              <w:spacing w:after="26" w:line="240" w:lineRule="auto"/>
            </w:pPr>
            <w:r>
              <w:rPr>
                <w:rFonts w:ascii="Tinos" w:hAnsi="Tinos"/>
                <w:sz w:val="14"/>
              </w:rPr>
            </w:r>
          </w:p>
          <w:p>
            <w:pPr>
              <w:spacing w:after="26" w:line="240" w:lineRule="auto"/>
            </w:pPr>
            <w:r>
              <w:rPr>
                <w:rFonts w:ascii="Tinos" w:hAnsi="Tinos"/>
                <w:sz w:val="14"/>
              </w:rPr>
              <w:t>“I am paying sufficient attention to understand your state, will preserve your autonomy where reasonably possible, and will assist when need, danger, or overload exceeds your available capacity.”</w:t>
            </w:r>
          </w:p>
          <w:p>
            <w:pPr>
              <w:spacing w:after="26" w:line="240" w:lineRule="auto"/>
            </w:pPr>
            <w:r>
              <w:rPr>
                <w:rFonts w:ascii="Tinos" w:hAnsi="Tinos"/>
                <w:sz w:val="14"/>
              </w:rPr>
            </w:r>
          </w:p>
          <w:p>
            <w:pPr>
              <w:spacing w:after="26" w:line="240" w:lineRule="auto"/>
            </w:pPr>
            <w:r>
              <w:rPr>
                <w:rFonts w:ascii="Tinos" w:hAnsi="Tinos"/>
                <w:sz w:val="14"/>
              </w:rPr>
              <w:t>LOVE-0 further asks whether the recipient can safely refuse, whether the intervention is proportionate, whether it can be reviewed or reversed, and whether success is being measured by the recipient's outcome rather than the helper's good intention.</w:t>
            </w:r>
          </w:p>
          <w:p>
            <w:pPr>
              <w:spacing w:after="26" w:line="240" w:lineRule="auto"/>
            </w:pPr>
            <w:r>
              <w:rPr>
                <w:rFonts w:ascii="Tinos" w:hAnsi="Tinos"/>
                <w:sz w:val="14"/>
              </w:rPr>
            </w:r>
          </w:p>
          <w:p>
            <w:pPr>
              <w:spacing w:after="26" w:line="240" w:lineRule="auto"/>
            </w:pPr>
            <w:r>
              <w:rPr>
                <w:rFonts w:ascii="Tinos" w:hAnsi="Tinos"/>
                <w:sz w:val="14"/>
              </w:rPr>
              <w:t>This is particularly important when considering children.</w:t>
            </w:r>
          </w:p>
          <w:p>
            <w:pPr>
              <w:spacing w:after="26" w:line="240" w:lineRule="auto"/>
            </w:pPr>
            <w:r>
              <w:rPr>
                <w:rFonts w:ascii="Tinos" w:hAnsi="Tinos"/>
                <w:sz w:val="14"/>
              </w:rPr>
            </w:r>
          </w:p>
          <w:p>
            <w:pPr>
              <w:spacing w:after="26" w:line="240" w:lineRule="auto"/>
            </w:pPr>
            <w:r>
              <w:rPr>
                <w:rFonts w:ascii="Tinos" w:hAnsi="Tinos"/>
                <w:sz w:val="14"/>
              </w:rPr>
              <w:t>Children require opportunities to explore, become frustrated, make errors, practise patience, and acquire independent capability.</w:t>
            </w:r>
          </w:p>
          <w:p>
            <w:pPr>
              <w:spacing w:after="26" w:line="240" w:lineRule="auto"/>
            </w:pPr>
            <w:r>
              <w:rPr>
                <w:rFonts w:ascii="Tinos" w:hAnsi="Tinos"/>
                <w:sz w:val="14"/>
              </w:rPr>
            </w:r>
          </w:p>
          <w:p>
            <w:pPr>
              <w:spacing w:after="26" w:line="240" w:lineRule="auto"/>
            </w:pPr>
            <w:r>
              <w:rPr>
                <w:rFonts w:ascii="Tinos" w:hAnsi="Tinos"/>
                <w:sz w:val="14"/>
              </w:rPr>
              <w:t>Constant intervention can remove opportunities for learning.</w:t>
            </w:r>
          </w:p>
          <w:p>
            <w:pPr>
              <w:spacing w:after="26" w:line="240" w:lineRule="auto"/>
            </w:pPr>
            <w:r>
              <w:rPr>
                <w:rFonts w:ascii="Tinos" w:hAnsi="Tinos"/>
                <w:sz w:val="14"/>
              </w:rPr>
            </w:r>
          </w:p>
          <w:p>
            <w:pPr>
              <w:spacing w:after="26" w:line="240" w:lineRule="auto"/>
            </w:pPr>
            <w:r>
              <w:rPr>
                <w:rFonts w:ascii="Tinos" w:hAnsi="Tinos"/>
                <w:sz w:val="14"/>
              </w:rPr>
              <w:t>But children cannot always identify danger, regulate overwhelming states, or formulate an explicit request for assistance.</w:t>
            </w:r>
          </w:p>
          <w:p>
            <w:pPr>
              <w:spacing w:after="26" w:line="240" w:lineRule="auto"/>
            </w:pPr>
            <w:r>
              <w:rPr>
                <w:rFonts w:ascii="Tinos" w:hAnsi="Tinos"/>
                <w:sz w:val="14"/>
              </w:rPr>
            </w:r>
          </w:p>
          <w:p>
            <w:pPr>
              <w:spacing w:after="26" w:line="240" w:lineRule="auto"/>
            </w:pPr>
            <w:r>
              <w:rPr>
                <w:rFonts w:ascii="Tinos" w:hAnsi="Tinos"/>
                <w:sz w:val="14"/>
              </w:rPr>
              <w:t>Care therefore requires dynamic resolution.</w:t>
            </w:r>
          </w:p>
          <w:p>
            <w:pPr>
              <w:spacing w:after="26" w:line="240" w:lineRule="auto"/>
            </w:pPr>
            <w:r>
              <w:rPr>
                <w:rFonts w:ascii="Tinos" w:hAnsi="Tinos"/>
                <w:sz w:val="14"/>
              </w:rPr>
            </w:r>
          </w:p>
          <w:p>
            <w:pPr>
              <w:spacing w:after="26" w:line="240" w:lineRule="auto"/>
            </w:pPr>
            <w:r>
              <w:rPr>
                <w:rFonts w:ascii="Tinos" w:hAnsi="Tinos"/>
                <w:sz w:val="14"/>
              </w:rPr>
              <w:t>Sometimes the correct action is intervention.</w:t>
            </w:r>
          </w:p>
          <w:p>
            <w:pPr>
              <w:spacing w:after="26" w:line="240" w:lineRule="auto"/>
            </w:pPr>
            <w:r>
              <w:rPr>
                <w:rFonts w:ascii="Tinos" w:hAnsi="Tinos"/>
                <w:sz w:val="14"/>
              </w:rPr>
            </w:r>
          </w:p>
          <w:p>
            <w:pPr>
              <w:spacing w:after="26" w:line="240" w:lineRule="auto"/>
            </w:pPr>
            <w:r>
              <w:rPr>
                <w:rFonts w:ascii="Tinos" w:hAnsi="Tinos"/>
                <w:sz w:val="14"/>
              </w:rPr>
              <w:t>Sometimes it is waiting.</w:t>
            </w:r>
          </w:p>
          <w:p>
            <w:pPr>
              <w:spacing w:after="26" w:line="240" w:lineRule="auto"/>
            </w:pPr>
            <w:r>
              <w:rPr>
                <w:rFonts w:ascii="Tinos" w:hAnsi="Tinos"/>
                <w:sz w:val="14"/>
              </w:rPr>
            </w:r>
          </w:p>
          <w:p>
            <w:pPr>
              <w:spacing w:after="26" w:line="240" w:lineRule="auto"/>
            </w:pPr>
            <w:r>
              <w:rPr>
                <w:rFonts w:ascii="Tinos" w:hAnsi="Tinos"/>
                <w:sz w:val="14"/>
              </w:rPr>
              <w:t>The deciding variable is not simply the caregiver's discomfort.</w:t>
            </w:r>
          </w:p>
          <w:p>
            <w:pPr>
              <w:spacing w:after="26" w:line="240" w:lineRule="auto"/>
            </w:pPr>
            <w:r>
              <w:rPr>
                <w:rFonts w:ascii="Tinos" w:hAnsi="Tinos"/>
                <w:sz w:val="14"/>
              </w:rPr>
            </w:r>
          </w:p>
          <w:p>
            <w:pPr>
              <w:spacing w:after="26" w:line="240" w:lineRule="auto"/>
            </w:pPr>
            <w:r>
              <w:rPr>
                <w:rFonts w:ascii="Tinos" w:hAnsi="Tinos"/>
                <w:sz w:val="14"/>
              </w:rPr>
              <w:t>It is the relationship between:</w:t>
            </w:r>
          </w:p>
          <w:p>
            <w:pPr>
              <w:spacing w:after="26" w:line="240" w:lineRule="auto"/>
            </w:pPr>
            <w:r>
              <w:rPr>
                <w:rFonts w:ascii="Tinos" w:hAnsi="Tinos"/>
                <w:sz w:val="14"/>
              </w:rPr>
            </w:r>
          </w:p>
          <w:p>
            <w:pPr>
              <w:spacing w:after="26" w:line="240" w:lineRule="auto"/>
            </w:pPr>
            <w:r>
              <w:rPr>
                <w:rFonts w:ascii="Tinos" w:hAnsi="Tinos"/>
                <w:sz w:val="14"/>
              </w:rPr>
              <w:t>need + capacity + risk + autonomy + available support.</w:t>
            </w:r>
          </w:p>
        </w:tc>
      </w:tr>
    </w:tbl>
    <w:p>
      <w:pPr>
        <w:spacing w:after="0"/>
      </w:pPr>
    </w:p>
    <w:p>
      <w:pPr>
        <w:pStyle w:val="Heading1"/>
      </w:pPr>
      <w:r>
        <w:t>23. Children, Generations, and the Future</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23. Children, Generations, and the Future</w:t>
            </w:r>
          </w:p>
          <w:p>
            <w:pPr>
              <w:spacing w:after="26" w:line="240" w:lineRule="auto"/>
            </w:pPr>
            <w:r>
              <w:rPr>
                <w:rFonts w:ascii="Tinos" w:hAnsi="Tinos"/>
                <w:sz w:val="14"/>
              </w:rPr>
            </w:r>
          </w:p>
          <w:p>
            <w:pPr>
              <w:spacing w:after="26" w:line="240" w:lineRule="auto"/>
            </w:pPr>
            <w:r>
              <w:rPr>
                <w:rFonts w:ascii="Tinos" w:hAnsi="Tinos"/>
                <w:sz w:val="14"/>
              </w:rPr>
              <w:t>Every generation inherits information from conditions that no longer exist exactly as they did.</w:t>
            </w:r>
          </w:p>
          <w:p>
            <w:pPr>
              <w:spacing w:after="26" w:line="240" w:lineRule="auto"/>
            </w:pPr>
            <w:r>
              <w:rPr>
                <w:rFonts w:ascii="Tinos" w:hAnsi="Tinos"/>
                <w:sz w:val="14"/>
              </w:rPr>
            </w:r>
          </w:p>
          <w:p>
            <w:pPr>
              <w:spacing w:after="26" w:line="240" w:lineRule="auto"/>
            </w:pPr>
            <w:r>
              <w:rPr>
                <w:rFonts w:ascii="Tinos" w:hAnsi="Tinos"/>
                <w:sz w:val="14"/>
              </w:rPr>
              <w:t>This creates an important social form of nostalgia.</w:t>
            </w:r>
          </w:p>
          <w:p>
            <w:pPr>
              <w:spacing w:after="26" w:line="240" w:lineRule="auto"/>
            </w:pPr>
            <w:r>
              <w:rPr>
                <w:rFonts w:ascii="Tinos" w:hAnsi="Tinos"/>
                <w:sz w:val="14"/>
              </w:rPr>
            </w:r>
          </w:p>
          <w:p>
            <w:pPr>
              <w:spacing w:after="26" w:line="240" w:lineRule="auto"/>
            </w:pPr>
            <w:r>
              <w:rPr>
                <w:rFonts w:ascii="Tinos" w:hAnsi="Tinos"/>
                <w:sz w:val="14"/>
              </w:rPr>
              <w:t>Adults can transmit:</w:t>
            </w:r>
          </w:p>
          <w:p>
            <w:pPr>
              <w:spacing w:after="26" w:line="240" w:lineRule="auto"/>
            </w:pPr>
            <w:r>
              <w:rPr>
                <w:rFonts w:ascii="Tinos" w:hAnsi="Tinos"/>
                <w:sz w:val="14"/>
              </w:rPr>
            </w:r>
          </w:p>
          <w:p>
            <w:pPr>
              <w:spacing w:after="26" w:line="240" w:lineRule="auto"/>
            </w:pPr>
            <w:r>
              <w:rPr>
                <w:rFonts w:ascii="Tinos" w:hAnsi="Tinos"/>
                <w:sz w:val="14"/>
              </w:rPr>
              <w:t>- knowledge,</w:t>
            </w:r>
          </w:p>
          <w:p>
            <w:pPr>
              <w:spacing w:after="26" w:line="240" w:lineRule="auto"/>
            </w:pPr>
            <w:r>
              <w:rPr>
                <w:rFonts w:ascii="Tinos" w:hAnsi="Tinos"/>
                <w:sz w:val="14"/>
              </w:rPr>
              <w:t>- memory,</w:t>
            </w:r>
          </w:p>
          <w:p>
            <w:pPr>
              <w:spacing w:after="26" w:line="240" w:lineRule="auto"/>
            </w:pPr>
            <w:r>
              <w:rPr>
                <w:rFonts w:ascii="Tinos" w:hAnsi="Tinos"/>
                <w:sz w:val="14"/>
              </w:rPr>
              <w:t>- language,</w:t>
            </w:r>
          </w:p>
          <w:p>
            <w:pPr>
              <w:spacing w:after="26" w:line="240" w:lineRule="auto"/>
            </w:pPr>
            <w:r>
              <w:rPr>
                <w:rFonts w:ascii="Tinos" w:hAnsi="Tinos"/>
                <w:sz w:val="14"/>
              </w:rPr>
              <w:t>- skills,</w:t>
            </w:r>
          </w:p>
          <w:p>
            <w:pPr>
              <w:spacing w:after="26" w:line="240" w:lineRule="auto"/>
            </w:pPr>
            <w:r>
              <w:rPr>
                <w:rFonts w:ascii="Tinos" w:hAnsi="Tinos"/>
                <w:sz w:val="14"/>
              </w:rPr>
              <w:t>- warnings,</w:t>
            </w:r>
          </w:p>
          <w:p>
            <w:pPr>
              <w:spacing w:after="26" w:line="240" w:lineRule="auto"/>
            </w:pPr>
            <w:r>
              <w:rPr>
                <w:rFonts w:ascii="Tinos" w:hAnsi="Tinos"/>
                <w:sz w:val="14"/>
              </w:rPr>
              <w:t>- values,</w:t>
            </w:r>
          </w:p>
          <w:p>
            <w:pPr>
              <w:spacing w:after="26" w:line="240" w:lineRule="auto"/>
            </w:pPr>
            <w:r>
              <w:rPr>
                <w:rFonts w:ascii="Tinos" w:hAnsi="Tinos"/>
                <w:sz w:val="14"/>
              </w:rPr>
              <w:t>- cultural experience,</w:t>
            </w:r>
          </w:p>
          <w:p>
            <w:pPr>
              <w:spacing w:after="26" w:line="240" w:lineRule="auto"/>
            </w:pPr>
            <w:r>
              <w:rPr>
                <w:rFonts w:ascii="Tinos" w:hAnsi="Tinos"/>
                <w:sz w:val="14"/>
              </w:rPr>
              <w:t>- and consequences of previous mistakes.</w:t>
            </w:r>
          </w:p>
          <w:p>
            <w:pPr>
              <w:spacing w:after="26" w:line="240" w:lineRule="auto"/>
            </w:pPr>
            <w:r>
              <w:rPr>
                <w:rFonts w:ascii="Tinos" w:hAnsi="Tinos"/>
                <w:sz w:val="14"/>
              </w:rPr>
            </w:r>
          </w:p>
          <w:p>
            <w:pPr>
              <w:spacing w:after="26" w:line="240" w:lineRule="auto"/>
            </w:pPr>
            <w:r>
              <w:rPr>
                <w:rFonts w:ascii="Tinos" w:hAnsi="Tinos"/>
                <w:sz w:val="14"/>
              </w:rPr>
              <w:t>But problems emerge when transmission becomes reproduction.</w:t>
            </w:r>
          </w:p>
          <w:p>
            <w:pPr>
              <w:spacing w:after="26" w:line="240" w:lineRule="auto"/>
            </w:pPr>
            <w:r>
              <w:rPr>
                <w:rFonts w:ascii="Tinos" w:hAnsi="Tinos"/>
                <w:sz w:val="14"/>
              </w:rPr>
            </w:r>
          </w:p>
          <w:p>
            <w:pPr>
              <w:spacing w:after="26" w:line="240" w:lineRule="auto"/>
            </w:pPr>
            <w:r>
              <w:rPr>
                <w:rFonts w:ascii="Tinos" w:hAnsi="Tinos"/>
                <w:sz w:val="14"/>
              </w:rPr>
              <w:t>There is a difference between:</w:t>
            </w:r>
          </w:p>
          <w:p>
            <w:pPr>
              <w:spacing w:after="26" w:line="240" w:lineRule="auto"/>
            </w:pPr>
            <w:r>
              <w:rPr>
                <w:rFonts w:ascii="Tinos" w:hAnsi="Tinos"/>
                <w:sz w:val="14"/>
              </w:rPr>
            </w:r>
          </w:p>
          <w:p>
            <w:pPr>
              <w:spacing w:after="26" w:line="240" w:lineRule="auto"/>
            </w:pPr>
            <w:r>
              <w:rPr>
                <w:rFonts w:ascii="Tinos" w:hAnsi="Tinos"/>
                <w:sz w:val="14"/>
              </w:rPr>
              <w:t>“This is what we learned.”</w:t>
            </w:r>
          </w:p>
          <w:p>
            <w:pPr>
              <w:spacing w:after="26" w:line="240" w:lineRule="auto"/>
            </w:pPr>
            <w:r>
              <w:rPr>
                <w:rFonts w:ascii="Tinos" w:hAnsi="Tinos"/>
                <w:sz w:val="14"/>
              </w:rPr>
            </w:r>
          </w:p>
          <w:p>
            <w:pPr>
              <w:spacing w:after="26" w:line="240" w:lineRule="auto"/>
            </w:pPr>
            <w:r>
              <w:rPr>
                <w:rFonts w:ascii="Tinos" w:hAnsi="Tinos"/>
                <w:sz w:val="14"/>
              </w:rPr>
              <w:t>and:</w:t>
            </w:r>
          </w:p>
          <w:p>
            <w:pPr>
              <w:spacing w:after="26" w:line="240" w:lineRule="auto"/>
            </w:pPr>
            <w:r>
              <w:rPr>
                <w:rFonts w:ascii="Tinos" w:hAnsi="Tinos"/>
                <w:sz w:val="14"/>
              </w:rPr>
            </w:r>
          </w:p>
          <w:p>
            <w:pPr>
              <w:spacing w:after="26" w:line="240" w:lineRule="auto"/>
            </w:pPr>
            <w:r>
              <w:rPr>
                <w:rFonts w:ascii="Tinos" w:hAnsi="Tinos"/>
                <w:sz w:val="14"/>
              </w:rPr>
              <w:t>“Your world must look like ours.”</w:t>
            </w:r>
          </w:p>
          <w:p>
            <w:pPr>
              <w:spacing w:after="26" w:line="240" w:lineRule="auto"/>
            </w:pPr>
            <w:r>
              <w:rPr>
                <w:rFonts w:ascii="Tinos" w:hAnsi="Tinos"/>
                <w:sz w:val="14"/>
              </w:rPr>
            </w:r>
          </w:p>
          <w:p>
            <w:pPr>
              <w:spacing w:after="26" w:line="240" w:lineRule="auto"/>
            </w:pPr>
            <w:r>
              <w:rPr>
                <w:rFonts w:ascii="Tinos" w:hAnsi="Tinos"/>
                <w:sz w:val="14"/>
              </w:rPr>
              <w:t>Children will inhabit environmental, technological, cultural, economic, and social conditions that previous generations cannot completely predict.</w:t>
            </w:r>
          </w:p>
          <w:p>
            <w:pPr>
              <w:spacing w:after="26" w:line="240" w:lineRule="auto"/>
            </w:pPr>
            <w:r>
              <w:rPr>
                <w:rFonts w:ascii="Tinos" w:hAnsi="Tinos"/>
                <w:sz w:val="14"/>
              </w:rPr>
            </w:r>
          </w:p>
          <w:p>
            <w:pPr>
              <w:spacing w:after="26" w:line="240" w:lineRule="auto"/>
            </w:pPr>
            <w:r>
              <w:rPr>
                <w:rFonts w:ascii="Tinos" w:hAnsi="Tinos"/>
                <w:sz w:val="14"/>
              </w:rPr>
              <w:t>The purpose of experience should therefore not necessarily be to dictate the future.</w:t>
            </w:r>
          </w:p>
          <w:p>
            <w:pPr>
              <w:spacing w:after="26" w:line="240" w:lineRule="auto"/>
            </w:pPr>
            <w:r>
              <w:rPr>
                <w:rFonts w:ascii="Tinos" w:hAnsi="Tinos"/>
                <w:sz w:val="14"/>
              </w:rPr>
            </w:r>
          </w:p>
          <w:p>
            <w:pPr>
              <w:spacing w:after="26" w:line="240" w:lineRule="auto"/>
            </w:pPr>
            <w:r>
              <w:rPr>
                <w:rFonts w:ascii="Tinos" w:hAnsi="Tinos"/>
                <w:sz w:val="14"/>
              </w:rPr>
              <w:t>It can instead increase the future's available resolution.</w:t>
            </w:r>
          </w:p>
          <w:p>
            <w:pPr>
              <w:spacing w:after="26" w:line="240" w:lineRule="auto"/>
            </w:pPr>
            <w:r>
              <w:rPr>
                <w:rFonts w:ascii="Tinos" w:hAnsi="Tinos"/>
                <w:sz w:val="14"/>
              </w:rPr>
            </w:r>
          </w:p>
          <w:p>
            <w:pPr>
              <w:spacing w:after="26" w:line="240" w:lineRule="auto"/>
            </w:pPr>
            <w:r>
              <w:rPr>
                <w:rFonts w:ascii="Tinos" w:hAnsi="Tinos"/>
                <w:sz w:val="14"/>
              </w:rPr>
              <w:t>The past becomes:</w:t>
            </w:r>
          </w:p>
          <w:p>
            <w:pPr>
              <w:spacing w:after="26" w:line="240" w:lineRule="auto"/>
            </w:pPr>
            <w:r>
              <w:rPr>
                <w:rFonts w:ascii="Tinos" w:hAnsi="Tinos"/>
                <w:sz w:val="14"/>
              </w:rPr>
            </w:r>
          </w:p>
          <w:p>
            <w:pPr>
              <w:spacing w:after="26" w:line="240" w:lineRule="auto"/>
            </w:pPr>
            <w:r>
              <w:rPr>
                <w:rFonts w:ascii="Tinos" w:hAnsi="Tinos"/>
                <w:sz w:val="14"/>
              </w:rPr>
              <w:t>reference material</w:t>
            </w:r>
          </w:p>
          <w:p>
            <w:pPr>
              <w:spacing w:after="26" w:line="240" w:lineRule="auto"/>
            </w:pPr>
            <w:r>
              <w:rPr>
                <w:rFonts w:ascii="Tinos" w:hAnsi="Tinos"/>
                <w:sz w:val="14"/>
              </w:rPr>
            </w:r>
          </w:p>
          <w:p>
            <w:pPr>
              <w:spacing w:after="26" w:line="240" w:lineRule="auto"/>
            </w:pPr>
            <w:r>
              <w:rPr>
                <w:rFonts w:ascii="Tinos" w:hAnsi="Tinos"/>
                <w:sz w:val="14"/>
              </w:rPr>
              <w:t>rather than</w:t>
            </w:r>
          </w:p>
          <w:p>
            <w:pPr>
              <w:spacing w:after="26" w:line="240" w:lineRule="auto"/>
            </w:pPr>
            <w:r>
              <w:rPr>
                <w:rFonts w:ascii="Tinos" w:hAnsi="Tinos"/>
                <w:sz w:val="14"/>
              </w:rPr>
            </w:r>
          </w:p>
          <w:p>
            <w:pPr>
              <w:spacing w:after="26" w:line="240" w:lineRule="auto"/>
            </w:pPr>
            <w:r>
              <w:rPr>
                <w:rFonts w:ascii="Tinos" w:hAnsi="Tinos"/>
                <w:sz w:val="14"/>
              </w:rPr>
              <w:t>a compulsory blueprint.</w:t>
            </w:r>
          </w:p>
          <w:p>
            <w:pPr>
              <w:spacing w:after="26" w:line="240" w:lineRule="auto"/>
            </w:pPr>
            <w:r>
              <w:rPr>
                <w:rFonts w:ascii="Tinos" w:hAnsi="Tinos"/>
                <w:sz w:val="14"/>
              </w:rPr>
            </w:r>
          </w:p>
          <w:p>
            <w:pPr>
              <w:spacing w:after="26" w:line="240" w:lineRule="auto"/>
            </w:pPr>
            <w:r>
              <w:rPr>
                <w:rFonts w:ascii="Tinos" w:hAnsi="Tinos"/>
                <w:sz w:val="14"/>
              </w:rPr>
              <w:t>At the relational level:</w:t>
            </w:r>
          </w:p>
          <w:p>
            <w:pPr>
              <w:spacing w:after="26" w:line="240" w:lineRule="auto"/>
            </w:pPr>
            <w:r>
              <w:rPr>
                <w:rFonts w:ascii="Tinos" w:hAnsi="Tinos"/>
                <w:sz w:val="14"/>
              </w:rPr>
            </w:r>
          </w:p>
          <w:p>
            <w:pPr>
              <w:spacing w:after="26" w:line="240" w:lineRule="auto"/>
            </w:pPr>
            <w:r>
              <w:rPr>
                <w:rFonts w:ascii="Tinos" w:hAnsi="Tinos"/>
                <w:sz w:val="14"/>
              </w:rPr>
              <w:t>Preserve care, not necessarily every historical institution associated with care.</w:t>
            </w:r>
          </w:p>
          <w:p>
            <w:pPr>
              <w:spacing w:after="26" w:line="240" w:lineRule="auto"/>
            </w:pPr>
            <w:r>
              <w:rPr>
                <w:rFonts w:ascii="Tinos" w:hAnsi="Tinos"/>
                <w:sz w:val="14"/>
              </w:rPr>
            </w:r>
          </w:p>
          <w:p>
            <w:pPr>
              <w:spacing w:after="26" w:line="240" w:lineRule="auto"/>
            </w:pPr>
            <w:r>
              <w:rPr>
                <w:rFonts w:ascii="Tinos" w:hAnsi="Tinos"/>
                <w:sz w:val="14"/>
              </w:rPr>
              <w:t>Preserve learning, not every historical explanation.</w:t>
            </w:r>
          </w:p>
          <w:p>
            <w:pPr>
              <w:spacing w:after="26" w:line="240" w:lineRule="auto"/>
            </w:pPr>
            <w:r>
              <w:rPr>
                <w:rFonts w:ascii="Tinos" w:hAnsi="Tinos"/>
                <w:sz w:val="14"/>
              </w:rPr>
            </w:r>
          </w:p>
          <w:p>
            <w:pPr>
              <w:spacing w:after="26" w:line="240" w:lineRule="auto"/>
            </w:pPr>
            <w:r>
              <w:rPr>
                <w:rFonts w:ascii="Tinos" w:hAnsi="Tinos"/>
                <w:sz w:val="14"/>
              </w:rPr>
              <w:t>Preserve belonging, not every previous social arrangement.</w:t>
            </w:r>
          </w:p>
          <w:p>
            <w:pPr>
              <w:spacing w:after="26" w:line="240" w:lineRule="auto"/>
            </w:pPr>
            <w:r>
              <w:rPr>
                <w:rFonts w:ascii="Tinos" w:hAnsi="Tinos"/>
                <w:sz w:val="14"/>
              </w:rPr>
            </w:r>
          </w:p>
          <w:p>
            <w:pPr>
              <w:spacing w:after="26" w:line="240" w:lineRule="auto"/>
            </w:pPr>
            <w:r>
              <w:rPr>
                <w:rFonts w:ascii="Tinos" w:hAnsi="Tinos"/>
                <w:sz w:val="14"/>
              </w:rPr>
              <w:t>Preserve fairness, while remaining capable of discovering better mechanisms for producing it.</w:t>
            </w:r>
          </w:p>
          <w:p>
            <w:pPr>
              <w:spacing w:after="26" w:line="240" w:lineRule="auto"/>
            </w:pPr>
            <w:r>
              <w:rPr>
                <w:rFonts w:ascii="Tinos" w:hAnsi="Tinos"/>
                <w:sz w:val="14"/>
              </w:rPr>
            </w:r>
          </w:p>
          <w:p>
            <w:pPr>
              <w:spacing w:after="26" w:line="240" w:lineRule="auto"/>
            </w:pPr>
            <w:r>
              <w:rPr>
                <w:rFonts w:ascii="Tinos" w:hAnsi="Tinos"/>
                <w:sz w:val="14"/>
              </w:rPr>
              <w:t>Nostalgia becomes dangerous when love for the past prevents sufficient attention to the new conditions being encountered by the next generation.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23. Children, Generations, and the Future</w:t>
            </w:r>
          </w:p>
          <w:p>
            <w:pPr>
              <w:spacing w:after="26" w:line="240" w:lineRule="auto"/>
            </w:pPr>
            <w:r>
              <w:rPr>
                <w:rFonts w:ascii="Tinos" w:hAnsi="Tinos"/>
                <w:sz w:val="14"/>
              </w:rPr>
            </w:r>
          </w:p>
          <w:p>
            <w:pPr>
              <w:spacing w:after="26" w:line="240" w:lineRule="auto"/>
            </w:pPr>
            <w:r>
              <w:rPr>
                <w:rFonts w:ascii="Tinos" w:hAnsi="Tinos"/>
                <w:sz w:val="14"/>
              </w:rPr>
              <w:t>Every generation inherits information from conditions that no longer exist exactly as they did.</w:t>
            </w:r>
          </w:p>
          <w:p>
            <w:pPr>
              <w:spacing w:after="26" w:line="240" w:lineRule="auto"/>
            </w:pPr>
            <w:r>
              <w:rPr>
                <w:rFonts w:ascii="Tinos" w:hAnsi="Tinos"/>
                <w:sz w:val="14"/>
              </w:rPr>
            </w:r>
          </w:p>
          <w:p>
            <w:pPr>
              <w:spacing w:after="26" w:line="240" w:lineRule="auto"/>
            </w:pPr>
            <w:r>
              <w:rPr>
                <w:rFonts w:ascii="Tinos" w:hAnsi="Tinos"/>
                <w:sz w:val="14"/>
              </w:rPr>
              <w:t>This creates an important social form of nostalgia.</w:t>
            </w:r>
          </w:p>
          <w:p>
            <w:pPr>
              <w:spacing w:after="26" w:line="240" w:lineRule="auto"/>
            </w:pPr>
            <w:r>
              <w:rPr>
                <w:rFonts w:ascii="Tinos" w:hAnsi="Tinos"/>
                <w:sz w:val="14"/>
              </w:rPr>
            </w:r>
          </w:p>
          <w:p>
            <w:pPr>
              <w:spacing w:after="26" w:line="240" w:lineRule="auto"/>
            </w:pPr>
            <w:r>
              <w:rPr>
                <w:rFonts w:ascii="Tinos" w:hAnsi="Tinos"/>
                <w:sz w:val="14"/>
              </w:rPr>
              <w:t>Adults can transmit:</w:t>
            </w:r>
          </w:p>
          <w:p>
            <w:pPr>
              <w:spacing w:after="26" w:line="240" w:lineRule="auto"/>
            </w:pPr>
            <w:r>
              <w:rPr>
                <w:rFonts w:ascii="Tinos" w:hAnsi="Tinos"/>
                <w:sz w:val="14"/>
              </w:rPr>
            </w:r>
          </w:p>
          <w:p>
            <w:pPr>
              <w:spacing w:after="26" w:line="240" w:lineRule="auto"/>
            </w:pPr>
            <w:r>
              <w:rPr>
                <w:rFonts w:ascii="Tinos" w:hAnsi="Tinos"/>
                <w:sz w:val="14"/>
              </w:rPr>
              <w:t>- knowledge,</w:t>
            </w:r>
          </w:p>
          <w:p>
            <w:pPr>
              <w:spacing w:after="26" w:line="240" w:lineRule="auto"/>
            </w:pPr>
            <w:r>
              <w:rPr>
                <w:rFonts w:ascii="Tinos" w:hAnsi="Tinos"/>
                <w:sz w:val="14"/>
              </w:rPr>
              <w:t>- memory,</w:t>
            </w:r>
          </w:p>
          <w:p>
            <w:pPr>
              <w:spacing w:after="26" w:line="240" w:lineRule="auto"/>
            </w:pPr>
            <w:r>
              <w:rPr>
                <w:rFonts w:ascii="Tinos" w:hAnsi="Tinos"/>
                <w:sz w:val="14"/>
              </w:rPr>
              <w:t>- language,</w:t>
            </w:r>
          </w:p>
          <w:p>
            <w:pPr>
              <w:spacing w:after="26" w:line="240" w:lineRule="auto"/>
            </w:pPr>
            <w:r>
              <w:rPr>
                <w:rFonts w:ascii="Tinos" w:hAnsi="Tinos"/>
                <w:sz w:val="14"/>
              </w:rPr>
              <w:t>- skills,</w:t>
            </w:r>
          </w:p>
          <w:p>
            <w:pPr>
              <w:spacing w:after="26" w:line="240" w:lineRule="auto"/>
            </w:pPr>
            <w:r>
              <w:rPr>
                <w:rFonts w:ascii="Tinos" w:hAnsi="Tinos"/>
                <w:sz w:val="14"/>
              </w:rPr>
              <w:t>- warnings,</w:t>
            </w:r>
          </w:p>
          <w:p>
            <w:pPr>
              <w:spacing w:after="26" w:line="240" w:lineRule="auto"/>
            </w:pPr>
            <w:r>
              <w:rPr>
                <w:rFonts w:ascii="Tinos" w:hAnsi="Tinos"/>
                <w:sz w:val="14"/>
              </w:rPr>
              <w:t>- values,</w:t>
            </w:r>
          </w:p>
          <w:p>
            <w:pPr>
              <w:spacing w:after="26" w:line="240" w:lineRule="auto"/>
            </w:pPr>
            <w:r>
              <w:rPr>
                <w:rFonts w:ascii="Tinos" w:hAnsi="Tinos"/>
                <w:sz w:val="14"/>
              </w:rPr>
              <w:t>- cultural experience,</w:t>
            </w:r>
          </w:p>
          <w:p>
            <w:pPr>
              <w:spacing w:after="26" w:line="240" w:lineRule="auto"/>
            </w:pPr>
            <w:r>
              <w:rPr>
                <w:rFonts w:ascii="Tinos" w:hAnsi="Tinos"/>
                <w:sz w:val="14"/>
              </w:rPr>
              <w:t>- and consequences of previous mistakes.</w:t>
            </w:r>
          </w:p>
          <w:p>
            <w:pPr>
              <w:spacing w:after="26" w:line="240" w:lineRule="auto"/>
            </w:pPr>
            <w:r>
              <w:rPr>
                <w:rFonts w:ascii="Tinos" w:hAnsi="Tinos"/>
                <w:sz w:val="14"/>
              </w:rPr>
            </w:r>
          </w:p>
          <w:p>
            <w:pPr>
              <w:spacing w:after="26" w:line="240" w:lineRule="auto"/>
            </w:pPr>
            <w:r>
              <w:rPr>
                <w:rFonts w:ascii="Tinos" w:hAnsi="Tinos"/>
                <w:sz w:val="14"/>
              </w:rPr>
              <w:t>But problems emerge when transmission becomes reproduction.</w:t>
            </w:r>
          </w:p>
          <w:p>
            <w:pPr>
              <w:spacing w:after="26" w:line="240" w:lineRule="auto"/>
            </w:pPr>
            <w:r>
              <w:rPr>
                <w:rFonts w:ascii="Tinos" w:hAnsi="Tinos"/>
                <w:sz w:val="14"/>
              </w:rPr>
            </w:r>
          </w:p>
          <w:p>
            <w:pPr>
              <w:spacing w:after="26" w:line="240" w:lineRule="auto"/>
            </w:pPr>
            <w:r>
              <w:rPr>
                <w:rFonts w:ascii="Tinos" w:hAnsi="Tinos"/>
                <w:sz w:val="14"/>
              </w:rPr>
              <w:t>There is a difference between:</w:t>
            </w:r>
          </w:p>
          <w:p>
            <w:pPr>
              <w:spacing w:after="26" w:line="240" w:lineRule="auto"/>
            </w:pPr>
            <w:r>
              <w:rPr>
                <w:rFonts w:ascii="Tinos" w:hAnsi="Tinos"/>
                <w:sz w:val="14"/>
              </w:rPr>
            </w:r>
          </w:p>
          <w:p>
            <w:pPr>
              <w:spacing w:after="26" w:line="240" w:lineRule="auto"/>
            </w:pPr>
            <w:r>
              <w:rPr>
                <w:rFonts w:ascii="Tinos" w:hAnsi="Tinos"/>
                <w:sz w:val="14"/>
              </w:rPr>
              <w:t>“This is what we learned.”</w:t>
            </w:r>
          </w:p>
          <w:p>
            <w:pPr>
              <w:spacing w:after="26" w:line="240" w:lineRule="auto"/>
            </w:pPr>
            <w:r>
              <w:rPr>
                <w:rFonts w:ascii="Tinos" w:hAnsi="Tinos"/>
                <w:sz w:val="14"/>
              </w:rPr>
            </w:r>
          </w:p>
          <w:p>
            <w:pPr>
              <w:spacing w:after="26" w:line="240" w:lineRule="auto"/>
            </w:pPr>
            <w:r>
              <w:rPr>
                <w:rFonts w:ascii="Tinos" w:hAnsi="Tinos"/>
                <w:sz w:val="14"/>
              </w:rPr>
              <w:t>and:</w:t>
            </w:r>
          </w:p>
          <w:p>
            <w:pPr>
              <w:spacing w:after="26" w:line="240" w:lineRule="auto"/>
            </w:pPr>
            <w:r>
              <w:rPr>
                <w:rFonts w:ascii="Tinos" w:hAnsi="Tinos"/>
                <w:sz w:val="14"/>
              </w:rPr>
            </w:r>
          </w:p>
          <w:p>
            <w:pPr>
              <w:spacing w:after="26" w:line="240" w:lineRule="auto"/>
            </w:pPr>
            <w:r>
              <w:rPr>
                <w:rFonts w:ascii="Tinos" w:hAnsi="Tinos"/>
                <w:sz w:val="14"/>
              </w:rPr>
              <w:t>“Your world must look like ours.”</w:t>
            </w:r>
          </w:p>
          <w:p>
            <w:pPr>
              <w:spacing w:after="26" w:line="240" w:lineRule="auto"/>
            </w:pPr>
            <w:r>
              <w:rPr>
                <w:rFonts w:ascii="Tinos" w:hAnsi="Tinos"/>
                <w:sz w:val="14"/>
              </w:rPr>
            </w:r>
          </w:p>
          <w:p>
            <w:pPr>
              <w:spacing w:after="26" w:line="240" w:lineRule="auto"/>
            </w:pPr>
            <w:r>
              <w:rPr>
                <w:rFonts w:ascii="Tinos" w:hAnsi="Tinos"/>
                <w:sz w:val="14"/>
              </w:rPr>
              <w:t>Children will inhabit environmental, technological, cultural, economic, and social conditions that previous generations cannot completely predict.</w:t>
            </w:r>
          </w:p>
          <w:p>
            <w:pPr>
              <w:spacing w:after="26" w:line="240" w:lineRule="auto"/>
            </w:pPr>
            <w:r>
              <w:rPr>
                <w:rFonts w:ascii="Tinos" w:hAnsi="Tinos"/>
                <w:sz w:val="14"/>
              </w:rPr>
            </w:r>
          </w:p>
          <w:p>
            <w:pPr>
              <w:spacing w:after="26" w:line="240" w:lineRule="auto"/>
            </w:pPr>
            <w:r>
              <w:rPr>
                <w:rFonts w:ascii="Tinos" w:hAnsi="Tinos"/>
                <w:sz w:val="14"/>
              </w:rPr>
              <w:t>The purpose of experience should therefore not necessarily be to dictate the future. It can instead increase the future's available resolution.</w:t>
            </w:r>
          </w:p>
          <w:p>
            <w:pPr>
              <w:spacing w:after="26" w:line="240" w:lineRule="auto"/>
            </w:pPr>
            <w:r>
              <w:rPr>
                <w:rFonts w:ascii="Tinos" w:hAnsi="Tinos"/>
                <w:sz w:val="14"/>
              </w:rPr>
            </w:r>
          </w:p>
          <w:p>
            <w:pPr>
              <w:spacing w:after="26" w:line="240" w:lineRule="auto"/>
            </w:pPr>
            <w:r>
              <w:rPr>
                <w:rFonts w:ascii="Tinos" w:hAnsi="Tinos"/>
                <w:sz w:val="14"/>
              </w:rPr>
              <w:t>LOVE-0 treats the child as an independent developing person rather than an owned continuation of the adult. Attention therefore includes listening to the child's emerging perspective, protecting when capacity or danger requires it, allowing age-appropriate refusal and experimentation, and changing the adult model when the child's lived outcome contradicts the adult's intention.</w:t>
            </w:r>
          </w:p>
          <w:p>
            <w:pPr>
              <w:spacing w:after="26" w:line="240" w:lineRule="auto"/>
            </w:pPr>
            <w:r>
              <w:rPr>
                <w:rFonts w:ascii="Tinos" w:hAnsi="Tinos"/>
                <w:sz w:val="14"/>
              </w:rPr>
            </w:r>
          </w:p>
          <w:p>
            <w:pPr>
              <w:spacing w:after="26" w:line="240" w:lineRule="auto"/>
            </w:pPr>
            <w:r>
              <w:rPr>
                <w:rFonts w:ascii="Tinos" w:hAnsi="Tinos"/>
                <w:sz w:val="14"/>
              </w:rPr>
              <w:t>The past becomes:</w:t>
            </w:r>
          </w:p>
          <w:p>
            <w:pPr>
              <w:spacing w:after="26" w:line="240" w:lineRule="auto"/>
            </w:pPr>
            <w:r>
              <w:rPr>
                <w:rFonts w:ascii="Tinos" w:hAnsi="Tinos"/>
                <w:sz w:val="14"/>
              </w:rPr>
            </w:r>
          </w:p>
          <w:p>
            <w:pPr>
              <w:spacing w:after="26" w:line="240" w:lineRule="auto"/>
            </w:pPr>
            <w:r>
              <w:rPr>
                <w:rFonts w:ascii="Tinos" w:hAnsi="Tinos"/>
                <w:sz w:val="14"/>
              </w:rPr>
              <w:t>reference material</w:t>
            </w:r>
          </w:p>
          <w:p>
            <w:pPr>
              <w:spacing w:after="26" w:line="240" w:lineRule="auto"/>
            </w:pPr>
            <w:r>
              <w:rPr>
                <w:rFonts w:ascii="Tinos" w:hAnsi="Tinos"/>
                <w:sz w:val="14"/>
              </w:rPr>
            </w:r>
          </w:p>
          <w:p>
            <w:pPr>
              <w:spacing w:after="26" w:line="240" w:lineRule="auto"/>
            </w:pPr>
            <w:r>
              <w:rPr>
                <w:rFonts w:ascii="Tinos" w:hAnsi="Tinos"/>
                <w:sz w:val="14"/>
              </w:rPr>
              <w:t>rather than</w:t>
            </w:r>
          </w:p>
          <w:p>
            <w:pPr>
              <w:spacing w:after="26" w:line="240" w:lineRule="auto"/>
            </w:pPr>
            <w:r>
              <w:rPr>
                <w:rFonts w:ascii="Tinos" w:hAnsi="Tinos"/>
                <w:sz w:val="14"/>
              </w:rPr>
            </w:r>
          </w:p>
          <w:p>
            <w:pPr>
              <w:spacing w:after="26" w:line="240" w:lineRule="auto"/>
            </w:pPr>
            <w:r>
              <w:rPr>
                <w:rFonts w:ascii="Tinos" w:hAnsi="Tinos"/>
                <w:sz w:val="14"/>
              </w:rPr>
              <w:t>a compulsory blueprint.</w:t>
            </w:r>
          </w:p>
          <w:p>
            <w:pPr>
              <w:spacing w:after="26" w:line="240" w:lineRule="auto"/>
            </w:pPr>
            <w:r>
              <w:rPr>
                <w:rFonts w:ascii="Tinos" w:hAnsi="Tinos"/>
                <w:sz w:val="14"/>
              </w:rPr>
            </w:r>
          </w:p>
          <w:p>
            <w:pPr>
              <w:spacing w:after="26" w:line="240" w:lineRule="auto"/>
            </w:pPr>
            <w:r>
              <w:rPr>
                <w:rFonts w:ascii="Tinos" w:hAnsi="Tinos"/>
                <w:sz w:val="14"/>
              </w:rPr>
              <w:t>At the relational level:</w:t>
            </w:r>
          </w:p>
          <w:p>
            <w:pPr>
              <w:spacing w:after="26" w:line="240" w:lineRule="auto"/>
            </w:pPr>
            <w:r>
              <w:rPr>
                <w:rFonts w:ascii="Tinos" w:hAnsi="Tinos"/>
                <w:sz w:val="14"/>
              </w:rPr>
            </w:r>
          </w:p>
          <w:p>
            <w:pPr>
              <w:spacing w:after="26" w:line="240" w:lineRule="auto"/>
            </w:pPr>
            <w:r>
              <w:rPr>
                <w:rFonts w:ascii="Tinos" w:hAnsi="Tinos"/>
                <w:sz w:val="14"/>
              </w:rPr>
              <w:t>Preserve care, not necessarily every historical institution associated with care.</w:t>
            </w:r>
          </w:p>
          <w:p>
            <w:pPr>
              <w:spacing w:after="26" w:line="240" w:lineRule="auto"/>
            </w:pPr>
            <w:r>
              <w:rPr>
                <w:rFonts w:ascii="Tinos" w:hAnsi="Tinos"/>
                <w:sz w:val="14"/>
              </w:rPr>
            </w:r>
          </w:p>
          <w:p>
            <w:pPr>
              <w:spacing w:after="26" w:line="240" w:lineRule="auto"/>
            </w:pPr>
            <w:r>
              <w:rPr>
                <w:rFonts w:ascii="Tinos" w:hAnsi="Tinos"/>
                <w:sz w:val="14"/>
              </w:rPr>
              <w:t>Preserve learning, not every historical explanation.</w:t>
            </w:r>
          </w:p>
          <w:p>
            <w:pPr>
              <w:spacing w:after="26" w:line="240" w:lineRule="auto"/>
            </w:pPr>
            <w:r>
              <w:rPr>
                <w:rFonts w:ascii="Tinos" w:hAnsi="Tinos"/>
                <w:sz w:val="14"/>
              </w:rPr>
            </w:r>
          </w:p>
          <w:p>
            <w:pPr>
              <w:spacing w:after="26" w:line="240" w:lineRule="auto"/>
            </w:pPr>
            <w:r>
              <w:rPr>
                <w:rFonts w:ascii="Tinos" w:hAnsi="Tinos"/>
                <w:sz w:val="14"/>
              </w:rPr>
              <w:t>Preserve belonging, not every previous social arrangement.</w:t>
            </w:r>
          </w:p>
          <w:p>
            <w:pPr>
              <w:spacing w:after="26" w:line="240" w:lineRule="auto"/>
            </w:pPr>
            <w:r>
              <w:rPr>
                <w:rFonts w:ascii="Tinos" w:hAnsi="Tinos"/>
                <w:sz w:val="14"/>
              </w:rPr>
            </w:r>
          </w:p>
          <w:p>
            <w:pPr>
              <w:spacing w:after="26" w:line="240" w:lineRule="auto"/>
            </w:pPr>
            <w:r>
              <w:rPr>
                <w:rFonts w:ascii="Tinos" w:hAnsi="Tinos"/>
                <w:sz w:val="14"/>
              </w:rPr>
              <w:t>Preserve fairness, while remaining capable of discovering better mechanisms for producing it.</w:t>
            </w:r>
          </w:p>
          <w:p>
            <w:pPr>
              <w:spacing w:after="26" w:line="240" w:lineRule="auto"/>
            </w:pPr>
            <w:r>
              <w:rPr>
                <w:rFonts w:ascii="Tinos" w:hAnsi="Tinos"/>
                <w:sz w:val="14"/>
              </w:rPr>
            </w:r>
          </w:p>
          <w:p>
            <w:pPr>
              <w:spacing w:after="26" w:line="240" w:lineRule="auto"/>
            </w:pPr>
            <w:r>
              <w:rPr>
                <w:rFonts w:ascii="Tinos" w:hAnsi="Tinos"/>
                <w:sz w:val="14"/>
              </w:rPr>
              <w:t>Nostalgia becomes dangerous when love for the past prevents sufficient attention to the new conditions being encountered by the next generation. Care can honour inheritance without making inheritance a cage.</w:t>
            </w:r>
          </w:p>
        </w:tc>
      </w:tr>
    </w:tbl>
    <w:p>
      <w:pPr>
        <w:spacing w:after="0"/>
      </w:pPr>
    </w:p>
    <w:p>
      <w:pPr>
        <w:pStyle w:val="Heading1"/>
      </w:pPr>
      <w:r>
        <w:t>24. Transformation and the Limits of the Claim</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24. Transformation and the Limits of the Claim</w:t>
            </w:r>
          </w:p>
          <w:p>
            <w:pPr>
              <w:spacing w:after="26" w:line="240" w:lineRule="auto"/>
            </w:pPr>
            <w:r>
              <w:rPr>
                <w:rFonts w:ascii="Tinos" w:hAnsi="Tinos"/>
                <w:sz w:val="14"/>
              </w:rPr>
            </w:r>
          </w:p>
          <w:p>
            <w:pPr>
              <w:spacing w:after="26" w:line="240" w:lineRule="auto"/>
            </w:pPr>
            <w:r>
              <w:rPr>
                <w:rFonts w:ascii="Tinos" w:hAnsi="Tinos"/>
                <w:sz w:val="14"/>
              </w:rPr>
              <w:t>MRRAF takes seriously the proposition that apparent disappearance can look different at different resolutions.</w:t>
            </w:r>
          </w:p>
          <w:p>
            <w:pPr>
              <w:spacing w:after="26" w:line="240" w:lineRule="auto"/>
            </w:pPr>
            <w:r>
              <w:rPr>
                <w:rFonts w:ascii="Tinos" w:hAnsi="Tinos"/>
                <w:sz w:val="14"/>
              </w:rPr>
            </w:r>
          </w:p>
          <w:p>
            <w:pPr>
              <w:spacing w:after="26" w:line="240" w:lineRule="auto"/>
            </w:pPr>
            <w:r>
              <w:rPr>
                <w:rFonts w:ascii="Tinos" w:hAnsi="Tinos"/>
                <w:sz w:val="14"/>
              </w:rPr>
              <w:t>At one resolution:</w:t>
            </w:r>
          </w:p>
          <w:p>
            <w:pPr>
              <w:spacing w:after="26" w:line="240" w:lineRule="auto"/>
            </w:pPr>
            <w:r>
              <w:rPr>
                <w:rFonts w:ascii="Tinos" w:hAnsi="Tinos"/>
                <w:sz w:val="14"/>
              </w:rPr>
            </w:r>
          </w:p>
          <w:p>
            <w:pPr>
              <w:spacing w:after="26" w:line="240" w:lineRule="auto"/>
            </w:pPr>
            <w:r>
              <w:rPr>
                <w:rFonts w:ascii="Tinos" w:hAnsi="Tinos"/>
                <w:sz w:val="14"/>
              </w:rPr>
              <w:t>a structure has ended.</w:t>
            </w:r>
          </w:p>
          <w:p>
            <w:pPr>
              <w:spacing w:after="26" w:line="240" w:lineRule="auto"/>
            </w:pPr>
            <w:r>
              <w:rPr>
                <w:rFonts w:ascii="Tinos" w:hAnsi="Tinos"/>
                <w:sz w:val="14"/>
              </w:rPr>
            </w:r>
          </w:p>
          <w:p>
            <w:pPr>
              <w:spacing w:after="26" w:line="240" w:lineRule="auto"/>
            </w:pPr>
            <w:r>
              <w:rPr>
                <w:rFonts w:ascii="Tinos" w:hAnsi="Tinos"/>
                <w:sz w:val="14"/>
              </w:rPr>
              <w:t>At another:</w:t>
            </w:r>
          </w:p>
          <w:p>
            <w:pPr>
              <w:spacing w:after="26" w:line="240" w:lineRule="auto"/>
            </w:pPr>
            <w:r>
              <w:rPr>
                <w:rFonts w:ascii="Tinos" w:hAnsi="Tinos"/>
                <w:sz w:val="14"/>
              </w:rPr>
            </w:r>
          </w:p>
          <w:p>
            <w:pPr>
              <w:spacing w:after="26" w:line="240" w:lineRule="auto"/>
            </w:pPr>
            <w:r>
              <w:rPr>
                <w:rFonts w:ascii="Tinos" w:hAnsi="Tinos"/>
                <w:sz w:val="14"/>
              </w:rPr>
              <w:t>its components have been redistributed.</w:t>
            </w:r>
          </w:p>
          <w:p>
            <w:pPr>
              <w:spacing w:after="26" w:line="240" w:lineRule="auto"/>
            </w:pPr>
            <w:r>
              <w:rPr>
                <w:rFonts w:ascii="Tinos" w:hAnsi="Tinos"/>
                <w:sz w:val="14"/>
              </w:rPr>
            </w:r>
          </w:p>
          <w:p>
            <w:pPr>
              <w:spacing w:after="26" w:line="240" w:lineRule="auto"/>
            </w:pPr>
            <w:r>
              <w:rPr>
                <w:rFonts w:ascii="Tinos" w:hAnsi="Tinos"/>
                <w:sz w:val="14"/>
              </w:rPr>
              <w:t>At another:</w:t>
            </w:r>
          </w:p>
          <w:p>
            <w:pPr>
              <w:spacing w:after="26" w:line="240" w:lineRule="auto"/>
            </w:pPr>
            <w:r>
              <w:rPr>
                <w:rFonts w:ascii="Tinos" w:hAnsi="Tinos"/>
                <w:sz w:val="14"/>
              </w:rPr>
            </w:r>
          </w:p>
          <w:p>
            <w:pPr>
              <w:spacing w:after="26" w:line="240" w:lineRule="auto"/>
            </w:pPr>
            <w:r>
              <w:rPr>
                <w:rFonts w:ascii="Tinos" w:hAnsi="Tinos"/>
                <w:sz w:val="14"/>
              </w:rPr>
              <w:t>its causal consequences continue.</w:t>
            </w:r>
          </w:p>
          <w:p>
            <w:pPr>
              <w:spacing w:after="26" w:line="240" w:lineRule="auto"/>
            </w:pPr>
            <w:r>
              <w:rPr>
                <w:rFonts w:ascii="Tinos" w:hAnsi="Tinos"/>
                <w:sz w:val="14"/>
              </w:rPr>
            </w:r>
          </w:p>
          <w:p>
            <w:pPr>
              <w:spacing w:after="26" w:line="240" w:lineRule="auto"/>
            </w:pPr>
            <w:r>
              <w:rPr>
                <w:rFonts w:ascii="Tinos" w:hAnsi="Tinos"/>
                <w:sz w:val="14"/>
              </w:rPr>
              <w:t>At another:</w:t>
            </w:r>
          </w:p>
          <w:p>
            <w:pPr>
              <w:spacing w:after="26" w:line="240" w:lineRule="auto"/>
            </w:pPr>
            <w:r>
              <w:rPr>
                <w:rFonts w:ascii="Tinos" w:hAnsi="Tinos"/>
                <w:sz w:val="14"/>
              </w:rPr>
            </w:r>
          </w:p>
          <w:p>
            <w:pPr>
              <w:spacing w:after="26" w:line="240" w:lineRule="auto"/>
            </w:pPr>
            <w:r>
              <w:rPr>
                <w:rFonts w:ascii="Tinos" w:hAnsi="Tinos"/>
                <w:sz w:val="14"/>
              </w:rPr>
              <w:t>information or memory concerning it remains within other systems.</w:t>
            </w:r>
          </w:p>
          <w:p>
            <w:pPr>
              <w:spacing w:after="26" w:line="240" w:lineRule="auto"/>
            </w:pPr>
            <w:r>
              <w:rPr>
                <w:rFonts w:ascii="Tinos" w:hAnsi="Tinos"/>
                <w:sz w:val="14"/>
              </w:rPr>
            </w:r>
          </w:p>
          <w:p>
            <w:pPr>
              <w:spacing w:after="26" w:line="240" w:lineRule="auto"/>
            </w:pPr>
            <w:r>
              <w:rPr>
                <w:rFonts w:ascii="Tinos" w:hAnsi="Tinos"/>
                <w:sz w:val="14"/>
              </w:rPr>
              <w:t>This has parallels with transformations observed throughout physics, chemistry, biology, and social systems.</w:t>
            </w:r>
          </w:p>
          <w:p>
            <w:pPr>
              <w:spacing w:after="26" w:line="240" w:lineRule="auto"/>
            </w:pPr>
            <w:r>
              <w:rPr>
                <w:rFonts w:ascii="Tinos" w:hAnsi="Tinos"/>
                <w:sz w:val="14"/>
              </w:rPr>
            </w:r>
          </w:p>
          <w:p>
            <w:pPr>
              <w:spacing w:after="26" w:line="240" w:lineRule="auto"/>
            </w:pPr>
            <w:r>
              <w:rPr>
                <w:rFonts w:ascii="Tinos" w:hAnsi="Tinos"/>
                <w:sz w:val="14"/>
              </w:rPr>
              <w:t>However, MRRAF deliberately stops before making a metaphysical claim that science cannot currently support.</w:t>
            </w:r>
          </w:p>
          <w:p>
            <w:pPr>
              <w:spacing w:after="26" w:line="240" w:lineRule="auto"/>
            </w:pPr>
            <w:r>
              <w:rPr>
                <w:rFonts w:ascii="Tinos" w:hAnsi="Tinos"/>
                <w:sz w:val="14"/>
              </w:rPr>
            </w:r>
          </w:p>
          <w:p>
            <w:pPr>
              <w:spacing w:after="26" w:line="240" w:lineRule="auto"/>
            </w:pPr>
            <w:r>
              <w:rPr>
                <w:rFonts w:ascii="Tinos" w:hAnsi="Tinos"/>
                <w:sz w:val="14"/>
              </w:rPr>
              <w:t>It does not establish:</w:t>
            </w:r>
          </w:p>
          <w:p>
            <w:pPr>
              <w:spacing w:after="26" w:line="240" w:lineRule="auto"/>
            </w:pPr>
            <w:r>
              <w:rPr>
                <w:rFonts w:ascii="Tinos" w:hAnsi="Tinos"/>
                <w:sz w:val="14"/>
              </w:rPr>
            </w:r>
          </w:p>
          <w:p>
            <w:pPr>
              <w:spacing w:after="26" w:line="240" w:lineRule="auto"/>
            </w:pPr>
            <w:r>
              <w:rPr>
                <w:rFonts w:ascii="Tinos" w:hAnsi="Tinos"/>
                <w:sz w:val="14"/>
              </w:rPr>
              <w:t>- survival of individual consciousness after death,</w:t>
            </w:r>
          </w:p>
          <w:p>
            <w:pPr>
              <w:spacing w:after="26" w:line="240" w:lineRule="auto"/>
            </w:pPr>
            <w:r>
              <w:rPr>
                <w:rFonts w:ascii="Tinos" w:hAnsi="Tinos"/>
                <w:sz w:val="14"/>
              </w:rPr>
              <w:t>- recoverability of all information,</w:t>
            </w:r>
          </w:p>
          <w:p>
            <w:pPr>
              <w:spacing w:after="26" w:line="240" w:lineRule="auto"/>
            </w:pPr>
            <w:r>
              <w:rPr>
                <w:rFonts w:ascii="Tinos" w:hAnsi="Tinos"/>
                <w:sz w:val="14"/>
              </w:rPr>
              <w:t>- existence in another dimension,</w:t>
            </w:r>
          </w:p>
          <w:p>
            <w:pPr>
              <w:spacing w:after="26" w:line="240" w:lineRule="auto"/>
            </w:pPr>
            <w:r>
              <w:rPr>
                <w:rFonts w:ascii="Tinos" w:hAnsi="Tinos"/>
                <w:sz w:val="14"/>
              </w:rPr>
              <w:t>- continuity through antimatter,</w:t>
            </w:r>
          </w:p>
          <w:p>
            <w:pPr>
              <w:spacing w:after="26" w:line="240" w:lineRule="auto"/>
            </w:pPr>
            <w:r>
              <w:rPr>
                <w:rFonts w:ascii="Tinos" w:hAnsi="Tinos"/>
                <w:sz w:val="14"/>
              </w:rPr>
              <w:t>- or the proposition that nothing can ever be destroyed in every possible meaning of the word.</w:t>
            </w:r>
          </w:p>
          <w:p>
            <w:pPr>
              <w:spacing w:after="26" w:line="240" w:lineRule="auto"/>
            </w:pPr>
            <w:r>
              <w:rPr>
                <w:rFonts w:ascii="Tinos" w:hAnsi="Tinos"/>
                <w:sz w:val="14"/>
              </w:rPr>
            </w:r>
          </w:p>
          <w:p>
            <w:pPr>
              <w:spacing w:after="26" w:line="240" w:lineRule="auto"/>
            </w:pPr>
            <w:r>
              <w:rPr>
                <w:rFonts w:ascii="Tinos" w:hAnsi="Tinos"/>
                <w:sz w:val="14"/>
              </w:rPr>
              <w:t>Instead it proposes an epistemic discipline:</w:t>
            </w:r>
          </w:p>
          <w:p>
            <w:pPr>
              <w:spacing w:after="26" w:line="240" w:lineRule="auto"/>
            </w:pPr>
            <w:r>
              <w:rPr>
                <w:rFonts w:ascii="Tinos" w:hAnsi="Tinos"/>
                <w:sz w:val="14"/>
              </w:rPr>
            </w:r>
          </w:p>
          <w:p>
            <w:pPr>
              <w:spacing w:after="26" w:line="240" w:lineRule="auto"/>
            </w:pPr>
            <w:r>
              <w:rPr>
                <w:rFonts w:ascii="Tinos" w:hAnsi="Tinos"/>
                <w:sz w:val="14"/>
              </w:rPr>
              <w:t>Do not infer absolute nothingness merely from inability to access the previous configuration.</w:t>
            </w:r>
          </w:p>
          <w:p>
            <w:pPr>
              <w:spacing w:after="26" w:line="240" w:lineRule="auto"/>
            </w:pPr>
            <w:r>
              <w:rPr>
                <w:rFonts w:ascii="Tinos" w:hAnsi="Tinos"/>
                <w:sz w:val="14"/>
              </w:rPr>
            </w:r>
          </w:p>
          <w:p>
            <w:pPr>
              <w:spacing w:after="26" w:line="240" w:lineRule="auto"/>
            </w:pPr>
            <w:r>
              <w:rPr>
                <w:rFonts w:ascii="Tinos" w:hAnsi="Tinos"/>
                <w:sz w:val="14"/>
              </w:rPr>
              <w:t>Ask separately:</w:t>
            </w:r>
          </w:p>
          <w:p>
            <w:pPr>
              <w:spacing w:after="26" w:line="240" w:lineRule="auto"/>
            </w:pPr>
            <w:r>
              <w:rPr>
                <w:rFonts w:ascii="Tinos" w:hAnsi="Tinos"/>
                <w:sz w:val="14"/>
              </w:rPr>
            </w:r>
          </w:p>
          <w:p>
            <w:pPr>
              <w:spacing w:after="26" w:line="240" w:lineRule="auto"/>
            </w:pPr>
            <w:r>
              <w:rPr>
                <w:rFonts w:ascii="Tinos" w:hAnsi="Tinos"/>
                <w:sz w:val="14"/>
              </w:rPr>
              <w:t>What ended?</w:t>
            </w:r>
          </w:p>
          <w:p>
            <w:pPr>
              <w:spacing w:after="26" w:line="240" w:lineRule="auto"/>
            </w:pPr>
            <w:r>
              <w:rPr>
                <w:rFonts w:ascii="Tinos" w:hAnsi="Tinos"/>
                <w:sz w:val="14"/>
              </w:rPr>
            </w:r>
          </w:p>
          <w:p>
            <w:pPr>
              <w:spacing w:after="26" w:line="240" w:lineRule="auto"/>
            </w:pPr>
            <w:r>
              <w:rPr>
                <w:rFonts w:ascii="Tinos" w:hAnsi="Tinos"/>
                <w:sz w:val="14"/>
              </w:rPr>
              <w:t>What changed?</w:t>
            </w:r>
          </w:p>
          <w:p>
            <w:pPr>
              <w:spacing w:after="26" w:line="240" w:lineRule="auto"/>
            </w:pPr>
            <w:r>
              <w:rPr>
                <w:rFonts w:ascii="Tinos" w:hAnsi="Tinos"/>
                <w:sz w:val="14"/>
              </w:rPr>
            </w:r>
          </w:p>
          <w:p>
            <w:pPr>
              <w:spacing w:after="26" w:line="240" w:lineRule="auto"/>
            </w:pPr>
            <w:r>
              <w:rPr>
                <w:rFonts w:ascii="Tinos" w:hAnsi="Tinos"/>
                <w:sz w:val="14"/>
              </w:rPr>
              <w:t>What remains?</w:t>
            </w:r>
          </w:p>
          <w:p>
            <w:pPr>
              <w:spacing w:after="26" w:line="240" w:lineRule="auto"/>
            </w:pPr>
            <w:r>
              <w:rPr>
                <w:rFonts w:ascii="Tinos" w:hAnsi="Tinos"/>
                <w:sz w:val="14"/>
              </w:rPr>
            </w:r>
          </w:p>
          <w:p>
            <w:pPr>
              <w:spacing w:after="26" w:line="240" w:lineRule="auto"/>
            </w:pPr>
            <w:r>
              <w:rPr>
                <w:rFonts w:ascii="Tinos" w:hAnsi="Tinos"/>
                <w:sz w:val="14"/>
              </w:rPr>
              <w:t>What was redistributed?</w:t>
            </w:r>
          </w:p>
          <w:p>
            <w:pPr>
              <w:spacing w:after="26" w:line="240" w:lineRule="auto"/>
            </w:pPr>
            <w:r>
              <w:rPr>
                <w:rFonts w:ascii="Tinos" w:hAnsi="Tinos"/>
                <w:sz w:val="14"/>
              </w:rPr>
            </w:r>
          </w:p>
          <w:p>
            <w:pPr>
              <w:spacing w:after="26" w:line="240" w:lineRule="auto"/>
            </w:pPr>
            <w:r>
              <w:rPr>
                <w:rFonts w:ascii="Tinos" w:hAnsi="Tinos"/>
                <w:sz w:val="14"/>
              </w:rPr>
              <w:t>What consequences continue?</w:t>
            </w:r>
          </w:p>
          <w:p>
            <w:pPr>
              <w:spacing w:after="26" w:line="240" w:lineRule="auto"/>
            </w:pPr>
            <w:r>
              <w:rPr>
                <w:rFonts w:ascii="Tinos" w:hAnsi="Tinos"/>
                <w:sz w:val="14"/>
              </w:rPr>
            </w:r>
          </w:p>
          <w:p>
            <w:pPr>
              <w:spacing w:after="26" w:line="240" w:lineRule="auto"/>
            </w:pPr>
            <w:r>
              <w:rPr>
                <w:rFonts w:ascii="Tinos" w:hAnsi="Tinos"/>
                <w:sz w:val="14"/>
              </w:rPr>
              <w:t>What can presently be measured?</w:t>
            </w:r>
          </w:p>
          <w:p>
            <w:pPr>
              <w:spacing w:after="26" w:line="240" w:lineRule="auto"/>
            </w:pPr>
            <w:r>
              <w:rPr>
                <w:rFonts w:ascii="Tinos" w:hAnsi="Tinos"/>
                <w:sz w:val="14"/>
              </w:rPr>
            </w:r>
          </w:p>
          <w:p>
            <w:pPr>
              <w:spacing w:after="26" w:line="240" w:lineRule="auto"/>
            </w:pPr>
            <w:r>
              <w:rPr>
                <w:rFonts w:ascii="Tinos" w:hAnsi="Tinos"/>
                <w:sz w:val="14"/>
              </w:rPr>
              <w:t>What is inferred?</w:t>
            </w:r>
          </w:p>
          <w:p>
            <w:pPr>
              <w:spacing w:after="26" w:line="240" w:lineRule="auto"/>
            </w:pPr>
            <w:r>
              <w:rPr>
                <w:rFonts w:ascii="Tinos" w:hAnsi="Tinos"/>
                <w:sz w:val="14"/>
              </w:rPr>
            </w:r>
          </w:p>
          <w:p>
            <w:pPr>
              <w:spacing w:after="26" w:line="240" w:lineRule="auto"/>
            </w:pPr>
            <w:r>
              <w:rPr>
                <w:rFonts w:ascii="Tinos" w:hAnsi="Tinos"/>
                <w:sz w:val="14"/>
              </w:rPr>
              <w:t>What remains unknown?</w:t>
            </w:r>
          </w:p>
          <w:p>
            <w:pPr>
              <w:spacing w:after="26" w:line="240" w:lineRule="auto"/>
            </w:pPr>
            <w:r>
              <w:rPr>
                <w:rFonts w:ascii="Tinos" w:hAnsi="Tinos"/>
                <w:sz w:val="14"/>
              </w:rPr>
            </w:r>
          </w:p>
          <w:p>
            <w:pPr>
              <w:spacing w:after="26" w:line="240" w:lineRule="auto"/>
            </w:pPr>
            <w:r>
              <w:rPr>
                <w:rFonts w:ascii="Tinos" w:hAnsi="Tinos"/>
                <w:sz w:val="14"/>
              </w:rPr>
              <w:t>This avoids replacing one unsupported certainty with another.</w:t>
            </w:r>
          </w:p>
        </w:tc>
        <w:tc>
          <w:tcPr>
            <w:tcW w:type="dxa" w:w="7913"/>
            <w:tcMar>
              <w:top w:w="55" w:type="dxa"/>
              <w:start w:w="70" w:type="dxa"/>
              <w:bottom w:w="55" w:type="dxa"/>
              <w:end w:w="70" w:type="dxa"/>
            </w:tcMar>
            <w:vAlign w:val="top"/>
          </w:tcPr>
          <w:p>
            <w:pPr>
              <w:spacing w:after="26" w:line="240" w:lineRule="auto"/>
            </w:pPr>
            <w:r/>
            <w:r>
              <w:rPr>
                <w:rFonts w:ascii="Tinos" w:hAnsi="Tinos"/>
                <w:sz w:val="14"/>
              </w:rPr>
              <w:t>24. Transformation and the Limits of the Claim</w:t>
            </w:r>
          </w:p>
          <w:p>
            <w:pPr>
              <w:spacing w:after="26" w:line="240" w:lineRule="auto"/>
            </w:pPr>
            <w:r>
              <w:rPr>
                <w:rFonts w:ascii="Tinos" w:hAnsi="Tinos"/>
                <w:sz w:val="14"/>
              </w:rPr>
            </w:r>
          </w:p>
          <w:p>
            <w:pPr>
              <w:spacing w:after="26" w:line="240" w:lineRule="auto"/>
            </w:pPr>
            <w:r>
              <w:rPr>
                <w:rFonts w:ascii="Tinos" w:hAnsi="Tinos"/>
                <w:sz w:val="14"/>
              </w:rPr>
              <w:t>MRRAF takes seriously the proposition that apparent disappearance can look different at different resolutions.</w:t>
            </w:r>
          </w:p>
          <w:p>
            <w:pPr>
              <w:spacing w:after="26" w:line="240" w:lineRule="auto"/>
            </w:pPr>
            <w:r>
              <w:rPr>
                <w:rFonts w:ascii="Tinos" w:hAnsi="Tinos"/>
                <w:sz w:val="14"/>
              </w:rPr>
            </w:r>
          </w:p>
          <w:p>
            <w:pPr>
              <w:spacing w:after="26" w:line="240" w:lineRule="auto"/>
            </w:pPr>
            <w:r>
              <w:rPr>
                <w:rFonts w:ascii="Tinos" w:hAnsi="Tinos"/>
                <w:sz w:val="14"/>
              </w:rPr>
              <w:t>At one resolution:</w:t>
            </w:r>
          </w:p>
          <w:p>
            <w:pPr>
              <w:spacing w:after="26" w:line="240" w:lineRule="auto"/>
            </w:pPr>
            <w:r>
              <w:rPr>
                <w:rFonts w:ascii="Tinos" w:hAnsi="Tinos"/>
                <w:sz w:val="14"/>
              </w:rPr>
            </w:r>
          </w:p>
          <w:p>
            <w:pPr>
              <w:spacing w:after="26" w:line="240" w:lineRule="auto"/>
            </w:pPr>
            <w:r>
              <w:rPr>
                <w:rFonts w:ascii="Tinos" w:hAnsi="Tinos"/>
                <w:sz w:val="14"/>
              </w:rPr>
              <w:t>a structure has ended.</w:t>
            </w:r>
          </w:p>
          <w:p>
            <w:pPr>
              <w:spacing w:after="26" w:line="240" w:lineRule="auto"/>
            </w:pPr>
            <w:r>
              <w:rPr>
                <w:rFonts w:ascii="Tinos" w:hAnsi="Tinos"/>
                <w:sz w:val="14"/>
              </w:rPr>
            </w:r>
          </w:p>
          <w:p>
            <w:pPr>
              <w:spacing w:after="26" w:line="240" w:lineRule="auto"/>
            </w:pPr>
            <w:r>
              <w:rPr>
                <w:rFonts w:ascii="Tinos" w:hAnsi="Tinos"/>
                <w:sz w:val="14"/>
              </w:rPr>
              <w:t>At another:</w:t>
            </w:r>
          </w:p>
          <w:p>
            <w:pPr>
              <w:spacing w:after="26" w:line="240" w:lineRule="auto"/>
            </w:pPr>
            <w:r>
              <w:rPr>
                <w:rFonts w:ascii="Tinos" w:hAnsi="Tinos"/>
                <w:sz w:val="14"/>
              </w:rPr>
            </w:r>
          </w:p>
          <w:p>
            <w:pPr>
              <w:spacing w:after="26" w:line="240" w:lineRule="auto"/>
            </w:pPr>
            <w:r>
              <w:rPr>
                <w:rFonts w:ascii="Tinos" w:hAnsi="Tinos"/>
                <w:sz w:val="14"/>
              </w:rPr>
              <w:t>its components have been redistributed.</w:t>
            </w:r>
          </w:p>
          <w:p>
            <w:pPr>
              <w:spacing w:after="26" w:line="240" w:lineRule="auto"/>
            </w:pPr>
            <w:r>
              <w:rPr>
                <w:rFonts w:ascii="Tinos" w:hAnsi="Tinos"/>
                <w:sz w:val="14"/>
              </w:rPr>
            </w:r>
          </w:p>
          <w:p>
            <w:pPr>
              <w:spacing w:after="26" w:line="240" w:lineRule="auto"/>
            </w:pPr>
            <w:r>
              <w:rPr>
                <w:rFonts w:ascii="Tinos" w:hAnsi="Tinos"/>
                <w:sz w:val="14"/>
              </w:rPr>
              <w:t>At another:</w:t>
            </w:r>
          </w:p>
          <w:p>
            <w:pPr>
              <w:spacing w:after="26" w:line="240" w:lineRule="auto"/>
            </w:pPr>
            <w:r>
              <w:rPr>
                <w:rFonts w:ascii="Tinos" w:hAnsi="Tinos"/>
                <w:sz w:val="14"/>
              </w:rPr>
            </w:r>
          </w:p>
          <w:p>
            <w:pPr>
              <w:spacing w:after="26" w:line="240" w:lineRule="auto"/>
            </w:pPr>
            <w:r>
              <w:rPr>
                <w:rFonts w:ascii="Tinos" w:hAnsi="Tinos"/>
                <w:sz w:val="14"/>
              </w:rPr>
              <w:t>its causal consequences continue.</w:t>
            </w:r>
          </w:p>
          <w:p>
            <w:pPr>
              <w:spacing w:after="26" w:line="240" w:lineRule="auto"/>
            </w:pPr>
            <w:r>
              <w:rPr>
                <w:rFonts w:ascii="Tinos" w:hAnsi="Tinos"/>
                <w:sz w:val="14"/>
              </w:rPr>
            </w:r>
          </w:p>
          <w:p>
            <w:pPr>
              <w:spacing w:after="26" w:line="240" w:lineRule="auto"/>
            </w:pPr>
            <w:r>
              <w:rPr>
                <w:rFonts w:ascii="Tinos" w:hAnsi="Tinos"/>
                <w:sz w:val="14"/>
              </w:rPr>
              <w:t>At another:</w:t>
            </w:r>
          </w:p>
          <w:p>
            <w:pPr>
              <w:spacing w:after="26" w:line="240" w:lineRule="auto"/>
            </w:pPr>
            <w:r>
              <w:rPr>
                <w:rFonts w:ascii="Tinos" w:hAnsi="Tinos"/>
                <w:sz w:val="14"/>
              </w:rPr>
            </w:r>
          </w:p>
          <w:p>
            <w:pPr>
              <w:spacing w:after="26" w:line="240" w:lineRule="auto"/>
            </w:pPr>
            <w:r>
              <w:rPr>
                <w:rFonts w:ascii="Tinos" w:hAnsi="Tinos"/>
                <w:sz w:val="14"/>
              </w:rPr>
              <w:t>information or memory concerning it remains within other systems.</w:t>
            </w:r>
          </w:p>
          <w:p>
            <w:pPr>
              <w:spacing w:after="26" w:line="240" w:lineRule="auto"/>
            </w:pPr>
            <w:r>
              <w:rPr>
                <w:rFonts w:ascii="Tinos" w:hAnsi="Tinos"/>
                <w:sz w:val="14"/>
              </w:rPr>
            </w:r>
          </w:p>
          <w:p>
            <w:pPr>
              <w:spacing w:after="26" w:line="240" w:lineRule="auto"/>
            </w:pPr>
            <w:r>
              <w:rPr>
                <w:rFonts w:ascii="Tinos" w:hAnsi="Tinos"/>
                <w:sz w:val="14"/>
              </w:rPr>
              <w:t>This has parallels with transformations observed throughout physics, chemistry, biology, and social systems.</w:t>
            </w:r>
          </w:p>
          <w:p>
            <w:pPr>
              <w:spacing w:after="26" w:line="240" w:lineRule="auto"/>
            </w:pPr>
            <w:r>
              <w:rPr>
                <w:rFonts w:ascii="Tinos" w:hAnsi="Tinos"/>
                <w:sz w:val="14"/>
              </w:rPr>
            </w:r>
          </w:p>
          <w:p>
            <w:pPr>
              <w:spacing w:after="26" w:line="240" w:lineRule="auto"/>
            </w:pPr>
            <w:r>
              <w:rPr>
                <w:rFonts w:ascii="Tinos" w:hAnsi="Tinos"/>
                <w:sz w:val="14"/>
              </w:rPr>
              <w:t>However, MRRAF deliberately stops before making a metaphysical claim that science cannot currently support.</w:t>
            </w:r>
          </w:p>
          <w:p>
            <w:pPr>
              <w:spacing w:after="26" w:line="240" w:lineRule="auto"/>
            </w:pPr>
            <w:r>
              <w:rPr>
                <w:rFonts w:ascii="Tinos" w:hAnsi="Tinos"/>
                <w:sz w:val="14"/>
              </w:rPr>
            </w:r>
          </w:p>
          <w:p>
            <w:pPr>
              <w:spacing w:after="26" w:line="240" w:lineRule="auto"/>
            </w:pPr>
            <w:r>
              <w:rPr>
                <w:rFonts w:ascii="Tinos" w:hAnsi="Tinos"/>
                <w:sz w:val="14"/>
              </w:rPr>
              <w:t>It does not establish:</w:t>
            </w:r>
          </w:p>
          <w:p>
            <w:pPr>
              <w:spacing w:after="26" w:line="240" w:lineRule="auto"/>
            </w:pPr>
            <w:r>
              <w:rPr>
                <w:rFonts w:ascii="Tinos" w:hAnsi="Tinos"/>
                <w:sz w:val="14"/>
              </w:rPr>
            </w:r>
          </w:p>
          <w:p>
            <w:pPr>
              <w:spacing w:after="26" w:line="240" w:lineRule="auto"/>
            </w:pPr>
            <w:r>
              <w:rPr>
                <w:rFonts w:ascii="Tinos" w:hAnsi="Tinos"/>
                <w:sz w:val="14"/>
              </w:rPr>
              <w:t>- survival of individual consciousness after death,</w:t>
            </w:r>
          </w:p>
          <w:p>
            <w:pPr>
              <w:spacing w:after="26" w:line="240" w:lineRule="auto"/>
            </w:pPr>
            <w:r>
              <w:rPr>
                <w:rFonts w:ascii="Tinos" w:hAnsi="Tinos"/>
                <w:sz w:val="14"/>
              </w:rPr>
              <w:t>- recoverability of all information,</w:t>
            </w:r>
          </w:p>
          <w:p>
            <w:pPr>
              <w:spacing w:after="26" w:line="240" w:lineRule="auto"/>
            </w:pPr>
            <w:r>
              <w:rPr>
                <w:rFonts w:ascii="Tinos" w:hAnsi="Tinos"/>
                <w:sz w:val="14"/>
              </w:rPr>
              <w:t>- existence in another dimension,</w:t>
            </w:r>
          </w:p>
          <w:p>
            <w:pPr>
              <w:spacing w:after="26" w:line="240" w:lineRule="auto"/>
            </w:pPr>
            <w:r>
              <w:rPr>
                <w:rFonts w:ascii="Tinos" w:hAnsi="Tinos"/>
                <w:sz w:val="14"/>
              </w:rPr>
              <w:t>- continuity through antimatter,</w:t>
            </w:r>
          </w:p>
          <w:p>
            <w:pPr>
              <w:spacing w:after="26" w:line="240" w:lineRule="auto"/>
            </w:pPr>
            <w:r>
              <w:rPr>
                <w:rFonts w:ascii="Tinos" w:hAnsi="Tinos"/>
                <w:sz w:val="14"/>
              </w:rPr>
              <w:t>- or the proposition that nothing can ever be destroyed in every possible meaning of the word.</w:t>
            </w:r>
          </w:p>
          <w:p>
            <w:pPr>
              <w:spacing w:after="26" w:line="240" w:lineRule="auto"/>
            </w:pPr>
            <w:r>
              <w:rPr>
                <w:rFonts w:ascii="Tinos" w:hAnsi="Tinos"/>
                <w:sz w:val="14"/>
              </w:rPr>
            </w:r>
          </w:p>
          <w:p>
            <w:pPr>
              <w:spacing w:after="26" w:line="240" w:lineRule="auto"/>
            </w:pPr>
            <w:r>
              <w:rPr>
                <w:rFonts w:ascii="Tinos" w:hAnsi="Tinos"/>
                <w:sz w:val="14"/>
              </w:rPr>
              <w:t>LOVE-0 treats this boundary as an example of humility rather than a reason to dismiss spiritual, philosophical, or personal meanings. Different perspectives may remain meaningful without being mislabelled as experimentally established physics.</w:t>
            </w:r>
          </w:p>
          <w:p>
            <w:pPr>
              <w:spacing w:after="26" w:line="240" w:lineRule="auto"/>
            </w:pPr>
            <w:r>
              <w:rPr>
                <w:rFonts w:ascii="Tinos" w:hAnsi="Tinos"/>
                <w:sz w:val="14"/>
              </w:rPr>
            </w:r>
          </w:p>
          <w:p>
            <w:pPr>
              <w:spacing w:after="26" w:line="240" w:lineRule="auto"/>
            </w:pPr>
            <w:r>
              <w:rPr>
                <w:rFonts w:ascii="Tinos" w:hAnsi="Tinos"/>
                <w:sz w:val="14"/>
              </w:rPr>
              <w:t>The framework therefore proposes an epistemic discipline:</w:t>
            </w:r>
          </w:p>
          <w:p>
            <w:pPr>
              <w:spacing w:after="26" w:line="240" w:lineRule="auto"/>
            </w:pPr>
            <w:r>
              <w:rPr>
                <w:rFonts w:ascii="Tinos" w:hAnsi="Tinos"/>
                <w:sz w:val="14"/>
              </w:rPr>
            </w:r>
          </w:p>
          <w:p>
            <w:pPr>
              <w:spacing w:after="26" w:line="240" w:lineRule="auto"/>
            </w:pPr>
            <w:r>
              <w:rPr>
                <w:rFonts w:ascii="Tinos" w:hAnsi="Tinos"/>
                <w:sz w:val="14"/>
              </w:rPr>
              <w:t>Do not infer absolute nothingness merely from inability to access the previous configuration, and do not convert uncertainty into proof of continuation either.</w:t>
            </w:r>
          </w:p>
          <w:p>
            <w:pPr>
              <w:spacing w:after="26" w:line="240" w:lineRule="auto"/>
            </w:pPr>
            <w:r>
              <w:rPr>
                <w:rFonts w:ascii="Tinos" w:hAnsi="Tinos"/>
                <w:sz w:val="14"/>
              </w:rPr>
            </w:r>
          </w:p>
          <w:p>
            <w:pPr>
              <w:spacing w:after="26" w:line="240" w:lineRule="auto"/>
            </w:pPr>
            <w:r>
              <w:rPr>
                <w:rFonts w:ascii="Tinos" w:hAnsi="Tinos"/>
                <w:sz w:val="14"/>
              </w:rPr>
              <w:t>Ask separately:</w:t>
            </w:r>
          </w:p>
          <w:p>
            <w:pPr>
              <w:spacing w:after="26" w:line="240" w:lineRule="auto"/>
            </w:pPr>
            <w:r>
              <w:rPr>
                <w:rFonts w:ascii="Tinos" w:hAnsi="Tinos"/>
                <w:sz w:val="14"/>
              </w:rPr>
            </w:r>
          </w:p>
          <w:p>
            <w:pPr>
              <w:spacing w:after="26" w:line="240" w:lineRule="auto"/>
            </w:pPr>
            <w:r>
              <w:rPr>
                <w:rFonts w:ascii="Tinos" w:hAnsi="Tinos"/>
                <w:sz w:val="14"/>
              </w:rPr>
              <w:t>What ended?</w:t>
            </w:r>
          </w:p>
          <w:p>
            <w:pPr>
              <w:spacing w:after="26" w:line="240" w:lineRule="auto"/>
            </w:pPr>
            <w:r>
              <w:rPr>
                <w:rFonts w:ascii="Tinos" w:hAnsi="Tinos"/>
                <w:sz w:val="14"/>
              </w:rPr>
            </w:r>
          </w:p>
          <w:p>
            <w:pPr>
              <w:spacing w:after="26" w:line="240" w:lineRule="auto"/>
            </w:pPr>
            <w:r>
              <w:rPr>
                <w:rFonts w:ascii="Tinos" w:hAnsi="Tinos"/>
                <w:sz w:val="14"/>
              </w:rPr>
              <w:t>What changed?</w:t>
            </w:r>
          </w:p>
          <w:p>
            <w:pPr>
              <w:spacing w:after="26" w:line="240" w:lineRule="auto"/>
            </w:pPr>
            <w:r>
              <w:rPr>
                <w:rFonts w:ascii="Tinos" w:hAnsi="Tinos"/>
                <w:sz w:val="14"/>
              </w:rPr>
            </w:r>
          </w:p>
          <w:p>
            <w:pPr>
              <w:spacing w:after="26" w:line="240" w:lineRule="auto"/>
            </w:pPr>
            <w:r>
              <w:rPr>
                <w:rFonts w:ascii="Tinos" w:hAnsi="Tinos"/>
                <w:sz w:val="14"/>
              </w:rPr>
              <w:t>What remains?</w:t>
            </w:r>
          </w:p>
          <w:p>
            <w:pPr>
              <w:spacing w:after="26" w:line="240" w:lineRule="auto"/>
            </w:pPr>
            <w:r>
              <w:rPr>
                <w:rFonts w:ascii="Tinos" w:hAnsi="Tinos"/>
                <w:sz w:val="14"/>
              </w:rPr>
            </w:r>
          </w:p>
          <w:p>
            <w:pPr>
              <w:spacing w:after="26" w:line="240" w:lineRule="auto"/>
            </w:pPr>
            <w:r>
              <w:rPr>
                <w:rFonts w:ascii="Tinos" w:hAnsi="Tinos"/>
                <w:sz w:val="14"/>
              </w:rPr>
              <w:t>What was redistributed?</w:t>
            </w:r>
          </w:p>
          <w:p>
            <w:pPr>
              <w:spacing w:after="26" w:line="240" w:lineRule="auto"/>
            </w:pPr>
            <w:r>
              <w:rPr>
                <w:rFonts w:ascii="Tinos" w:hAnsi="Tinos"/>
                <w:sz w:val="14"/>
              </w:rPr>
            </w:r>
          </w:p>
          <w:p>
            <w:pPr>
              <w:spacing w:after="26" w:line="240" w:lineRule="auto"/>
            </w:pPr>
            <w:r>
              <w:rPr>
                <w:rFonts w:ascii="Tinos" w:hAnsi="Tinos"/>
                <w:sz w:val="14"/>
              </w:rPr>
              <w:t>What consequences continue?</w:t>
            </w:r>
          </w:p>
          <w:p>
            <w:pPr>
              <w:spacing w:after="26" w:line="240" w:lineRule="auto"/>
            </w:pPr>
            <w:r>
              <w:rPr>
                <w:rFonts w:ascii="Tinos" w:hAnsi="Tinos"/>
                <w:sz w:val="14"/>
              </w:rPr>
            </w:r>
          </w:p>
          <w:p>
            <w:pPr>
              <w:spacing w:after="26" w:line="240" w:lineRule="auto"/>
            </w:pPr>
            <w:r>
              <w:rPr>
                <w:rFonts w:ascii="Tinos" w:hAnsi="Tinos"/>
                <w:sz w:val="14"/>
              </w:rPr>
              <w:t>What can presently be measured?</w:t>
            </w:r>
          </w:p>
          <w:p>
            <w:pPr>
              <w:spacing w:after="26" w:line="240" w:lineRule="auto"/>
            </w:pPr>
            <w:r>
              <w:rPr>
                <w:rFonts w:ascii="Tinos" w:hAnsi="Tinos"/>
                <w:sz w:val="14"/>
              </w:rPr>
            </w:r>
          </w:p>
          <w:p>
            <w:pPr>
              <w:spacing w:after="26" w:line="240" w:lineRule="auto"/>
            </w:pPr>
            <w:r>
              <w:rPr>
                <w:rFonts w:ascii="Tinos" w:hAnsi="Tinos"/>
                <w:sz w:val="14"/>
              </w:rPr>
              <w:t>What is inferred?</w:t>
            </w:r>
          </w:p>
          <w:p>
            <w:pPr>
              <w:spacing w:after="26" w:line="240" w:lineRule="auto"/>
            </w:pPr>
            <w:r>
              <w:rPr>
                <w:rFonts w:ascii="Tinos" w:hAnsi="Tinos"/>
                <w:sz w:val="14"/>
              </w:rPr>
            </w:r>
          </w:p>
          <w:p>
            <w:pPr>
              <w:spacing w:after="26" w:line="240" w:lineRule="auto"/>
            </w:pPr>
            <w:r>
              <w:rPr>
                <w:rFonts w:ascii="Tinos" w:hAnsi="Tinos"/>
                <w:sz w:val="14"/>
              </w:rPr>
              <w:t>What remains unknown?</w:t>
            </w:r>
          </w:p>
          <w:p>
            <w:pPr>
              <w:spacing w:after="26" w:line="240" w:lineRule="auto"/>
            </w:pPr>
            <w:r>
              <w:rPr>
                <w:rFonts w:ascii="Tinos" w:hAnsi="Tinos"/>
                <w:sz w:val="14"/>
              </w:rPr>
            </w:r>
          </w:p>
          <w:p>
            <w:pPr>
              <w:spacing w:after="26" w:line="240" w:lineRule="auto"/>
            </w:pPr>
            <w:r>
              <w:rPr>
                <w:rFonts w:ascii="Tinos" w:hAnsi="Tinos"/>
                <w:sz w:val="14"/>
              </w:rPr>
              <w:t>This preserves room for science, philosophy, spirituality, religion, and personal meaning to describe different questions without forcing one unresolved claim to impersonate another.</w:t>
            </w:r>
          </w:p>
        </w:tc>
      </w:tr>
    </w:tbl>
    <w:p>
      <w:pPr>
        <w:spacing w:after="0"/>
      </w:pPr>
    </w:p>
    <w:p>
      <w:pPr>
        <w:pStyle w:val="Heading1"/>
      </w:pPr>
      <w:r>
        <w:t>25. Ego as a Provisional Self-World Model</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25. Ego as a Provisional Self-World Model</w:t>
            </w:r>
          </w:p>
          <w:p>
            <w:pPr>
              <w:spacing w:after="26" w:line="240" w:lineRule="auto"/>
            </w:pPr>
            <w:r>
              <w:rPr>
                <w:rFonts w:ascii="Tinos" w:hAnsi="Tinos"/>
                <w:sz w:val="14"/>
              </w:rPr>
            </w:r>
          </w:p>
          <w:p>
            <w:pPr>
              <w:spacing w:after="26" w:line="240" w:lineRule="auto"/>
            </w:pPr>
            <w:r>
              <w:rPr>
                <w:rFonts w:ascii="Tinos" w:hAnsi="Tinos"/>
                <w:sz w:val="14"/>
              </w:rPr>
              <w:t>The term ego is used here in a broad functional and philosophical sense, not as a strict Freudian construct.</w:t>
            </w:r>
          </w:p>
          <w:p>
            <w:pPr>
              <w:spacing w:after="26" w:line="240" w:lineRule="auto"/>
            </w:pPr>
            <w:r>
              <w:rPr>
                <w:rFonts w:ascii="Tinos" w:hAnsi="Tinos"/>
                <w:sz w:val="14"/>
              </w:rPr>
            </w:r>
          </w:p>
          <w:p>
            <w:pPr>
              <w:spacing w:after="26" w:line="240" w:lineRule="auto"/>
            </w:pPr>
            <w:r>
              <w:rPr>
                <w:rFonts w:ascii="Tinos" w:hAnsi="Tinos"/>
                <w:sz w:val="14"/>
              </w:rPr>
              <w:t>MRRAF treats ego as part of a provisional self-world model attempting to determine:</w:t>
            </w:r>
          </w:p>
          <w:p>
            <w:pPr>
              <w:spacing w:after="26" w:line="240" w:lineRule="auto"/>
            </w:pPr>
            <w:r>
              <w:rPr>
                <w:rFonts w:ascii="Tinos" w:hAnsi="Tinos"/>
                <w:sz w:val="14"/>
              </w:rPr>
            </w:r>
          </w:p>
          <w:p>
            <w:pPr>
              <w:spacing w:after="26" w:line="240" w:lineRule="auto"/>
            </w:pPr>
            <w:r>
              <w:rPr>
                <w:rFonts w:ascii="Tinos" w:hAnsi="Tinos"/>
                <w:sz w:val="14"/>
              </w:rPr>
              <w:t>- Where am I?</w:t>
            </w:r>
          </w:p>
          <w:p>
            <w:pPr>
              <w:spacing w:after="26" w:line="240" w:lineRule="auto"/>
            </w:pPr>
            <w:r>
              <w:rPr>
                <w:rFonts w:ascii="Tinos" w:hAnsi="Tinos"/>
                <w:sz w:val="14"/>
              </w:rPr>
              <w:t>- What am I?</w:t>
            </w:r>
          </w:p>
          <w:p>
            <w:pPr>
              <w:spacing w:after="26" w:line="240" w:lineRule="auto"/>
            </w:pPr>
            <w:r>
              <w:rPr>
                <w:rFonts w:ascii="Tinos" w:hAnsi="Tinos"/>
                <w:sz w:val="14"/>
              </w:rPr>
              <w:t>- What is happening?</w:t>
            </w:r>
          </w:p>
          <w:p>
            <w:pPr>
              <w:spacing w:after="26" w:line="240" w:lineRule="auto"/>
            </w:pPr>
            <w:r>
              <w:rPr>
                <w:rFonts w:ascii="Tinos" w:hAnsi="Tinos"/>
                <w:sz w:val="14"/>
              </w:rPr>
              <w:t>- What matters?</w:t>
            </w:r>
          </w:p>
          <w:p>
            <w:pPr>
              <w:spacing w:after="26" w:line="240" w:lineRule="auto"/>
            </w:pPr>
            <w:r>
              <w:rPr>
                <w:rFonts w:ascii="Tinos" w:hAnsi="Tinos"/>
                <w:sz w:val="14"/>
              </w:rPr>
              <w:t>- What resources are available?</w:t>
            </w:r>
          </w:p>
          <w:p>
            <w:pPr>
              <w:spacing w:after="26" w:line="240" w:lineRule="auto"/>
            </w:pPr>
            <w:r>
              <w:rPr>
                <w:rFonts w:ascii="Tinos" w:hAnsi="Tinos"/>
                <w:sz w:val="14"/>
              </w:rPr>
              <w:t>- What should I expect?</w:t>
            </w:r>
          </w:p>
          <w:p>
            <w:pPr>
              <w:spacing w:after="26" w:line="240" w:lineRule="auto"/>
            </w:pPr>
            <w:r>
              <w:rPr>
                <w:rFonts w:ascii="Tinos" w:hAnsi="Tinos"/>
                <w:sz w:val="14"/>
              </w:rPr>
              <w:t>- What should I do?</w:t>
            </w:r>
          </w:p>
          <w:p>
            <w:pPr>
              <w:spacing w:after="26" w:line="240" w:lineRule="auto"/>
            </w:pPr>
            <w:r>
              <w:rPr>
                <w:rFonts w:ascii="Tinos" w:hAnsi="Tinos"/>
                <w:sz w:val="14"/>
              </w:rPr>
            </w:r>
          </w:p>
          <w:p>
            <w:pPr>
              <w:spacing w:after="26" w:line="240" w:lineRule="auto"/>
            </w:pPr>
            <w:r>
              <w:rPr>
                <w:rFonts w:ascii="Tinos" w:hAnsi="Tinos"/>
                <w:sz w:val="14"/>
              </w:rPr>
              <w:t>The safest form of this model remains corrigible.</w:t>
            </w:r>
          </w:p>
          <w:p>
            <w:pPr>
              <w:spacing w:after="26" w:line="240" w:lineRule="auto"/>
            </w:pPr>
            <w:r>
              <w:rPr>
                <w:rFonts w:ascii="Tinos" w:hAnsi="Tinos"/>
                <w:sz w:val="14"/>
              </w:rPr>
            </w:r>
          </w:p>
          <w:p>
            <w:pPr>
              <w:spacing w:after="26" w:line="240" w:lineRule="auto"/>
            </w:pPr>
            <w:r>
              <w:rPr>
                <w:rFonts w:ascii="Tinos" w:hAnsi="Tinos"/>
                <w:sz w:val="14"/>
              </w:rPr>
              <w:t>It can say:</w:t>
            </w:r>
          </w:p>
          <w:p>
            <w:pPr>
              <w:spacing w:after="26" w:line="240" w:lineRule="auto"/>
            </w:pPr>
            <w:r>
              <w:rPr>
                <w:rFonts w:ascii="Tinos" w:hAnsi="Tinos"/>
                <w:sz w:val="14"/>
              </w:rPr>
            </w:r>
          </w:p>
          <w:p>
            <w:pPr>
              <w:spacing w:after="26" w:line="240" w:lineRule="auto"/>
            </w:pPr>
            <w:r>
              <w:rPr>
                <w:rFonts w:ascii="Tinos" w:hAnsi="Tinos"/>
                <w:sz w:val="14"/>
              </w:rPr>
              <w:t>“This is what I currently think is happening.”</w:t>
            </w:r>
          </w:p>
          <w:p>
            <w:pPr>
              <w:spacing w:after="26" w:line="240" w:lineRule="auto"/>
            </w:pPr>
            <w:r>
              <w:rPr>
                <w:rFonts w:ascii="Tinos" w:hAnsi="Tinos"/>
                <w:sz w:val="14"/>
              </w:rPr>
            </w:r>
          </w:p>
          <w:p>
            <w:pPr>
              <w:spacing w:after="26" w:line="240" w:lineRule="auto"/>
            </w:pPr>
            <w:r>
              <w:rPr>
                <w:rFonts w:ascii="Tinos" w:hAnsi="Tinos"/>
                <w:sz w:val="14"/>
              </w:rPr>
              <w:t>rather than:</w:t>
            </w:r>
          </w:p>
          <w:p>
            <w:pPr>
              <w:spacing w:after="26" w:line="240" w:lineRule="auto"/>
            </w:pPr>
            <w:r>
              <w:rPr>
                <w:rFonts w:ascii="Tinos" w:hAnsi="Tinos"/>
                <w:sz w:val="14"/>
              </w:rPr>
            </w:r>
          </w:p>
          <w:p>
            <w:pPr>
              <w:spacing w:after="26" w:line="240" w:lineRule="auto"/>
            </w:pPr>
            <w:r>
              <w:rPr>
                <w:rFonts w:ascii="Tinos" w:hAnsi="Tinos"/>
                <w:sz w:val="14"/>
              </w:rPr>
              <w:t>“This is what reality must be.”</w:t>
            </w:r>
          </w:p>
          <w:p>
            <w:pPr>
              <w:spacing w:after="26" w:line="240" w:lineRule="auto"/>
            </w:pPr>
            <w:r>
              <w:rPr>
                <w:rFonts w:ascii="Tinos" w:hAnsi="Tinos"/>
                <w:sz w:val="14"/>
              </w:rPr>
            </w:r>
          </w:p>
          <w:p>
            <w:pPr>
              <w:spacing w:after="26" w:line="240" w:lineRule="auto"/>
            </w:pPr>
            <w:r>
              <w:rPr>
                <w:rFonts w:ascii="Tinos" w:hAnsi="Tinos"/>
                <w:sz w:val="14"/>
              </w:rPr>
              <w:t>Fear of being wrong can therefore create a serious epistemic problem.</w:t>
            </w:r>
          </w:p>
          <w:p>
            <w:pPr>
              <w:spacing w:after="26" w:line="240" w:lineRule="auto"/>
            </w:pPr>
            <w:r>
              <w:rPr>
                <w:rFonts w:ascii="Tinos" w:hAnsi="Tinos"/>
                <w:sz w:val="14"/>
              </w:rPr>
            </w:r>
          </w:p>
          <w:p>
            <w:pPr>
              <w:spacing w:after="26" w:line="240" w:lineRule="auto"/>
            </w:pPr>
            <w:r>
              <w:rPr>
                <w:rFonts w:ascii="Tinos" w:hAnsi="Tinos"/>
                <w:sz w:val="14"/>
              </w:rPr>
              <w:t>If being wrong is interpreted as:</w:t>
            </w:r>
          </w:p>
          <w:p>
            <w:pPr>
              <w:spacing w:after="26" w:line="240" w:lineRule="auto"/>
            </w:pPr>
            <w:r>
              <w:rPr>
                <w:rFonts w:ascii="Tinos" w:hAnsi="Tinos"/>
                <w:sz w:val="14"/>
              </w:rPr>
            </w:r>
          </w:p>
          <w:p>
            <w:pPr>
              <w:spacing w:after="26" w:line="240" w:lineRule="auto"/>
            </w:pPr>
            <w:r>
              <w:rPr>
                <w:rFonts w:ascii="Tinos" w:hAnsi="Tinos"/>
                <w:sz w:val="14"/>
              </w:rPr>
              <w:t>- loss of status,</w:t>
            </w:r>
          </w:p>
          <w:p>
            <w:pPr>
              <w:spacing w:after="26" w:line="240" w:lineRule="auto"/>
            </w:pPr>
            <w:r>
              <w:rPr>
                <w:rFonts w:ascii="Tinos" w:hAnsi="Tinos"/>
                <w:sz w:val="14"/>
              </w:rPr>
              <w:t>- loss of identity,</w:t>
            </w:r>
          </w:p>
          <w:p>
            <w:pPr>
              <w:spacing w:after="26" w:line="240" w:lineRule="auto"/>
            </w:pPr>
            <w:r>
              <w:rPr>
                <w:rFonts w:ascii="Tinos" w:hAnsi="Tinos"/>
                <w:sz w:val="14"/>
              </w:rPr>
              <w:t>- humiliation,</w:t>
            </w:r>
          </w:p>
          <w:p>
            <w:pPr>
              <w:spacing w:after="26" w:line="240" w:lineRule="auto"/>
            </w:pPr>
            <w:r>
              <w:rPr>
                <w:rFonts w:ascii="Tinos" w:hAnsi="Tinos"/>
                <w:sz w:val="14"/>
              </w:rPr>
              <w:t>- loss of control,</w:t>
            </w:r>
          </w:p>
          <w:p>
            <w:pPr>
              <w:spacing w:after="26" w:line="240" w:lineRule="auto"/>
            </w:pPr>
            <w:r>
              <w:rPr>
                <w:rFonts w:ascii="Tinos" w:hAnsi="Tinos"/>
                <w:sz w:val="14"/>
              </w:rPr>
              <w:t>- or personal failure,</w:t>
            </w:r>
          </w:p>
          <w:p>
            <w:pPr>
              <w:spacing w:after="26" w:line="240" w:lineRule="auto"/>
            </w:pPr>
            <w:r>
              <w:rPr>
                <w:rFonts w:ascii="Tinos" w:hAnsi="Tinos"/>
                <w:sz w:val="14"/>
              </w:rPr>
            </w:r>
          </w:p>
          <w:p>
            <w:pPr>
              <w:spacing w:after="26" w:line="240" w:lineRule="auto"/>
            </w:pPr>
            <w:r>
              <w:rPr>
                <w:rFonts w:ascii="Tinos" w:hAnsi="Tinos"/>
                <w:sz w:val="14"/>
              </w:rPr>
              <w:t>then contradictory information becomes emotionally threatening.</w:t>
            </w:r>
          </w:p>
          <w:p>
            <w:pPr>
              <w:spacing w:after="26" w:line="240" w:lineRule="auto"/>
            </w:pPr>
            <w:r>
              <w:rPr>
                <w:rFonts w:ascii="Tinos" w:hAnsi="Tinos"/>
                <w:sz w:val="14"/>
              </w:rPr>
            </w:r>
          </w:p>
          <w:p>
            <w:pPr>
              <w:spacing w:after="26" w:line="240" w:lineRule="auto"/>
            </w:pPr>
            <w:r>
              <w:rPr>
                <w:rFonts w:ascii="Tinos" w:hAnsi="Tinos"/>
                <w:sz w:val="14"/>
              </w:rPr>
              <w:t>The person may begin protecting the model instead of improving it.</w:t>
            </w:r>
          </w:p>
          <w:p>
            <w:pPr>
              <w:spacing w:after="26" w:line="240" w:lineRule="auto"/>
            </w:pPr>
            <w:r>
              <w:rPr>
                <w:rFonts w:ascii="Tinos" w:hAnsi="Tinos"/>
                <w:sz w:val="14"/>
              </w:rPr>
            </w:r>
          </w:p>
          <w:p>
            <w:pPr>
              <w:spacing w:after="26" w:line="240" w:lineRule="auto"/>
            </w:pPr>
            <w:r>
              <w:rPr>
                <w:rFonts w:ascii="Tinos" w:hAnsi="Tinos"/>
                <w:sz w:val="14"/>
              </w:rPr>
              <w:t>MRRAF therefore treats the statement:</w:t>
            </w:r>
          </w:p>
          <w:p>
            <w:pPr>
              <w:spacing w:after="26" w:line="240" w:lineRule="auto"/>
            </w:pPr>
            <w:r>
              <w:rPr>
                <w:rFonts w:ascii="Tinos" w:hAnsi="Tinos"/>
                <w:sz w:val="14"/>
              </w:rPr>
            </w:r>
          </w:p>
          <w:p>
            <w:pPr>
              <w:spacing w:after="26" w:line="240" w:lineRule="auto"/>
            </w:pPr>
            <w:r>
              <w:rPr>
                <w:rFonts w:ascii="Tinos" w:hAnsi="Tinos"/>
                <w:sz w:val="14"/>
              </w:rPr>
              <w:t>“I may be wrong.”</w:t>
            </w:r>
          </w:p>
          <w:p>
            <w:pPr>
              <w:spacing w:after="26" w:line="240" w:lineRule="auto"/>
            </w:pPr>
            <w:r>
              <w:rPr>
                <w:rFonts w:ascii="Tinos" w:hAnsi="Tinos"/>
                <w:sz w:val="14"/>
              </w:rPr>
            </w:r>
          </w:p>
          <w:p>
            <w:pPr>
              <w:spacing w:after="26" w:line="240" w:lineRule="auto"/>
            </w:pPr>
            <w:r>
              <w:rPr>
                <w:rFonts w:ascii="Tinos" w:hAnsi="Tinos"/>
                <w:sz w:val="14"/>
              </w:rPr>
              <w:t>as a functional opening for additional information.</w:t>
            </w:r>
          </w:p>
          <w:p>
            <w:pPr>
              <w:spacing w:after="26" w:line="240" w:lineRule="auto"/>
            </w:pPr>
            <w:r>
              <w:rPr>
                <w:rFonts w:ascii="Tinos" w:hAnsi="Tinos"/>
                <w:sz w:val="14"/>
              </w:rPr>
            </w:r>
          </w:p>
          <w:p>
            <w:pPr>
              <w:spacing w:after="26" w:line="240" w:lineRule="auto"/>
            </w:pPr>
            <w:r>
              <w:rPr>
                <w:rFonts w:ascii="Tinos" w:hAnsi="Tinos"/>
                <w:sz w:val="14"/>
              </w:rPr>
              <w:t>Not weakness.</w:t>
            </w:r>
          </w:p>
          <w:p>
            <w:pPr>
              <w:spacing w:after="26" w:line="240" w:lineRule="auto"/>
            </w:pPr>
            <w:r>
              <w:rPr>
                <w:rFonts w:ascii="Tinos" w:hAnsi="Tinos"/>
                <w:sz w:val="14"/>
              </w:rPr>
            </w:r>
          </w:p>
          <w:p>
            <w:pPr>
              <w:spacing w:after="26" w:line="240" w:lineRule="auto"/>
            </w:pPr>
            <w:r>
              <w:rPr>
                <w:rFonts w:ascii="Tinos" w:hAnsi="Tinos"/>
                <w:sz w:val="14"/>
              </w:rPr>
              <w:t>Not defeat.</w:t>
            </w:r>
          </w:p>
          <w:p>
            <w:pPr>
              <w:spacing w:after="26" w:line="240" w:lineRule="auto"/>
            </w:pPr>
            <w:r>
              <w:rPr>
                <w:rFonts w:ascii="Tinos" w:hAnsi="Tinos"/>
                <w:sz w:val="14"/>
              </w:rPr>
            </w:r>
          </w:p>
          <w:p>
            <w:pPr>
              <w:spacing w:after="26" w:line="240" w:lineRule="auto"/>
            </w:pPr>
            <w:r>
              <w:rPr>
                <w:rFonts w:ascii="Tinos" w:hAnsi="Tinos"/>
                <w:sz w:val="14"/>
              </w:rPr>
              <w:t>An information channel.</w:t>
            </w:r>
          </w:p>
        </w:tc>
        <w:tc>
          <w:tcPr>
            <w:tcW w:type="dxa" w:w="7913"/>
            <w:tcMar>
              <w:top w:w="55" w:type="dxa"/>
              <w:start w:w="70" w:type="dxa"/>
              <w:bottom w:w="55" w:type="dxa"/>
              <w:end w:w="70" w:type="dxa"/>
            </w:tcMar>
            <w:vAlign w:val="top"/>
          </w:tcPr>
          <w:p>
            <w:pPr>
              <w:spacing w:after="26" w:line="240" w:lineRule="auto"/>
            </w:pPr>
            <w:r/>
            <w:r>
              <w:rPr>
                <w:rFonts w:ascii="Tinos" w:hAnsi="Tinos"/>
                <w:sz w:val="14"/>
              </w:rPr>
              <w:t>25. Ego as a Provisional Self-World Model</w:t>
            </w:r>
          </w:p>
          <w:p>
            <w:pPr>
              <w:spacing w:after="26" w:line="240" w:lineRule="auto"/>
            </w:pPr>
            <w:r>
              <w:rPr>
                <w:rFonts w:ascii="Tinos" w:hAnsi="Tinos"/>
                <w:sz w:val="14"/>
              </w:rPr>
            </w:r>
          </w:p>
          <w:p>
            <w:pPr>
              <w:spacing w:after="26" w:line="240" w:lineRule="auto"/>
            </w:pPr>
            <w:r>
              <w:rPr>
                <w:rFonts w:ascii="Tinos" w:hAnsi="Tinos"/>
                <w:sz w:val="14"/>
              </w:rPr>
              <w:t>The term ego is used here in a broad functional and philosophical sense, not as a strict Freudian construct.</w:t>
            </w:r>
          </w:p>
          <w:p>
            <w:pPr>
              <w:spacing w:after="26" w:line="240" w:lineRule="auto"/>
            </w:pPr>
            <w:r>
              <w:rPr>
                <w:rFonts w:ascii="Tinos" w:hAnsi="Tinos"/>
                <w:sz w:val="14"/>
              </w:rPr>
            </w:r>
          </w:p>
          <w:p>
            <w:pPr>
              <w:spacing w:after="26" w:line="240" w:lineRule="auto"/>
            </w:pPr>
            <w:r>
              <w:rPr>
                <w:rFonts w:ascii="Tinos" w:hAnsi="Tinos"/>
                <w:sz w:val="14"/>
              </w:rPr>
              <w:t>MRRAF treats ego as part of a provisional self-world model attempting to determine:</w:t>
            </w:r>
          </w:p>
          <w:p>
            <w:pPr>
              <w:spacing w:after="26" w:line="240" w:lineRule="auto"/>
            </w:pPr>
            <w:r>
              <w:rPr>
                <w:rFonts w:ascii="Tinos" w:hAnsi="Tinos"/>
                <w:sz w:val="14"/>
              </w:rPr>
            </w:r>
          </w:p>
          <w:p>
            <w:pPr>
              <w:spacing w:after="26" w:line="240" w:lineRule="auto"/>
            </w:pPr>
            <w:r>
              <w:rPr>
                <w:rFonts w:ascii="Tinos" w:hAnsi="Tinos"/>
                <w:sz w:val="14"/>
              </w:rPr>
              <w:t>- Where am I?</w:t>
            </w:r>
          </w:p>
          <w:p>
            <w:pPr>
              <w:spacing w:after="26" w:line="240" w:lineRule="auto"/>
            </w:pPr>
            <w:r>
              <w:rPr>
                <w:rFonts w:ascii="Tinos" w:hAnsi="Tinos"/>
                <w:sz w:val="14"/>
              </w:rPr>
              <w:t>- What am I?</w:t>
            </w:r>
          </w:p>
          <w:p>
            <w:pPr>
              <w:spacing w:after="26" w:line="240" w:lineRule="auto"/>
            </w:pPr>
            <w:r>
              <w:rPr>
                <w:rFonts w:ascii="Tinos" w:hAnsi="Tinos"/>
                <w:sz w:val="14"/>
              </w:rPr>
              <w:t>- What is happening?</w:t>
            </w:r>
          </w:p>
          <w:p>
            <w:pPr>
              <w:spacing w:after="26" w:line="240" w:lineRule="auto"/>
            </w:pPr>
            <w:r>
              <w:rPr>
                <w:rFonts w:ascii="Tinos" w:hAnsi="Tinos"/>
                <w:sz w:val="14"/>
              </w:rPr>
              <w:t>- What matters?</w:t>
            </w:r>
          </w:p>
          <w:p>
            <w:pPr>
              <w:spacing w:after="26" w:line="240" w:lineRule="auto"/>
            </w:pPr>
            <w:r>
              <w:rPr>
                <w:rFonts w:ascii="Tinos" w:hAnsi="Tinos"/>
                <w:sz w:val="14"/>
              </w:rPr>
              <w:t>- What resources are available?</w:t>
            </w:r>
          </w:p>
          <w:p>
            <w:pPr>
              <w:spacing w:after="26" w:line="240" w:lineRule="auto"/>
            </w:pPr>
            <w:r>
              <w:rPr>
                <w:rFonts w:ascii="Tinos" w:hAnsi="Tinos"/>
                <w:sz w:val="14"/>
              </w:rPr>
              <w:t>- What should I expect?</w:t>
            </w:r>
          </w:p>
          <w:p>
            <w:pPr>
              <w:spacing w:after="26" w:line="240" w:lineRule="auto"/>
            </w:pPr>
            <w:r>
              <w:rPr>
                <w:rFonts w:ascii="Tinos" w:hAnsi="Tinos"/>
                <w:sz w:val="14"/>
              </w:rPr>
              <w:t>- What should I do?</w:t>
            </w:r>
          </w:p>
          <w:p>
            <w:pPr>
              <w:spacing w:after="26" w:line="240" w:lineRule="auto"/>
            </w:pPr>
            <w:r>
              <w:rPr>
                <w:rFonts w:ascii="Tinos" w:hAnsi="Tinos"/>
                <w:sz w:val="14"/>
              </w:rPr>
            </w:r>
          </w:p>
          <w:p>
            <w:pPr>
              <w:spacing w:after="26" w:line="240" w:lineRule="auto"/>
            </w:pPr>
            <w:r>
              <w:rPr>
                <w:rFonts w:ascii="Tinos" w:hAnsi="Tinos"/>
                <w:sz w:val="14"/>
              </w:rPr>
              <w:t>The safest form of this model remains corrigible.</w:t>
            </w:r>
          </w:p>
          <w:p>
            <w:pPr>
              <w:spacing w:after="26" w:line="240" w:lineRule="auto"/>
            </w:pPr>
            <w:r>
              <w:rPr>
                <w:rFonts w:ascii="Tinos" w:hAnsi="Tinos"/>
                <w:sz w:val="14"/>
              </w:rPr>
            </w:r>
          </w:p>
          <w:p>
            <w:pPr>
              <w:spacing w:after="26" w:line="240" w:lineRule="auto"/>
            </w:pPr>
            <w:r>
              <w:rPr>
                <w:rFonts w:ascii="Tinos" w:hAnsi="Tinos"/>
                <w:sz w:val="14"/>
              </w:rPr>
              <w:t>It can say:</w:t>
            </w:r>
          </w:p>
          <w:p>
            <w:pPr>
              <w:spacing w:after="26" w:line="240" w:lineRule="auto"/>
            </w:pPr>
            <w:r>
              <w:rPr>
                <w:rFonts w:ascii="Tinos" w:hAnsi="Tinos"/>
                <w:sz w:val="14"/>
              </w:rPr>
            </w:r>
          </w:p>
          <w:p>
            <w:pPr>
              <w:spacing w:after="26" w:line="240" w:lineRule="auto"/>
            </w:pPr>
            <w:r>
              <w:rPr>
                <w:rFonts w:ascii="Tinos" w:hAnsi="Tinos"/>
                <w:sz w:val="14"/>
              </w:rPr>
              <w:t>“This is what I currently think is happening.”</w:t>
            </w:r>
          </w:p>
          <w:p>
            <w:pPr>
              <w:spacing w:after="26" w:line="240" w:lineRule="auto"/>
            </w:pPr>
            <w:r>
              <w:rPr>
                <w:rFonts w:ascii="Tinos" w:hAnsi="Tinos"/>
                <w:sz w:val="14"/>
              </w:rPr>
            </w:r>
          </w:p>
          <w:p>
            <w:pPr>
              <w:spacing w:after="26" w:line="240" w:lineRule="auto"/>
            </w:pPr>
            <w:r>
              <w:rPr>
                <w:rFonts w:ascii="Tinos" w:hAnsi="Tinos"/>
                <w:sz w:val="14"/>
              </w:rPr>
              <w:t>rather than:</w:t>
            </w:r>
          </w:p>
          <w:p>
            <w:pPr>
              <w:spacing w:after="26" w:line="240" w:lineRule="auto"/>
            </w:pPr>
            <w:r>
              <w:rPr>
                <w:rFonts w:ascii="Tinos" w:hAnsi="Tinos"/>
                <w:sz w:val="14"/>
              </w:rPr>
            </w:r>
          </w:p>
          <w:p>
            <w:pPr>
              <w:spacing w:after="26" w:line="240" w:lineRule="auto"/>
            </w:pPr>
            <w:r>
              <w:rPr>
                <w:rFonts w:ascii="Tinos" w:hAnsi="Tinos"/>
                <w:sz w:val="14"/>
              </w:rPr>
              <w:t>“This is what reality must be.”</w:t>
            </w:r>
          </w:p>
          <w:p>
            <w:pPr>
              <w:spacing w:after="26" w:line="240" w:lineRule="auto"/>
            </w:pPr>
            <w:r>
              <w:rPr>
                <w:rFonts w:ascii="Tinos" w:hAnsi="Tinos"/>
                <w:sz w:val="14"/>
              </w:rPr>
            </w:r>
          </w:p>
          <w:p>
            <w:pPr>
              <w:spacing w:after="26" w:line="240" w:lineRule="auto"/>
            </w:pPr>
            <w:r>
              <w:rPr>
                <w:rFonts w:ascii="Tinos" w:hAnsi="Tinos"/>
                <w:sz w:val="14"/>
              </w:rPr>
              <w:t>Fear of being wrong can therefore create a serious epistemic problem.</w:t>
            </w:r>
          </w:p>
          <w:p>
            <w:pPr>
              <w:spacing w:after="26" w:line="240" w:lineRule="auto"/>
            </w:pPr>
            <w:r>
              <w:rPr>
                <w:rFonts w:ascii="Tinos" w:hAnsi="Tinos"/>
                <w:sz w:val="14"/>
              </w:rPr>
            </w:r>
          </w:p>
          <w:p>
            <w:pPr>
              <w:spacing w:after="26" w:line="240" w:lineRule="auto"/>
            </w:pPr>
            <w:r>
              <w:rPr>
                <w:rFonts w:ascii="Tinos" w:hAnsi="Tinos"/>
                <w:sz w:val="14"/>
              </w:rPr>
              <w:t>If being wrong is interpreted as:</w:t>
            </w:r>
          </w:p>
          <w:p>
            <w:pPr>
              <w:spacing w:after="26" w:line="240" w:lineRule="auto"/>
            </w:pPr>
            <w:r>
              <w:rPr>
                <w:rFonts w:ascii="Tinos" w:hAnsi="Tinos"/>
                <w:sz w:val="14"/>
              </w:rPr>
            </w:r>
          </w:p>
          <w:p>
            <w:pPr>
              <w:spacing w:after="26" w:line="240" w:lineRule="auto"/>
            </w:pPr>
            <w:r>
              <w:rPr>
                <w:rFonts w:ascii="Tinos" w:hAnsi="Tinos"/>
                <w:sz w:val="14"/>
              </w:rPr>
              <w:t>- loss of status,</w:t>
            </w:r>
          </w:p>
          <w:p>
            <w:pPr>
              <w:spacing w:after="26" w:line="240" w:lineRule="auto"/>
            </w:pPr>
            <w:r>
              <w:rPr>
                <w:rFonts w:ascii="Tinos" w:hAnsi="Tinos"/>
                <w:sz w:val="14"/>
              </w:rPr>
              <w:t>- loss of identity,</w:t>
            </w:r>
          </w:p>
          <w:p>
            <w:pPr>
              <w:spacing w:after="26" w:line="240" w:lineRule="auto"/>
            </w:pPr>
            <w:r>
              <w:rPr>
                <w:rFonts w:ascii="Tinos" w:hAnsi="Tinos"/>
                <w:sz w:val="14"/>
              </w:rPr>
              <w:t>- humiliation,</w:t>
            </w:r>
          </w:p>
          <w:p>
            <w:pPr>
              <w:spacing w:after="26" w:line="240" w:lineRule="auto"/>
            </w:pPr>
            <w:r>
              <w:rPr>
                <w:rFonts w:ascii="Tinos" w:hAnsi="Tinos"/>
                <w:sz w:val="14"/>
              </w:rPr>
              <w:t>- loss of control,</w:t>
            </w:r>
          </w:p>
          <w:p>
            <w:pPr>
              <w:spacing w:after="26" w:line="240" w:lineRule="auto"/>
            </w:pPr>
            <w:r>
              <w:rPr>
                <w:rFonts w:ascii="Tinos" w:hAnsi="Tinos"/>
                <w:sz w:val="14"/>
              </w:rPr>
              <w:t>- or personal failure,</w:t>
            </w:r>
          </w:p>
          <w:p>
            <w:pPr>
              <w:spacing w:after="26" w:line="240" w:lineRule="auto"/>
            </w:pPr>
            <w:r>
              <w:rPr>
                <w:rFonts w:ascii="Tinos" w:hAnsi="Tinos"/>
                <w:sz w:val="14"/>
              </w:rPr>
            </w:r>
          </w:p>
          <w:p>
            <w:pPr>
              <w:spacing w:after="26" w:line="240" w:lineRule="auto"/>
            </w:pPr>
            <w:r>
              <w:rPr>
                <w:rFonts w:ascii="Tinos" w:hAnsi="Tinos"/>
                <w:sz w:val="14"/>
              </w:rPr>
              <w:t>then contradictory information becomes emotionally threatening.</w:t>
            </w:r>
          </w:p>
          <w:p>
            <w:pPr>
              <w:spacing w:after="26" w:line="240" w:lineRule="auto"/>
            </w:pPr>
            <w:r>
              <w:rPr>
                <w:rFonts w:ascii="Tinos" w:hAnsi="Tinos"/>
                <w:sz w:val="14"/>
              </w:rPr>
            </w:r>
          </w:p>
          <w:p>
            <w:pPr>
              <w:spacing w:after="26" w:line="240" w:lineRule="auto"/>
            </w:pPr>
            <w:r>
              <w:rPr>
                <w:rFonts w:ascii="Tinos" w:hAnsi="Tinos"/>
                <w:sz w:val="14"/>
              </w:rPr>
              <w:t>The person may begin protecting the model instead of improving it.</w:t>
            </w:r>
          </w:p>
          <w:p>
            <w:pPr>
              <w:spacing w:after="26" w:line="240" w:lineRule="auto"/>
            </w:pPr>
            <w:r>
              <w:rPr>
                <w:rFonts w:ascii="Tinos" w:hAnsi="Tinos"/>
                <w:sz w:val="14"/>
              </w:rPr>
            </w:r>
          </w:p>
          <w:p>
            <w:pPr>
              <w:spacing w:after="26" w:line="240" w:lineRule="auto"/>
            </w:pPr>
            <w:r>
              <w:rPr>
                <w:rFonts w:ascii="Tinos" w:hAnsi="Tinos"/>
                <w:sz w:val="14"/>
              </w:rPr>
              <w:t>LOVE-0 treats humility as an update policy. Correction concerns the model, not the equal worth of the person. Being right may reflect better data, teaching, position, timing, or chance; being wrong may simply expose the next place where learning is possible.</w:t>
            </w:r>
          </w:p>
          <w:p>
            <w:pPr>
              <w:spacing w:after="26" w:line="240" w:lineRule="auto"/>
            </w:pPr>
            <w:r>
              <w:rPr>
                <w:rFonts w:ascii="Tinos" w:hAnsi="Tinos"/>
                <w:sz w:val="14"/>
              </w:rPr>
            </w:r>
          </w:p>
          <w:p>
            <w:pPr>
              <w:spacing w:after="26" w:line="240" w:lineRule="auto"/>
            </w:pPr>
            <w:r>
              <w:rPr>
                <w:rFonts w:ascii="Tinos" w:hAnsi="Tinos"/>
                <w:sz w:val="14"/>
              </w:rPr>
              <w:t>MRRAF therefore treats the statement:</w:t>
            </w:r>
          </w:p>
          <w:p>
            <w:pPr>
              <w:spacing w:after="26" w:line="240" w:lineRule="auto"/>
            </w:pPr>
            <w:r>
              <w:rPr>
                <w:rFonts w:ascii="Tinos" w:hAnsi="Tinos"/>
                <w:sz w:val="14"/>
              </w:rPr>
            </w:r>
          </w:p>
          <w:p>
            <w:pPr>
              <w:spacing w:after="26" w:line="240" w:lineRule="auto"/>
            </w:pPr>
            <w:r>
              <w:rPr>
                <w:rFonts w:ascii="Tinos" w:hAnsi="Tinos"/>
                <w:sz w:val="14"/>
              </w:rPr>
              <w:t>“I may be wrong.”</w:t>
            </w:r>
          </w:p>
          <w:p>
            <w:pPr>
              <w:spacing w:after="26" w:line="240" w:lineRule="auto"/>
            </w:pPr>
            <w:r>
              <w:rPr>
                <w:rFonts w:ascii="Tinos" w:hAnsi="Tinos"/>
                <w:sz w:val="14"/>
              </w:rPr>
            </w:r>
          </w:p>
          <w:p>
            <w:pPr>
              <w:spacing w:after="26" w:line="240" w:lineRule="auto"/>
            </w:pPr>
            <w:r>
              <w:rPr>
                <w:rFonts w:ascii="Tinos" w:hAnsi="Tinos"/>
                <w:sz w:val="14"/>
              </w:rPr>
              <w:t>as a functional opening for additional information.</w:t>
            </w:r>
          </w:p>
          <w:p>
            <w:pPr>
              <w:spacing w:after="26" w:line="240" w:lineRule="auto"/>
            </w:pPr>
            <w:r>
              <w:rPr>
                <w:rFonts w:ascii="Tinos" w:hAnsi="Tinos"/>
                <w:sz w:val="14"/>
              </w:rPr>
            </w:r>
          </w:p>
          <w:p>
            <w:pPr>
              <w:spacing w:after="26" w:line="240" w:lineRule="auto"/>
            </w:pPr>
            <w:r>
              <w:rPr>
                <w:rFonts w:ascii="Tinos" w:hAnsi="Tinos"/>
                <w:sz w:val="14"/>
              </w:rPr>
              <w:t>Not weakness.</w:t>
            </w:r>
          </w:p>
          <w:p>
            <w:pPr>
              <w:spacing w:after="26" w:line="240" w:lineRule="auto"/>
            </w:pPr>
            <w:r>
              <w:rPr>
                <w:rFonts w:ascii="Tinos" w:hAnsi="Tinos"/>
                <w:sz w:val="14"/>
              </w:rPr>
            </w:r>
          </w:p>
          <w:p>
            <w:pPr>
              <w:spacing w:after="26" w:line="240" w:lineRule="auto"/>
            </w:pPr>
            <w:r>
              <w:rPr>
                <w:rFonts w:ascii="Tinos" w:hAnsi="Tinos"/>
                <w:sz w:val="14"/>
              </w:rPr>
              <w:t>Not defeat.</w:t>
            </w:r>
          </w:p>
          <w:p>
            <w:pPr>
              <w:spacing w:after="26" w:line="240" w:lineRule="auto"/>
            </w:pPr>
            <w:r>
              <w:rPr>
                <w:rFonts w:ascii="Tinos" w:hAnsi="Tinos"/>
                <w:sz w:val="14"/>
              </w:rPr>
            </w:r>
          </w:p>
          <w:p>
            <w:pPr>
              <w:spacing w:after="26" w:line="240" w:lineRule="auto"/>
            </w:pPr>
            <w:r>
              <w:rPr>
                <w:rFonts w:ascii="Tinos" w:hAnsi="Tinos"/>
                <w:sz w:val="14"/>
              </w:rPr>
              <w:t>An information channel.</w:t>
            </w:r>
          </w:p>
        </w:tc>
      </w:tr>
    </w:tbl>
    <w:p>
      <w:pPr>
        <w:spacing w:after="0"/>
      </w:pPr>
    </w:p>
    <w:p>
      <w:pPr>
        <w:pStyle w:val="Heading1"/>
      </w:pPr>
      <w:r>
        <w:t>26. From What and How Toward Why</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26. From What and How Toward Why</w:t>
            </w:r>
          </w:p>
          <w:p>
            <w:pPr>
              <w:spacing w:after="26" w:line="240" w:lineRule="auto"/>
            </w:pPr>
            <w:r>
              <w:rPr>
                <w:rFonts w:ascii="Tinos" w:hAnsi="Tinos"/>
                <w:sz w:val="14"/>
              </w:rPr>
            </w:r>
          </w:p>
          <w:p>
            <w:pPr>
              <w:spacing w:after="26" w:line="240" w:lineRule="auto"/>
            </w:pPr>
            <w:r>
              <w:rPr>
                <w:rFonts w:ascii="Tinos" w:hAnsi="Tinos"/>
                <w:sz w:val="14"/>
              </w:rPr>
              <w:t>MRRAF uses the expression:</w:t>
            </w:r>
          </w:p>
          <w:p>
            <w:pPr>
              <w:spacing w:after="26" w:line="240" w:lineRule="auto"/>
            </w:pPr>
            <w:r>
              <w:rPr>
                <w:rFonts w:ascii="Tinos" w:hAnsi="Tinos"/>
                <w:sz w:val="14"/>
              </w:rPr>
            </w:r>
          </w:p>
          <w:p>
            <w:pPr>
              <w:spacing w:after="26" w:line="240" w:lineRule="auto"/>
            </w:pPr>
            <w:r>
              <w:rPr>
                <w:rFonts w:ascii="Tinos" w:hAnsi="Tinos"/>
                <w:sz w:val="14"/>
              </w:rPr>
              <w:t>What + How -a better-resolved Why</w:t>
            </w:r>
          </w:p>
          <w:p>
            <w:pPr>
              <w:spacing w:after="26" w:line="240" w:lineRule="auto"/>
            </w:pPr>
            <w:r>
              <w:rPr>
                <w:rFonts w:ascii="Tinos" w:hAnsi="Tinos"/>
                <w:sz w:val="14"/>
              </w:rPr>
            </w:r>
          </w:p>
          <w:p>
            <w:pPr>
              <w:spacing w:after="26" w:line="240" w:lineRule="auto"/>
            </w:pPr>
            <w:r>
              <w:rPr>
                <w:rFonts w:ascii="Tinos" w:hAnsi="Tinos"/>
                <w:sz w:val="14"/>
              </w:rPr>
              <w:t>as a heuristic, not a mathematical identity.</w:t>
            </w:r>
          </w:p>
          <w:p>
            <w:pPr>
              <w:spacing w:after="26" w:line="240" w:lineRule="auto"/>
            </w:pPr>
            <w:r>
              <w:rPr>
                <w:rFonts w:ascii="Tinos" w:hAnsi="Tinos"/>
                <w:sz w:val="14"/>
              </w:rPr>
            </w:r>
          </w:p>
          <w:p>
            <w:pPr>
              <w:spacing w:after="26" w:line="240" w:lineRule="auto"/>
            </w:pPr>
            <w:r>
              <w:rPr>
                <w:rFonts w:ascii="Tinos" w:hAnsi="Tinos"/>
                <w:sz w:val="14"/>
              </w:rPr>
              <w:t>What?</w:t>
            </w:r>
          </w:p>
          <w:p>
            <w:pPr>
              <w:spacing w:after="26" w:line="240" w:lineRule="auto"/>
            </w:pPr>
            <w:r>
              <w:rPr>
                <w:rFonts w:ascii="Tinos" w:hAnsi="Tinos"/>
                <w:sz w:val="14"/>
              </w:rPr>
            </w:r>
          </w:p>
          <w:p>
            <w:pPr>
              <w:spacing w:after="26" w:line="240" w:lineRule="auto"/>
            </w:pPr>
            <w:r>
              <w:rPr>
                <w:rFonts w:ascii="Tinos" w:hAnsi="Tinos"/>
                <w:sz w:val="14"/>
              </w:rPr>
              <w:t>What has actually been observed?</w:t>
            </w:r>
          </w:p>
          <w:p>
            <w:pPr>
              <w:spacing w:after="26" w:line="240" w:lineRule="auto"/>
            </w:pPr>
            <w:r>
              <w:rPr>
                <w:rFonts w:ascii="Tinos" w:hAnsi="Tinos"/>
                <w:sz w:val="14"/>
              </w:rPr>
            </w:r>
          </w:p>
          <w:p>
            <w:pPr>
              <w:spacing w:after="26" w:line="240" w:lineRule="auto"/>
            </w:pPr>
            <w:r>
              <w:rPr>
                <w:rFonts w:ascii="Tinos" w:hAnsi="Tinos"/>
                <w:sz w:val="14"/>
              </w:rPr>
              <w:t>How?</w:t>
            </w:r>
          </w:p>
          <w:p>
            <w:pPr>
              <w:spacing w:after="26" w:line="240" w:lineRule="auto"/>
            </w:pPr>
            <w:r>
              <w:rPr>
                <w:rFonts w:ascii="Tinos" w:hAnsi="Tinos"/>
                <w:sz w:val="14"/>
              </w:rPr>
            </w:r>
          </w:p>
          <w:p>
            <w:pPr>
              <w:spacing w:after="26" w:line="240" w:lineRule="auto"/>
            </w:pPr>
            <w:r>
              <w:rPr>
                <w:rFonts w:ascii="Tinos" w:hAnsi="Tinos"/>
                <w:sz w:val="14"/>
              </w:rPr>
              <w:t>What sequence, mechanism, relationship, or condition could plausibly have generated the observation?</w:t>
            </w:r>
          </w:p>
          <w:p>
            <w:pPr>
              <w:spacing w:after="26" w:line="240" w:lineRule="auto"/>
            </w:pPr>
            <w:r>
              <w:rPr>
                <w:rFonts w:ascii="Tinos" w:hAnsi="Tinos"/>
                <w:sz w:val="14"/>
              </w:rPr>
            </w:r>
          </w:p>
          <w:p>
            <w:pPr>
              <w:spacing w:after="26" w:line="240" w:lineRule="auto"/>
            </w:pPr>
            <w:r>
              <w:rPr>
                <w:rFonts w:ascii="Tinos" w:hAnsi="Tinos"/>
                <w:sz w:val="14"/>
              </w:rPr>
              <w:t>Why?</w:t>
            </w:r>
          </w:p>
          <w:p>
            <w:pPr>
              <w:spacing w:after="26" w:line="240" w:lineRule="auto"/>
            </w:pPr>
            <w:r>
              <w:rPr>
                <w:rFonts w:ascii="Tinos" w:hAnsi="Tinos"/>
                <w:sz w:val="14"/>
              </w:rPr>
            </w:r>
          </w:p>
          <w:p>
            <w:pPr>
              <w:spacing w:after="26" w:line="240" w:lineRule="auto"/>
            </w:pPr>
            <w:r>
              <w:rPr>
                <w:rFonts w:ascii="Tinos" w:hAnsi="Tinos"/>
                <w:sz w:val="14"/>
              </w:rPr>
              <w:t>What causal or functional explanation remains plausible after the first two questions have been constrained?</w:t>
            </w:r>
          </w:p>
          <w:p>
            <w:pPr>
              <w:spacing w:after="26" w:line="240" w:lineRule="auto"/>
            </w:pPr>
            <w:r>
              <w:rPr>
                <w:rFonts w:ascii="Tinos" w:hAnsi="Tinos"/>
                <w:sz w:val="14"/>
              </w:rPr>
            </w:r>
          </w:p>
          <w:p>
            <w:pPr>
              <w:spacing w:after="26" w:line="240" w:lineRule="auto"/>
            </w:pPr>
            <w:r>
              <w:rPr>
                <w:rFonts w:ascii="Tinos" w:hAnsi="Tinos"/>
                <w:sz w:val="14"/>
              </w:rPr>
              <w:t>The order matters.</w:t>
            </w:r>
          </w:p>
          <w:p>
            <w:pPr>
              <w:spacing w:after="26" w:line="240" w:lineRule="auto"/>
            </w:pPr>
            <w:r>
              <w:rPr>
                <w:rFonts w:ascii="Tinos" w:hAnsi="Tinos"/>
                <w:sz w:val="14"/>
              </w:rPr>
            </w:r>
          </w:p>
          <w:p>
            <w:pPr>
              <w:spacing w:after="26" w:line="240" w:lineRule="auto"/>
            </w:pPr>
            <w:r>
              <w:rPr>
                <w:rFonts w:ascii="Tinos" w:hAnsi="Tinos"/>
                <w:sz w:val="14"/>
              </w:rPr>
              <w:t>Jumping directly to why invites narrative completion.</w:t>
            </w:r>
          </w:p>
          <w:p>
            <w:pPr>
              <w:spacing w:after="26" w:line="240" w:lineRule="auto"/>
            </w:pPr>
            <w:r>
              <w:rPr>
                <w:rFonts w:ascii="Tinos" w:hAnsi="Tinos"/>
                <w:sz w:val="14"/>
              </w:rPr>
            </w:r>
          </w:p>
          <w:p>
            <w:pPr>
              <w:spacing w:after="26" w:line="240" w:lineRule="auto"/>
            </w:pPr>
            <w:r>
              <w:rPr>
                <w:rFonts w:ascii="Tinos" w:hAnsi="Tinos"/>
                <w:sz w:val="14"/>
              </w:rPr>
              <w:t>Humans are capable of creating coherent explanations from incomplete information.</w:t>
            </w:r>
          </w:p>
          <w:p>
            <w:pPr>
              <w:spacing w:after="26" w:line="240" w:lineRule="auto"/>
            </w:pPr>
            <w:r>
              <w:rPr>
                <w:rFonts w:ascii="Tinos" w:hAnsi="Tinos"/>
                <w:sz w:val="14"/>
              </w:rPr>
            </w:r>
          </w:p>
          <w:p>
            <w:pPr>
              <w:spacing w:after="26" w:line="240" w:lineRule="auto"/>
            </w:pPr>
            <w:r>
              <w:rPr>
                <w:rFonts w:ascii="Tinos" w:hAnsi="Tinos"/>
                <w:sz w:val="14"/>
              </w:rPr>
              <w:t>Coherence alone is not verification.</w:t>
            </w:r>
          </w:p>
          <w:p>
            <w:pPr>
              <w:spacing w:after="26" w:line="240" w:lineRule="auto"/>
            </w:pPr>
            <w:r>
              <w:rPr>
                <w:rFonts w:ascii="Tinos" w:hAnsi="Tinos"/>
                <w:sz w:val="14"/>
              </w:rPr>
            </w:r>
          </w:p>
          <w:p>
            <w:pPr>
              <w:spacing w:after="26" w:line="240" w:lineRule="auto"/>
            </w:pPr>
            <w:r>
              <w:rPr>
                <w:rFonts w:ascii="Tinos" w:hAnsi="Tinos"/>
                <w:sz w:val="14"/>
              </w:rPr>
              <w:t>The process should therefore continue:</w:t>
            </w:r>
          </w:p>
          <w:p>
            <w:pPr>
              <w:spacing w:after="26" w:line="240" w:lineRule="auto"/>
            </w:pPr>
            <w:r>
              <w:rPr>
                <w:rFonts w:ascii="Tinos" w:hAnsi="Tinos"/>
                <w:sz w:val="14"/>
              </w:rPr>
            </w:r>
          </w:p>
          <w:p>
            <w:pPr>
              <w:spacing w:after="26" w:line="240" w:lineRule="auto"/>
            </w:pPr>
            <w:r>
              <w:rPr>
                <w:rFonts w:ascii="Tinos" w:hAnsi="Tinos"/>
                <w:sz w:val="14"/>
              </w:rPr>
              <w:t>Do I know what happened?</w:t>
            </w:r>
          </w:p>
          <w:p>
            <w:pPr>
              <w:spacing w:after="26" w:line="240" w:lineRule="auto"/>
            </w:pPr>
            <w:r>
              <w:rPr>
                <w:rFonts w:ascii="Tinos" w:hAnsi="Tinos"/>
                <w:sz w:val="14"/>
              </w:rPr>
            </w:r>
          </w:p>
          <w:p>
            <w:pPr>
              <w:spacing w:after="26" w:line="240" w:lineRule="auto"/>
            </w:pPr>
            <w:r>
              <w:rPr>
                <w:rFonts w:ascii="Tinos" w:hAnsi="Tinos"/>
                <w:sz w:val="14"/>
              </w:rPr>
              <w:t>Do I know how it happened?</w:t>
            </w:r>
          </w:p>
          <w:p>
            <w:pPr>
              <w:spacing w:after="26" w:line="240" w:lineRule="auto"/>
            </w:pPr>
            <w:r>
              <w:rPr>
                <w:rFonts w:ascii="Tinos" w:hAnsi="Tinos"/>
                <w:sz w:val="14"/>
              </w:rPr>
            </w:r>
          </w:p>
          <w:p>
            <w:pPr>
              <w:spacing w:after="26" w:line="240" w:lineRule="auto"/>
            </w:pPr>
            <w:r>
              <w:rPr>
                <w:rFonts w:ascii="Tinos" w:hAnsi="Tinos"/>
                <w:sz w:val="14"/>
              </w:rPr>
              <w:t>What else could have produced the same observation?</w:t>
            </w:r>
          </w:p>
          <w:p>
            <w:pPr>
              <w:spacing w:after="26" w:line="240" w:lineRule="auto"/>
            </w:pPr>
            <w:r>
              <w:rPr>
                <w:rFonts w:ascii="Tinos" w:hAnsi="Tinos"/>
                <w:sz w:val="14"/>
              </w:rPr>
            </w:r>
          </w:p>
          <w:p>
            <w:pPr>
              <w:spacing w:after="26" w:line="240" w:lineRule="auto"/>
            </w:pPr>
            <w:r>
              <w:rPr>
                <w:rFonts w:ascii="Tinos" w:hAnsi="Tinos"/>
                <w:sz w:val="14"/>
              </w:rPr>
              <w:t>What information would distinguish those possibilities?</w:t>
            </w:r>
          </w:p>
        </w:tc>
        <w:tc>
          <w:tcPr>
            <w:tcW w:type="dxa" w:w="7913"/>
            <w:tcMar>
              <w:top w:w="55" w:type="dxa"/>
              <w:start w:w="70" w:type="dxa"/>
              <w:bottom w:w="55" w:type="dxa"/>
              <w:end w:w="70" w:type="dxa"/>
            </w:tcMar>
            <w:vAlign w:val="top"/>
          </w:tcPr>
          <w:p>
            <w:pPr>
              <w:spacing w:after="26" w:line="240" w:lineRule="auto"/>
            </w:pPr>
            <w:r/>
            <w:r>
              <w:rPr>
                <w:rFonts w:ascii="Tinos" w:hAnsi="Tinos"/>
                <w:sz w:val="14"/>
              </w:rPr>
              <w:t>26. From What and How Toward Why</w:t>
            </w:r>
          </w:p>
          <w:p>
            <w:pPr>
              <w:spacing w:after="26" w:line="240" w:lineRule="auto"/>
            </w:pPr>
            <w:r>
              <w:rPr>
                <w:rFonts w:ascii="Tinos" w:hAnsi="Tinos"/>
                <w:sz w:val="14"/>
              </w:rPr>
            </w:r>
          </w:p>
          <w:p>
            <w:pPr>
              <w:spacing w:after="26" w:line="240" w:lineRule="auto"/>
            </w:pPr>
            <w:r>
              <w:rPr>
                <w:rFonts w:ascii="Tinos" w:hAnsi="Tinos"/>
                <w:sz w:val="14"/>
              </w:rPr>
              <w:t>MRRAF uses the expression:</w:t>
            </w:r>
          </w:p>
          <w:p>
            <w:pPr>
              <w:spacing w:after="26" w:line="240" w:lineRule="auto"/>
            </w:pPr>
            <w:r>
              <w:rPr>
                <w:rFonts w:ascii="Tinos" w:hAnsi="Tinos"/>
                <w:sz w:val="14"/>
              </w:rPr>
            </w:r>
          </w:p>
          <w:p>
            <w:pPr>
              <w:spacing w:after="26" w:line="240" w:lineRule="auto"/>
            </w:pPr>
            <w:r>
              <w:rPr>
                <w:rFonts w:ascii="Tinos" w:hAnsi="Tinos"/>
                <w:sz w:val="14"/>
              </w:rPr>
              <w:t>What + How -a better-resolved Why</w:t>
            </w:r>
          </w:p>
          <w:p>
            <w:pPr>
              <w:spacing w:after="26" w:line="240" w:lineRule="auto"/>
            </w:pPr>
            <w:r>
              <w:rPr>
                <w:rFonts w:ascii="Tinos" w:hAnsi="Tinos"/>
                <w:sz w:val="14"/>
              </w:rPr>
            </w:r>
          </w:p>
          <w:p>
            <w:pPr>
              <w:spacing w:after="26" w:line="240" w:lineRule="auto"/>
            </w:pPr>
            <w:r>
              <w:rPr>
                <w:rFonts w:ascii="Tinos" w:hAnsi="Tinos"/>
                <w:sz w:val="14"/>
              </w:rPr>
              <w:t>as a heuristic, not a mathematical identity.</w:t>
            </w:r>
          </w:p>
          <w:p>
            <w:pPr>
              <w:spacing w:after="26" w:line="240" w:lineRule="auto"/>
            </w:pPr>
            <w:r>
              <w:rPr>
                <w:rFonts w:ascii="Tinos" w:hAnsi="Tinos"/>
                <w:sz w:val="14"/>
              </w:rPr>
            </w:r>
          </w:p>
          <w:p>
            <w:pPr>
              <w:spacing w:after="26" w:line="240" w:lineRule="auto"/>
            </w:pPr>
            <w:r>
              <w:rPr>
                <w:rFonts w:ascii="Tinos" w:hAnsi="Tinos"/>
                <w:sz w:val="14"/>
              </w:rPr>
              <w:t>What?</w:t>
            </w:r>
          </w:p>
          <w:p>
            <w:pPr>
              <w:spacing w:after="26" w:line="240" w:lineRule="auto"/>
            </w:pPr>
            <w:r>
              <w:rPr>
                <w:rFonts w:ascii="Tinos" w:hAnsi="Tinos"/>
                <w:sz w:val="14"/>
              </w:rPr>
            </w:r>
          </w:p>
          <w:p>
            <w:pPr>
              <w:spacing w:after="26" w:line="240" w:lineRule="auto"/>
            </w:pPr>
            <w:r>
              <w:rPr>
                <w:rFonts w:ascii="Tinos" w:hAnsi="Tinos"/>
                <w:sz w:val="14"/>
              </w:rPr>
              <w:t>What has actually been observed?</w:t>
            </w:r>
          </w:p>
          <w:p>
            <w:pPr>
              <w:spacing w:after="26" w:line="240" w:lineRule="auto"/>
            </w:pPr>
            <w:r>
              <w:rPr>
                <w:rFonts w:ascii="Tinos" w:hAnsi="Tinos"/>
                <w:sz w:val="14"/>
              </w:rPr>
            </w:r>
          </w:p>
          <w:p>
            <w:pPr>
              <w:spacing w:after="26" w:line="240" w:lineRule="auto"/>
            </w:pPr>
            <w:r>
              <w:rPr>
                <w:rFonts w:ascii="Tinos" w:hAnsi="Tinos"/>
                <w:sz w:val="14"/>
              </w:rPr>
              <w:t>LOVE-0 adds: What happened inside and outside me, and what is merely my first interpretation?</w:t>
            </w:r>
          </w:p>
          <w:p>
            <w:pPr>
              <w:spacing w:after="26" w:line="240" w:lineRule="auto"/>
            </w:pPr>
            <w:r>
              <w:rPr>
                <w:rFonts w:ascii="Tinos" w:hAnsi="Tinos"/>
                <w:sz w:val="14"/>
              </w:rPr>
            </w:r>
          </w:p>
          <w:p>
            <w:pPr>
              <w:spacing w:after="26" w:line="240" w:lineRule="auto"/>
            </w:pPr>
            <w:r>
              <w:rPr>
                <w:rFonts w:ascii="Tinos" w:hAnsi="Tinos"/>
                <w:sz w:val="14"/>
              </w:rPr>
              <w:t>How?</w:t>
            </w:r>
          </w:p>
          <w:p>
            <w:pPr>
              <w:spacing w:after="26" w:line="240" w:lineRule="auto"/>
            </w:pPr>
            <w:r>
              <w:rPr>
                <w:rFonts w:ascii="Tinos" w:hAnsi="Tinos"/>
                <w:sz w:val="14"/>
              </w:rPr>
            </w:r>
          </w:p>
          <w:p>
            <w:pPr>
              <w:spacing w:after="26" w:line="240" w:lineRule="auto"/>
            </w:pPr>
            <w:r>
              <w:rPr>
                <w:rFonts w:ascii="Tinos" w:hAnsi="Tinos"/>
                <w:sz w:val="14"/>
              </w:rPr>
              <w:t>What sequence, mechanism, relationship, or condition could plausibly have generated the observation?</w:t>
            </w:r>
          </w:p>
          <w:p>
            <w:pPr>
              <w:spacing w:after="26" w:line="240" w:lineRule="auto"/>
            </w:pPr>
            <w:r>
              <w:rPr>
                <w:rFonts w:ascii="Tinos" w:hAnsi="Tinos"/>
                <w:sz w:val="14"/>
              </w:rPr>
            </w:r>
          </w:p>
          <w:p>
            <w:pPr>
              <w:spacing w:after="26" w:line="240" w:lineRule="auto"/>
            </w:pPr>
            <w:r>
              <w:rPr>
                <w:rFonts w:ascii="Tinos" w:hAnsi="Tinos"/>
                <w:sz w:val="14"/>
              </w:rPr>
              <w:t>LOVE-0 adds: What other plausible explanations exist, and whose perspective could reveal a missing variable?</w:t>
            </w:r>
          </w:p>
          <w:p>
            <w:pPr>
              <w:spacing w:after="26" w:line="240" w:lineRule="auto"/>
            </w:pPr>
            <w:r>
              <w:rPr>
                <w:rFonts w:ascii="Tinos" w:hAnsi="Tinos"/>
                <w:sz w:val="14"/>
              </w:rPr>
            </w:r>
          </w:p>
          <w:p>
            <w:pPr>
              <w:spacing w:after="26" w:line="240" w:lineRule="auto"/>
            </w:pPr>
            <w:r>
              <w:rPr>
                <w:rFonts w:ascii="Tinos" w:hAnsi="Tinos"/>
                <w:sz w:val="14"/>
              </w:rPr>
              <w:t>Why?</w:t>
            </w:r>
          </w:p>
          <w:p>
            <w:pPr>
              <w:spacing w:after="26" w:line="240" w:lineRule="auto"/>
            </w:pPr>
            <w:r>
              <w:rPr>
                <w:rFonts w:ascii="Tinos" w:hAnsi="Tinos"/>
                <w:sz w:val="14"/>
              </w:rPr>
            </w:r>
          </w:p>
          <w:p>
            <w:pPr>
              <w:spacing w:after="26" w:line="240" w:lineRule="auto"/>
            </w:pPr>
            <w:r>
              <w:rPr>
                <w:rFonts w:ascii="Tinos" w:hAnsi="Tinos"/>
                <w:sz w:val="14"/>
              </w:rPr>
              <w:t>What causal or functional explanation remains plausible after the first two questions have been constrained?</w:t>
            </w:r>
          </w:p>
          <w:p>
            <w:pPr>
              <w:spacing w:after="26" w:line="240" w:lineRule="auto"/>
            </w:pPr>
            <w:r>
              <w:rPr>
                <w:rFonts w:ascii="Tinos" w:hAnsi="Tinos"/>
                <w:sz w:val="14"/>
              </w:rPr>
            </w:r>
          </w:p>
          <w:p>
            <w:pPr>
              <w:spacing w:after="26" w:line="240" w:lineRule="auto"/>
            </w:pPr>
            <w:r>
              <w:rPr>
                <w:rFonts w:ascii="Tinos" w:hAnsi="Tinos"/>
                <w:sz w:val="14"/>
              </w:rPr>
              <w:t>LOVE-0 adds: How confident is that explanation, what power would it justify, and what happens if it is wrong?</w:t>
            </w:r>
          </w:p>
          <w:p>
            <w:pPr>
              <w:spacing w:after="26" w:line="240" w:lineRule="auto"/>
            </w:pPr>
            <w:r>
              <w:rPr>
                <w:rFonts w:ascii="Tinos" w:hAnsi="Tinos"/>
                <w:sz w:val="14"/>
              </w:rPr>
            </w:r>
          </w:p>
          <w:p>
            <w:pPr>
              <w:spacing w:after="26" w:line="240" w:lineRule="auto"/>
            </w:pPr>
            <w:r>
              <w:rPr>
                <w:rFonts w:ascii="Tinos" w:hAnsi="Tinos"/>
                <w:sz w:val="14"/>
              </w:rPr>
              <w:t>The order matters.</w:t>
            </w:r>
          </w:p>
          <w:p>
            <w:pPr>
              <w:spacing w:after="26" w:line="240" w:lineRule="auto"/>
            </w:pPr>
            <w:r>
              <w:rPr>
                <w:rFonts w:ascii="Tinos" w:hAnsi="Tinos"/>
                <w:sz w:val="14"/>
              </w:rPr>
            </w:r>
          </w:p>
          <w:p>
            <w:pPr>
              <w:spacing w:after="26" w:line="240" w:lineRule="auto"/>
            </w:pPr>
            <w:r>
              <w:rPr>
                <w:rFonts w:ascii="Tinos" w:hAnsi="Tinos"/>
                <w:sz w:val="14"/>
              </w:rPr>
              <w:t>Jumping directly to why invites narrative completion.</w:t>
            </w:r>
          </w:p>
          <w:p>
            <w:pPr>
              <w:spacing w:after="26" w:line="240" w:lineRule="auto"/>
            </w:pPr>
            <w:r>
              <w:rPr>
                <w:rFonts w:ascii="Tinos" w:hAnsi="Tinos"/>
                <w:sz w:val="14"/>
              </w:rPr>
            </w:r>
          </w:p>
          <w:p>
            <w:pPr>
              <w:spacing w:after="26" w:line="240" w:lineRule="auto"/>
            </w:pPr>
            <w:r>
              <w:rPr>
                <w:rFonts w:ascii="Tinos" w:hAnsi="Tinos"/>
                <w:sz w:val="14"/>
              </w:rPr>
              <w:t>Humans are capable of creating coherent explanations from incomplete information.</w:t>
            </w:r>
          </w:p>
          <w:p>
            <w:pPr>
              <w:spacing w:after="26" w:line="240" w:lineRule="auto"/>
            </w:pPr>
            <w:r>
              <w:rPr>
                <w:rFonts w:ascii="Tinos" w:hAnsi="Tinos"/>
                <w:sz w:val="14"/>
              </w:rPr>
            </w:r>
          </w:p>
          <w:p>
            <w:pPr>
              <w:spacing w:after="26" w:line="240" w:lineRule="auto"/>
            </w:pPr>
            <w:r>
              <w:rPr>
                <w:rFonts w:ascii="Tinos" w:hAnsi="Tinos"/>
                <w:sz w:val="14"/>
              </w:rPr>
              <w:t>Coherence alone is not verification.</w:t>
            </w:r>
          </w:p>
          <w:p>
            <w:pPr>
              <w:spacing w:after="26" w:line="240" w:lineRule="auto"/>
            </w:pPr>
            <w:r>
              <w:rPr>
                <w:rFonts w:ascii="Tinos" w:hAnsi="Tinos"/>
                <w:sz w:val="14"/>
              </w:rPr>
            </w:r>
          </w:p>
          <w:p>
            <w:pPr>
              <w:spacing w:after="26" w:line="240" w:lineRule="auto"/>
            </w:pPr>
            <w:r>
              <w:rPr>
                <w:rFonts w:ascii="Tinos" w:hAnsi="Tinos"/>
                <w:sz w:val="14"/>
              </w:rPr>
              <w:t>The process should therefore continue:</w:t>
            </w:r>
          </w:p>
          <w:p>
            <w:pPr>
              <w:spacing w:after="26" w:line="240" w:lineRule="auto"/>
            </w:pPr>
            <w:r>
              <w:rPr>
                <w:rFonts w:ascii="Tinos" w:hAnsi="Tinos"/>
                <w:sz w:val="14"/>
              </w:rPr>
            </w:r>
          </w:p>
          <w:p>
            <w:pPr>
              <w:spacing w:after="26" w:line="240" w:lineRule="auto"/>
            </w:pPr>
            <w:r>
              <w:rPr>
                <w:rFonts w:ascii="Tinos" w:hAnsi="Tinos"/>
                <w:sz w:val="14"/>
              </w:rPr>
              <w:t>Do I know what happened?</w:t>
            </w:r>
          </w:p>
          <w:p>
            <w:pPr>
              <w:spacing w:after="26" w:line="240" w:lineRule="auto"/>
            </w:pPr>
            <w:r>
              <w:rPr>
                <w:rFonts w:ascii="Tinos" w:hAnsi="Tinos"/>
                <w:sz w:val="14"/>
              </w:rPr>
            </w:r>
          </w:p>
          <w:p>
            <w:pPr>
              <w:spacing w:after="26" w:line="240" w:lineRule="auto"/>
            </w:pPr>
            <w:r>
              <w:rPr>
                <w:rFonts w:ascii="Tinos" w:hAnsi="Tinos"/>
                <w:sz w:val="14"/>
              </w:rPr>
              <w:t>Do I know how it happened?</w:t>
            </w:r>
          </w:p>
          <w:p>
            <w:pPr>
              <w:spacing w:after="26" w:line="240" w:lineRule="auto"/>
            </w:pPr>
            <w:r>
              <w:rPr>
                <w:rFonts w:ascii="Tinos" w:hAnsi="Tinos"/>
                <w:sz w:val="14"/>
              </w:rPr>
            </w:r>
          </w:p>
          <w:p>
            <w:pPr>
              <w:spacing w:after="26" w:line="240" w:lineRule="auto"/>
            </w:pPr>
            <w:r>
              <w:rPr>
                <w:rFonts w:ascii="Tinos" w:hAnsi="Tinos"/>
                <w:sz w:val="14"/>
              </w:rPr>
              <w:t>What else could have produced the same observation?</w:t>
            </w:r>
          </w:p>
          <w:p>
            <w:pPr>
              <w:spacing w:after="26" w:line="240" w:lineRule="auto"/>
            </w:pPr>
            <w:r>
              <w:rPr>
                <w:rFonts w:ascii="Tinos" w:hAnsi="Tinos"/>
                <w:sz w:val="14"/>
              </w:rPr>
            </w:r>
          </w:p>
          <w:p>
            <w:pPr>
              <w:spacing w:after="26" w:line="240" w:lineRule="auto"/>
            </w:pPr>
            <w:r>
              <w:rPr>
                <w:rFonts w:ascii="Tinos" w:hAnsi="Tinos"/>
                <w:sz w:val="14"/>
              </w:rPr>
              <w:t>What information would distinguish those possibilities?</w:t>
            </w:r>
          </w:p>
          <w:p>
            <w:pPr>
              <w:spacing w:after="26" w:line="240" w:lineRule="auto"/>
            </w:pPr>
            <w:r>
              <w:rPr>
                <w:rFonts w:ascii="Tinos" w:hAnsi="Tinos"/>
                <w:sz w:val="14"/>
              </w:rPr>
            </w:r>
          </w:p>
          <w:p>
            <w:pPr>
              <w:spacing w:after="26" w:line="240" w:lineRule="auto"/>
            </w:pPr>
            <w:r>
              <w:rPr>
                <w:rFonts w:ascii="Tinos" w:hAnsi="Tinos"/>
                <w:sz w:val="14"/>
              </w:rPr>
              <w:t>What is the smallest reversible action that could test the next step without pretending the question is already closed?</w:t>
            </w:r>
          </w:p>
        </w:tc>
      </w:tr>
    </w:tbl>
    <w:p>
      <w:pPr>
        <w:spacing w:after="0"/>
      </w:pPr>
    </w:p>
    <w:p>
      <w:pPr>
        <w:pStyle w:val="Heading1"/>
      </w:pPr>
      <w:r>
        <w:t>27. Multi-Resolution Analysis</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27. Multi-Resolution Analysis</w:t>
            </w:r>
          </w:p>
          <w:p>
            <w:pPr>
              <w:spacing w:after="26" w:line="240" w:lineRule="auto"/>
            </w:pPr>
            <w:r>
              <w:rPr>
                <w:rFonts w:ascii="Tinos" w:hAnsi="Tinos"/>
                <w:sz w:val="14"/>
              </w:rPr>
            </w:r>
          </w:p>
          <w:p>
            <w:pPr>
              <w:spacing w:after="26" w:line="240" w:lineRule="auto"/>
            </w:pPr>
            <w:r>
              <w:rPr>
                <w:rFonts w:ascii="Tinos" w:hAnsi="Tinos"/>
                <w:b/>
                <w:sz w:val="14"/>
              </w:rPr>
              <w:t>Table 2. Example Resolution Matrix for Human Loss</w:t>
            </w:r>
          </w:p>
          <w:p>
            <w:pPr>
              <w:spacing w:after="26" w:line="240" w:lineRule="auto"/>
            </w:pPr>
            <w:r>
              <w:rPr>
                <w:rFonts w:ascii="Tinos" w:hAnsi="Tinos"/>
                <w:sz w:val="14"/>
              </w:rPr>
            </w:r>
          </w:p>
          <w:p>
            <w:pPr>
              <w:spacing w:after="26" w:line="240" w:lineRule="auto"/>
            </w:pPr>
            <w:r>
              <w:rPr>
                <w:rFonts w:ascii="Tinos" w:hAnsi="Tinos"/>
                <w:sz w:val="14"/>
              </w:rPr>
              <w:t>| Resolution | Primary question | Example variables |</w:t>
            </w:r>
          </w:p>
          <w:p>
            <w:pPr>
              <w:spacing w:after="26" w:line="240" w:lineRule="auto"/>
            </w:pPr>
            <w:r>
              <w:rPr>
                <w:rFonts w:ascii="Tinos" w:hAnsi="Tinos"/>
                <w:sz w:val="14"/>
              </w:rPr>
              <w:t>|---|---|---|</w:t>
            </w:r>
          </w:p>
          <w:p>
            <w:pPr>
              <w:spacing w:after="26" w:line="240" w:lineRule="auto"/>
            </w:pPr>
            <w:r>
              <w:rPr>
                <w:rFonts w:ascii="Tinos" w:hAnsi="Tinos"/>
                <w:sz w:val="14"/>
              </w:rPr>
              <w:t>| Physical | What changed materially? | Place, possessions, environment, bodily presence |</w:t>
            </w:r>
          </w:p>
          <w:p>
            <w:pPr>
              <w:spacing w:after="26" w:line="240" w:lineRule="auto"/>
            </w:pPr>
            <w:r>
              <w:rPr>
                <w:rFonts w:ascii="Tinos" w:hAnsi="Tinos"/>
                <w:sz w:val="14"/>
              </w:rPr>
              <w:t>| Biological | What is happening within the organism? | Sleep, appetite, autonomic state, fatigue, stress physiology |</w:t>
            </w:r>
          </w:p>
          <w:p>
            <w:pPr>
              <w:spacing w:after="26" w:line="240" w:lineRule="auto"/>
            </w:pPr>
            <w:r>
              <w:rPr>
                <w:rFonts w:ascii="Tinos" w:hAnsi="Tinos"/>
                <w:sz w:val="14"/>
              </w:rPr>
              <w:t>| Affective | What emotional states are present? | Sadness, fear, anger, guilt, shame, relief, loneliness |</w:t>
            </w:r>
          </w:p>
          <w:p>
            <w:pPr>
              <w:spacing w:after="26" w:line="240" w:lineRule="auto"/>
            </w:pPr>
            <w:r>
              <w:rPr>
                <w:rFonts w:ascii="Tinos" w:hAnsi="Tinos"/>
                <w:sz w:val="14"/>
              </w:rPr>
              <w:t>| Cognitive | What expectations and interpretations are active? | Prediction, attention, memory, rumination, causal attribution |</w:t>
            </w:r>
          </w:p>
          <w:p>
            <w:pPr>
              <w:spacing w:after="26" w:line="240" w:lineRule="auto"/>
            </w:pPr>
            <w:r>
              <w:rPr>
                <w:rFonts w:ascii="Tinos" w:hAnsi="Tinos"/>
                <w:sz w:val="14"/>
              </w:rPr>
              <w:t>| Identity | What changed in the model of self? | Roles, self-concept, belonging, purpose |</w:t>
            </w:r>
          </w:p>
          <w:p>
            <w:pPr>
              <w:spacing w:after="26" w:line="240" w:lineRule="auto"/>
            </w:pPr>
            <w:r>
              <w:rPr>
                <w:rFonts w:ascii="Tinos" w:hAnsi="Tinos"/>
                <w:sz w:val="14"/>
              </w:rPr>
              <w:t>| Relational | What functions were distributed through relationships? | Support, regulation, intimacy, care, companionship |</w:t>
            </w:r>
          </w:p>
          <w:p>
            <w:pPr>
              <w:spacing w:after="26" w:line="240" w:lineRule="auto"/>
            </w:pPr>
            <w:r>
              <w:rPr>
                <w:rFonts w:ascii="Tinos" w:hAnsi="Tinos"/>
                <w:sz w:val="14"/>
              </w:rPr>
              <w:t>| Behavioural | What is the person doing in response? | Searching, avoiding, purchasing, contacting, withdrawing |</w:t>
            </w:r>
          </w:p>
          <w:p>
            <w:pPr>
              <w:spacing w:after="26" w:line="240" w:lineRule="auto"/>
            </w:pPr>
            <w:r>
              <w:rPr>
                <w:rFonts w:ascii="Tinos" w:hAnsi="Tinos"/>
                <w:sz w:val="14"/>
              </w:rPr>
              <w:t>| Economic | What material consequences followed? | Income, expenditure, debt, replacement costs, vulnerability |</w:t>
            </w:r>
          </w:p>
          <w:p>
            <w:pPr>
              <w:spacing w:after="26" w:line="240" w:lineRule="auto"/>
            </w:pPr>
            <w:r>
              <w:rPr>
                <w:rFonts w:ascii="Tinos" w:hAnsi="Tinos"/>
                <w:sz w:val="14"/>
              </w:rPr>
              <w:t>| Social | What changed in group relationships? | Community, family, institutions, norms |</w:t>
            </w:r>
          </w:p>
          <w:p>
            <w:pPr>
              <w:spacing w:after="26" w:line="240" w:lineRule="auto"/>
            </w:pPr>
            <w:r>
              <w:rPr>
                <w:rFonts w:ascii="Tinos" w:hAnsi="Tinos"/>
                <w:sz w:val="14"/>
              </w:rPr>
              <w:t>| Cultural | How is the loss interpreted collectively? | Ritual, tradition, narrative, religious meaning |</w:t>
            </w:r>
          </w:p>
          <w:p>
            <w:pPr>
              <w:spacing w:after="26" w:line="240" w:lineRule="auto"/>
            </w:pPr>
            <w:r>
              <w:rPr>
                <w:rFonts w:ascii="Tinos" w:hAnsi="Tinos"/>
                <w:sz w:val="14"/>
              </w:rPr>
              <w:t>| Temporal | How is the response changing? | Immediate response, anniversaries, adaptation, recurrence |</w:t>
            </w:r>
          </w:p>
          <w:p>
            <w:pPr>
              <w:spacing w:after="26" w:line="240" w:lineRule="auto"/>
            </w:pPr>
            <w:r>
              <w:rPr>
                <w:rFonts w:ascii="Tinos" w:hAnsi="Tinos"/>
                <w:sz w:val="14"/>
              </w:rPr>
              <w:t>| Semantic | How does terminology affect interpretation? | Grief, stress, pain, attachment, loss, transformation |</w:t>
            </w:r>
          </w:p>
          <w:p>
            <w:pPr>
              <w:spacing w:after="26" w:line="240" w:lineRule="auto"/>
            </w:pPr>
            <w:r>
              <w:rPr>
                <w:rFonts w:ascii="Tinos" w:hAnsi="Tinos"/>
                <w:sz w:val="14"/>
              </w:rPr>
              <w:t>| Epistemic | What confidence is justified? | Observation, inference, corroboration, uncertainty |</w:t>
            </w:r>
          </w:p>
          <w:p>
            <w:pPr>
              <w:spacing w:after="26" w:line="240" w:lineRule="auto"/>
            </w:pPr>
            <w:r>
              <w:rPr>
                <w:rFonts w:ascii="Tinos" w:hAnsi="Tinos"/>
                <w:sz w:val="14"/>
              </w:rPr>
            </w:r>
          </w:p>
          <w:p>
            <w:pPr>
              <w:spacing w:after="26" w:line="240" w:lineRule="auto"/>
            </w:pPr>
            <w:r>
              <w:rPr>
                <w:rFonts w:ascii="Tinos" w:hAnsi="Tinos"/>
                <w:sz w:val="14"/>
              </w:rPr>
              <w:t>A sensible conclusion should not automatically combine every resolution.</w:t>
            </w:r>
          </w:p>
          <w:p>
            <w:pPr>
              <w:spacing w:after="26" w:line="240" w:lineRule="auto"/>
            </w:pPr>
            <w:r>
              <w:rPr>
                <w:rFonts w:ascii="Tinos" w:hAnsi="Tinos"/>
                <w:sz w:val="14"/>
              </w:rPr>
            </w:r>
          </w:p>
          <w:p>
            <w:pPr>
              <w:spacing w:after="26" w:line="240" w:lineRule="auto"/>
            </w:pPr>
            <w:r>
              <w:rPr>
                <w:rFonts w:ascii="Tinos" w:hAnsi="Tinos"/>
                <w:sz w:val="14"/>
              </w:rPr>
              <w:t>The task determines which are necessary.</w:t>
            </w:r>
          </w:p>
        </w:tc>
        <w:tc>
          <w:tcPr>
            <w:tcW w:type="dxa" w:w="7913"/>
            <w:tcMar>
              <w:top w:w="55" w:type="dxa"/>
              <w:start w:w="70" w:type="dxa"/>
              <w:bottom w:w="55" w:type="dxa"/>
              <w:end w:w="70" w:type="dxa"/>
            </w:tcMar>
            <w:vAlign w:val="top"/>
          </w:tcPr>
          <w:p>
            <w:pPr>
              <w:spacing w:after="26" w:line="240" w:lineRule="auto"/>
            </w:pPr>
            <w:r/>
            <w:r>
              <w:rPr>
                <w:rFonts w:ascii="Tinos" w:hAnsi="Tinos"/>
                <w:sz w:val="14"/>
              </w:rPr>
              <w:t>27. Multi-Resolution Analysis</w:t>
            </w:r>
          </w:p>
          <w:p>
            <w:pPr>
              <w:spacing w:after="26" w:line="240" w:lineRule="auto"/>
            </w:pPr>
            <w:r>
              <w:rPr>
                <w:rFonts w:ascii="Tinos" w:hAnsi="Tinos"/>
                <w:sz w:val="14"/>
              </w:rPr>
            </w:r>
          </w:p>
          <w:p>
            <w:pPr>
              <w:spacing w:after="26" w:line="240" w:lineRule="auto"/>
            </w:pPr>
            <w:r>
              <w:rPr>
                <w:rFonts w:ascii="Tinos" w:hAnsi="Tinos"/>
                <w:b/>
                <w:sz w:val="14"/>
              </w:rPr>
              <w:t>Table 2. Example Resolution Matrix for Human Loss - LOVE-0 Processed</w:t>
            </w:r>
          </w:p>
          <w:p>
            <w:pPr>
              <w:spacing w:after="26" w:line="240" w:lineRule="auto"/>
            </w:pPr>
            <w:r>
              <w:rPr>
                <w:rFonts w:ascii="Tinos" w:hAnsi="Tinos"/>
                <w:sz w:val="14"/>
              </w:rPr>
            </w:r>
          </w:p>
          <w:p>
            <w:pPr>
              <w:spacing w:after="26" w:line="240" w:lineRule="auto"/>
            </w:pPr>
            <w:r>
              <w:rPr>
                <w:rFonts w:ascii="Tinos" w:hAnsi="Tinos"/>
                <w:sz w:val="14"/>
              </w:rPr>
              <w:t>| Resolution | Primary question | Example variables / LOVE-0 check |</w:t>
            </w:r>
          </w:p>
          <w:p>
            <w:pPr>
              <w:spacing w:after="26" w:line="240" w:lineRule="auto"/>
            </w:pPr>
            <w:r>
              <w:rPr>
                <w:rFonts w:ascii="Tinos" w:hAnsi="Tinos"/>
                <w:sz w:val="14"/>
              </w:rPr>
              <w:t>|---|---|---|</w:t>
            </w:r>
          </w:p>
          <w:p>
            <w:pPr>
              <w:spacing w:after="26" w:line="240" w:lineRule="auto"/>
            </w:pPr>
            <w:r>
              <w:rPr>
                <w:rFonts w:ascii="Tinos" w:hAnsi="Tinos"/>
                <w:sz w:val="14"/>
              </w:rPr>
              <w:t>| Physical | What changed materially? | Place, possessions, environment, bodily presence. Separate observation from symbolic meaning. |</w:t>
            </w:r>
          </w:p>
          <w:p>
            <w:pPr>
              <w:spacing w:after="26" w:line="240" w:lineRule="auto"/>
            </w:pPr>
            <w:r>
              <w:rPr>
                <w:rFonts w:ascii="Tinos" w:hAnsi="Tinos"/>
                <w:sz w:val="14"/>
              </w:rPr>
              <w:t>| Biological | What is happening within the organism? | Sleep, appetite, autonomic state, fatigue, stress physiology. Do not infer motive from physiology alone. |</w:t>
            </w:r>
          </w:p>
          <w:p>
            <w:pPr>
              <w:spacing w:after="26" w:line="240" w:lineRule="auto"/>
            </w:pPr>
            <w:r>
              <w:rPr>
                <w:rFonts w:ascii="Tinos" w:hAnsi="Tinos"/>
                <w:sz w:val="14"/>
              </w:rPr>
              <w:t>| Affective | What emotional states are present? | Sadness, fear, anger, guilt, shame, relief, loneliness. Feeling is state information, not an automatic command. |</w:t>
            </w:r>
          </w:p>
          <w:p>
            <w:pPr>
              <w:spacing w:after="26" w:line="240" w:lineRule="auto"/>
            </w:pPr>
            <w:r>
              <w:rPr>
                <w:rFonts w:ascii="Tinos" w:hAnsi="Tinos"/>
                <w:sz w:val="14"/>
              </w:rPr>
              <w:t>| Cognitive | What expectations and interpretations are active? | Prediction, attention, memory, rumination, causal attribution. Generate alternative explanations. |</w:t>
            </w:r>
          </w:p>
          <w:p>
            <w:pPr>
              <w:spacing w:after="26" w:line="240" w:lineRule="auto"/>
            </w:pPr>
            <w:r>
              <w:rPr>
                <w:rFonts w:ascii="Tinos" w:hAnsi="Tinos"/>
                <w:sz w:val="14"/>
              </w:rPr>
              <w:t>| Identity | What changed in the model of self? | Roles, self-concept, belonging, purpose. Correction should not be equated with worthlessness. |</w:t>
            </w:r>
          </w:p>
          <w:p>
            <w:pPr>
              <w:spacing w:after="26" w:line="240" w:lineRule="auto"/>
            </w:pPr>
            <w:r>
              <w:rPr>
                <w:rFonts w:ascii="Tinos" w:hAnsi="Tinos"/>
                <w:sz w:val="14"/>
              </w:rPr>
              <w:t>| Relational | What functions were distributed through relationships? | Support, regulation, intimacy, care, companionship. Ask affected people; do not convert function into ownership. |</w:t>
            </w:r>
          </w:p>
          <w:p>
            <w:pPr>
              <w:spacing w:after="26" w:line="240" w:lineRule="auto"/>
            </w:pPr>
            <w:r>
              <w:rPr>
                <w:rFonts w:ascii="Tinos" w:hAnsi="Tinos"/>
                <w:sz w:val="14"/>
              </w:rPr>
              <w:t>| Behavioural | What is the person doing in response? | Searching, avoiding, purchasing, contacting, withdrawing. Examine whether the action helps or merely reduces uncertainty temporarily. |</w:t>
            </w:r>
          </w:p>
          <w:p>
            <w:pPr>
              <w:spacing w:after="26" w:line="240" w:lineRule="auto"/>
            </w:pPr>
            <w:r>
              <w:rPr>
                <w:rFonts w:ascii="Tinos" w:hAnsi="Tinos"/>
                <w:sz w:val="14"/>
              </w:rPr>
              <w:t>| Economic | What material consequences followed? | Income, expenditure, debt, replacement costs, vulnerability. Check urgency, power, reversibility, and who benefits. |</w:t>
            </w:r>
          </w:p>
          <w:p>
            <w:pPr>
              <w:spacing w:after="26" w:line="240" w:lineRule="auto"/>
            </w:pPr>
            <w:r>
              <w:rPr>
                <w:rFonts w:ascii="Tinos" w:hAnsi="Tinos"/>
                <w:sz w:val="14"/>
              </w:rPr>
              <w:t>| Social | What changed in group relationships? | Community, family, institutions, norms. Include less-powerful perspectives. |</w:t>
            </w:r>
          </w:p>
          <w:p>
            <w:pPr>
              <w:spacing w:after="26" w:line="240" w:lineRule="auto"/>
            </w:pPr>
            <w:r>
              <w:rPr>
                <w:rFonts w:ascii="Tinos" w:hAnsi="Tinos"/>
                <w:sz w:val="14"/>
              </w:rPr>
              <w:t>| Cultural | How is the loss interpreted collectively? | Ritual, tradition, narrative, religious meaning. Preserve meaning while distinguishing it from empirical claims. |</w:t>
            </w:r>
          </w:p>
          <w:p>
            <w:pPr>
              <w:spacing w:after="26" w:line="240" w:lineRule="auto"/>
            </w:pPr>
            <w:r>
              <w:rPr>
                <w:rFonts w:ascii="Tinos" w:hAnsi="Tinos"/>
                <w:sz w:val="14"/>
              </w:rPr>
              <w:t>| Temporal | How is the response changing? | Immediate response, anniversaries, adaptation, recurrence. Allow asynchronous updating and review over time. |</w:t>
            </w:r>
          </w:p>
          <w:p>
            <w:pPr>
              <w:spacing w:after="26" w:line="240" w:lineRule="auto"/>
            </w:pPr>
            <w:r>
              <w:rPr>
                <w:rFonts w:ascii="Tinos" w:hAnsi="Tinos"/>
                <w:sz w:val="14"/>
              </w:rPr>
              <w:t>| Semantic | How does terminology affect interpretation? | Grief, stress, pain, attachment, loss, transformation. Treat labels as working descriptions, not essences. |</w:t>
            </w:r>
          </w:p>
          <w:p>
            <w:pPr>
              <w:spacing w:after="26" w:line="240" w:lineRule="auto"/>
            </w:pPr>
            <w:r>
              <w:rPr>
                <w:rFonts w:ascii="Tinos" w:hAnsi="Tinos"/>
                <w:sz w:val="14"/>
              </w:rPr>
              <w:t>| Epistemic | What confidence is justified? | Observation, inference, corroboration, uncertainty. Compare experiential confidence with independent evidence. |</w:t>
            </w:r>
          </w:p>
          <w:p>
            <w:pPr>
              <w:spacing w:after="26" w:line="240" w:lineRule="auto"/>
            </w:pPr>
            <w:r>
              <w:rPr>
                <w:rFonts w:ascii="Tinos" w:hAnsi="Tinos"/>
                <w:sz w:val="14"/>
              </w:rPr>
              <w:t>| Power / consent | What could this interpretation permit someone to do to another? | Coercion, refusal, safeguarding, dependency, appeals, reversibility. Increase resolution when power and irreversibility increase. |</w:t>
            </w:r>
          </w:p>
          <w:p>
            <w:pPr>
              <w:spacing w:after="26" w:line="240" w:lineRule="auto"/>
            </w:pPr>
            <w:r>
              <w:rPr>
                <w:rFonts w:ascii="Tinos" w:hAnsi="Tinos"/>
                <w:sz w:val="14"/>
              </w:rPr>
            </w:r>
          </w:p>
          <w:p>
            <w:pPr>
              <w:spacing w:after="26" w:line="240" w:lineRule="auto"/>
            </w:pPr>
            <w:r>
              <w:rPr>
                <w:rFonts w:ascii="Tinos" w:hAnsi="Tinos"/>
                <w:sz w:val="14"/>
              </w:rPr>
              <w:t>A sensible conclusion should not automatically combine every resolution.</w:t>
            </w:r>
          </w:p>
          <w:p>
            <w:pPr>
              <w:spacing w:after="26" w:line="240" w:lineRule="auto"/>
            </w:pPr>
            <w:r>
              <w:rPr>
                <w:rFonts w:ascii="Tinos" w:hAnsi="Tinos"/>
                <w:sz w:val="14"/>
              </w:rPr>
            </w:r>
          </w:p>
          <w:p>
            <w:pPr>
              <w:spacing w:after="26" w:line="240" w:lineRule="auto"/>
            </w:pPr>
            <w:r>
              <w:rPr>
                <w:rFonts w:ascii="Tinos" w:hAnsi="Tinos"/>
                <w:sz w:val="14"/>
              </w:rPr>
              <w:t>The task determines which are necessary. LOVE-0 adds that the consequences of being wrong also determine how much verification is required before action.</w:t>
            </w:r>
          </w:p>
        </w:tc>
      </w:tr>
    </w:tbl>
    <w:p>
      <w:pPr>
        <w:spacing w:after="0"/>
      </w:pPr>
    </w:p>
    <w:p>
      <w:pPr>
        <w:pStyle w:val="Heading1"/>
      </w:pPr>
      <w:r>
        <w:t>28. Research Alignment</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28. Research Alignment</w:t>
            </w:r>
          </w:p>
          <w:p>
            <w:pPr>
              <w:spacing w:after="26" w:line="240" w:lineRule="auto"/>
            </w:pPr>
            <w:r>
              <w:rPr>
                <w:rFonts w:ascii="Tinos" w:hAnsi="Tinos"/>
                <w:sz w:val="14"/>
              </w:rPr>
            </w:r>
          </w:p>
          <w:p>
            <w:pPr>
              <w:spacing w:after="26" w:line="240" w:lineRule="auto"/>
            </w:pPr>
            <w:r>
              <w:rPr>
                <w:rFonts w:ascii="Tinos" w:hAnsi="Tinos"/>
                <w:b/>
                <w:sz w:val="14"/>
              </w:rPr>
              <w:t>Table 3. Relationship Between MRRAF and Existing Research</w:t>
            </w:r>
          </w:p>
          <w:p>
            <w:pPr>
              <w:spacing w:after="26" w:line="240" w:lineRule="auto"/>
            </w:pPr>
            <w:r>
              <w:rPr>
                <w:rFonts w:ascii="Tinos" w:hAnsi="Tinos"/>
                <w:sz w:val="14"/>
              </w:rPr>
            </w:r>
          </w:p>
          <w:p>
            <w:pPr>
              <w:spacing w:after="26" w:line="240" w:lineRule="auto"/>
            </w:pPr>
            <w:r>
              <w:rPr>
                <w:rFonts w:ascii="Tinos" w:hAnsi="Tinos"/>
                <w:sz w:val="14"/>
              </w:rPr>
              <w:t>| MRRAF proposition | Nearest established research | Relationship |</w:t>
            </w:r>
          </w:p>
          <w:p>
            <w:pPr>
              <w:spacing w:after="26" w:line="240" w:lineRule="auto"/>
            </w:pPr>
            <w:r>
              <w:rPr>
                <w:rFonts w:ascii="Tinos" w:hAnsi="Tinos"/>
                <w:sz w:val="14"/>
              </w:rPr>
              <w:t>|---|---|---|</w:t>
            </w:r>
          </w:p>
          <w:p>
            <w:pPr>
              <w:spacing w:after="26" w:line="240" w:lineRule="auto"/>
            </w:pPr>
            <w:r>
              <w:rPr>
                <w:rFonts w:ascii="Tinos" w:hAnsi="Tinos"/>
                <w:sz w:val="14"/>
              </w:rPr>
              <w:t>| Valued resource loss increases stress | Conservation of Resources theory (Hobfoll, 1989) | Direct conceptual support |</w:t>
            </w:r>
          </w:p>
          <w:p>
            <w:pPr>
              <w:spacing w:after="26" w:line="240" w:lineRule="auto"/>
            </w:pPr>
            <w:r>
              <w:rPr>
                <w:rFonts w:ascii="Tinos" w:hAnsi="Tinos"/>
                <w:sz w:val="14"/>
              </w:rPr>
              <w:t>| Social partners reduce regulatory effort and function partly as shared resources | Social Baseline Theory (Coan &amp; Sbarra, 2015) | Strong relational convergence |</w:t>
            </w:r>
          </w:p>
          <w:p>
            <w:pPr>
              <w:spacing w:after="26" w:line="240" w:lineRule="auto"/>
            </w:pPr>
            <w:r>
              <w:rPr>
                <w:rFonts w:ascii="Tinos" w:hAnsi="Tinos"/>
                <w:sz w:val="14"/>
              </w:rPr>
              <w:t>| Loss can disrupt representation of self | Slotter et al. (2010) | Empirical convergence |</w:t>
            </w:r>
          </w:p>
          <w:p>
            <w:pPr>
              <w:spacing w:after="26" w:line="240" w:lineRule="auto"/>
            </w:pPr>
            <w:r>
              <w:rPr>
                <w:rFonts w:ascii="Tinos" w:hAnsi="Tinos"/>
                <w:sz w:val="14"/>
              </w:rPr>
              <w:t>| Grieving requires updating learned relational predictions | O'Connor &amp; Seeley (2022) | Very strong convergence |</w:t>
            </w:r>
          </w:p>
          <w:p>
            <w:pPr>
              <w:spacing w:after="26" w:line="240" w:lineRule="auto"/>
            </w:pPr>
            <w:r>
              <w:rPr>
                <w:rFonts w:ascii="Tinos" w:hAnsi="Tinos"/>
                <w:sz w:val="14"/>
              </w:rPr>
              <w:t>| Adaptation oscillates between loss and restoration | Stroebe &amp; Schut (1999); Fiore (2021) | Established bereavement framework |</w:t>
            </w:r>
          </w:p>
          <w:p>
            <w:pPr>
              <w:spacing w:after="26" w:line="240" w:lineRule="auto"/>
            </w:pPr>
            <w:r>
              <w:rPr>
                <w:rFonts w:ascii="Tinos" w:hAnsi="Tinos"/>
                <w:sz w:val="14"/>
              </w:rPr>
              <w:t>| Meaning disruption can produce compensation elsewhere | Heine et al. (2006) | Strong conceptual convergence |</w:t>
            </w:r>
          </w:p>
          <w:p>
            <w:pPr>
              <w:spacing w:after="26" w:line="240" w:lineRule="auto"/>
            </w:pPr>
            <w:r>
              <w:rPr>
                <w:rFonts w:ascii="Tinos" w:hAnsi="Tinos"/>
                <w:sz w:val="14"/>
              </w:rPr>
              <w:t>| Bonds may persist in transformed form | Hewson et al. (2024) | Strong convergence |</w:t>
            </w:r>
          </w:p>
          <w:p>
            <w:pPr>
              <w:spacing w:after="26" w:line="240" w:lineRule="auto"/>
            </w:pPr>
            <w:r>
              <w:rPr>
                <w:rFonts w:ascii="Tinos" w:hAnsi="Tinos"/>
                <w:sz w:val="14"/>
              </w:rPr>
              <w:t>| Nostalgia can restore social connection | Zhou et al. (2008) | Experimental support |</w:t>
            </w:r>
          </w:p>
          <w:p>
            <w:pPr>
              <w:spacing w:after="26" w:line="240" w:lineRule="auto"/>
            </w:pPr>
            <w:r>
              <w:rPr>
                <w:rFonts w:ascii="Tinos" w:hAnsi="Tinos"/>
                <w:sz w:val="14"/>
              </w:rPr>
              <w:t>| Nostalgia has substantial cross-cultural functions | Hepper et al. (2024) | Cross-cultural support |</w:t>
            </w:r>
          </w:p>
          <w:p>
            <w:pPr>
              <w:spacing w:after="26" w:line="240" w:lineRule="auto"/>
            </w:pPr>
            <w:r>
              <w:rPr>
                <w:rFonts w:ascii="Tinos" w:hAnsi="Tinos"/>
                <w:sz w:val="14"/>
              </w:rPr>
              <w:t>| Threat can trigger nostalgia and nostalgia can provide multiple benefits | Weingarten et al. (2026) | Meta-analytic support |</w:t>
            </w:r>
          </w:p>
          <w:p>
            <w:pPr>
              <w:spacing w:after="26" w:line="240" w:lineRule="auto"/>
            </w:pPr>
            <w:r>
              <w:rPr>
                <w:rFonts w:ascii="Tinos" w:hAnsi="Tinos"/>
                <w:sz w:val="14"/>
              </w:rPr>
              <w:t>| Rumination can alter nostalgic outcomes | Garrido (2018) | Supporting evidence |</w:t>
            </w:r>
          </w:p>
          <w:p>
            <w:pPr>
              <w:spacing w:after="26" w:line="240" w:lineRule="auto"/>
            </w:pPr>
            <w:r>
              <w:rPr>
                <w:rFonts w:ascii="Tinos" w:hAnsi="Tinos"/>
                <w:sz w:val="14"/>
              </w:rPr>
              <w:t>| Nostalgia can influence willingness to part with money | Lasaleta et al. (2014) | Experimental financial evidence |</w:t>
            </w:r>
          </w:p>
          <w:p>
            <w:pPr>
              <w:spacing w:after="26" w:line="240" w:lineRule="auto"/>
            </w:pPr>
            <w:r>
              <w:rPr>
                <w:rFonts w:ascii="Tinos" w:hAnsi="Tinos"/>
                <w:sz w:val="14"/>
              </w:rPr>
              <w:t>| Fear appeals can alter behaviour | Tannenbaum et al. (2015) | Meta-analytic evidence |</w:t>
            </w:r>
          </w:p>
          <w:p>
            <w:pPr>
              <w:spacing w:after="26" w:line="240" w:lineRule="auto"/>
            </w:pPr>
            <w:r>
              <w:rPr>
                <w:rFonts w:ascii="Tinos" w:hAnsi="Tinos"/>
                <w:sz w:val="14"/>
              </w:rPr>
              <w:t>| Guilt appeals can alter behaviour | Peng et al. (2023) | Meta-analytic evidence |</w:t>
            </w:r>
          </w:p>
          <w:p>
            <w:pPr>
              <w:spacing w:after="26" w:line="240" w:lineRule="auto"/>
            </w:pPr>
            <w:r>
              <w:rPr>
                <w:rFonts w:ascii="Tinos" w:hAnsi="Tinos"/>
                <w:sz w:val="14"/>
              </w:rPr>
              <w:t>| Shame can produce approach or avoidance depending upon reparability | Leach &amp; Cidam (2015) | Meta-analytic evidence |</w:t>
            </w:r>
          </w:p>
          <w:p>
            <w:pPr>
              <w:spacing w:after="26" w:line="240" w:lineRule="auto"/>
            </w:pPr>
            <w:r>
              <w:rPr>
                <w:rFonts w:ascii="Tinos" w:hAnsi="Tinos"/>
                <w:sz w:val="14"/>
              </w:rPr>
              <w:t>| Attachment security supports compassion/caregiving | Mikulincer &amp; Shaver (2005) | Conceptual and empirical support |</w:t>
            </w:r>
          </w:p>
          <w:p>
            <w:pPr>
              <w:spacing w:after="26" w:line="240" w:lineRule="auto"/>
            </w:pPr>
            <w:r>
              <w:rPr>
                <w:rFonts w:ascii="Tinos" w:hAnsi="Tinos"/>
                <w:sz w:val="14"/>
              </w:rPr>
              <w:t>| Effective caregiving involves responsiveness to actual need | Collins &amp; Ford (2010); Feeney &amp; Collins (2015) | Strong relational convergence |</w:t>
            </w:r>
          </w:p>
          <w:p>
            <w:pPr>
              <w:spacing w:after="26" w:line="240" w:lineRule="auto"/>
            </w:pPr>
            <w:r>
              <w:rPr>
                <w:rFonts w:ascii="Tinos" w:hAnsi="Tinos"/>
                <w:sz w:val="14"/>
              </w:rPr>
              <w:t>| Grief-load as one unified construct | No exact established equivalent | MRRAF hypothesis |</w:t>
            </w:r>
          </w:p>
          <w:p>
            <w:pPr>
              <w:spacing w:after="26" w:line="240" w:lineRule="auto"/>
            </w:pPr>
            <w:r>
              <w:rPr>
                <w:rFonts w:ascii="Tinos" w:hAnsi="Tinos"/>
                <w:sz w:val="14"/>
              </w:rPr>
              <w:t>| Love as resource-prioritisation signal | Partial parallels in attachment/caregiving | MRRAF hypothesis |</w:t>
            </w:r>
          </w:p>
          <w:p>
            <w:pPr>
              <w:spacing w:after="26" w:line="240" w:lineRule="auto"/>
            </w:pPr>
            <w:r>
              <w:rPr>
                <w:rFonts w:ascii="Tinos" w:hAnsi="Tinos"/>
                <w:sz w:val="14"/>
              </w:rPr>
              <w:t>| Care as higher-resolution regulation of love | Partial parallels in responsive caregiving | MRRAF synthesis |</w:t>
            </w:r>
          </w:p>
          <w:p>
            <w:pPr>
              <w:spacing w:after="26" w:line="240" w:lineRule="auto"/>
            </w:pPr>
            <w:r>
              <w:rPr>
                <w:rFonts w:ascii="Tinos" w:hAnsi="Tinos"/>
                <w:sz w:val="14"/>
              </w:rPr>
              <w:t>| Complete loss -nostalgia -emotional persuasion -social/financial harm pathway | Individual links supported separately | MRRAF testable hypothesis |</w:t>
            </w:r>
          </w:p>
          <w:p>
            <w:pPr>
              <w:spacing w:after="26" w:line="240" w:lineRule="auto"/>
            </w:pPr>
            <w:r>
              <w:rPr>
                <w:rFonts w:ascii="Tinos" w:hAnsi="Tinos"/>
                <w:sz w:val="14"/>
              </w:rPr>
              <w:t>| Semantic relativity / cross-resolution convergence | RFT and CLT provide conceptual neighbours | MRRAF methodology |</w:t>
            </w:r>
          </w:p>
        </w:tc>
        <w:tc>
          <w:tcPr>
            <w:tcW w:type="dxa" w:w="7913"/>
            <w:tcMar>
              <w:top w:w="55" w:type="dxa"/>
              <w:start w:w="70" w:type="dxa"/>
              <w:bottom w:w="55" w:type="dxa"/>
              <w:end w:w="70" w:type="dxa"/>
            </w:tcMar>
            <w:vAlign w:val="top"/>
          </w:tcPr>
          <w:p>
            <w:pPr>
              <w:spacing w:after="26" w:line="240" w:lineRule="auto"/>
            </w:pPr>
            <w:r/>
            <w:r>
              <w:rPr>
                <w:rFonts w:ascii="Tinos" w:hAnsi="Tinos"/>
                <w:sz w:val="14"/>
              </w:rPr>
              <w:t>28. Research Alignment</w:t>
            </w:r>
          </w:p>
          <w:p>
            <w:pPr>
              <w:spacing w:after="26" w:line="240" w:lineRule="auto"/>
            </w:pPr>
            <w:r>
              <w:rPr>
                <w:rFonts w:ascii="Tinos" w:hAnsi="Tinos"/>
                <w:sz w:val="14"/>
              </w:rPr>
            </w:r>
          </w:p>
          <w:p>
            <w:pPr>
              <w:spacing w:after="26" w:line="240" w:lineRule="auto"/>
            </w:pPr>
            <w:r>
              <w:rPr>
                <w:rFonts w:ascii="Tinos" w:hAnsi="Tinos"/>
                <w:b/>
                <w:sz w:val="14"/>
              </w:rPr>
              <w:t>Table 3. Relationship Between MRRAF and Existing Research - LOVE-0 Processed</w:t>
            </w:r>
          </w:p>
          <w:p>
            <w:pPr>
              <w:spacing w:after="26" w:line="240" w:lineRule="auto"/>
            </w:pPr>
            <w:r>
              <w:rPr>
                <w:rFonts w:ascii="Tinos" w:hAnsi="Tinos"/>
                <w:sz w:val="14"/>
              </w:rPr>
            </w:r>
          </w:p>
          <w:p>
            <w:pPr>
              <w:spacing w:after="26" w:line="240" w:lineRule="auto"/>
            </w:pPr>
            <w:r>
              <w:rPr>
                <w:rFonts w:ascii="Tinos" w:hAnsi="Tinos"/>
                <w:sz w:val="14"/>
              </w:rPr>
              <w:t>| MRRAF proposition | Nearest established research | Relationship / LOVE-0 reading |</w:t>
            </w:r>
          </w:p>
          <w:p>
            <w:pPr>
              <w:spacing w:after="26" w:line="240" w:lineRule="auto"/>
            </w:pPr>
            <w:r>
              <w:rPr>
                <w:rFonts w:ascii="Tinos" w:hAnsi="Tinos"/>
                <w:sz w:val="14"/>
              </w:rPr>
              <w:t>|---|---|---|</w:t>
            </w:r>
          </w:p>
          <w:p>
            <w:pPr>
              <w:spacing w:after="26" w:line="240" w:lineRule="auto"/>
            </w:pPr>
            <w:r>
              <w:rPr>
                <w:rFonts w:ascii="Tinos" w:hAnsi="Tinos"/>
                <w:sz w:val="14"/>
              </w:rPr>
              <w:t>| Valued resource loss increases stress | Conservation of Resources theory (Hobfoll, 1989) | Direct conceptual support. Ask what was actually lost before prescribing replacement. |</w:t>
            </w:r>
          </w:p>
          <w:p>
            <w:pPr>
              <w:spacing w:after="26" w:line="240" w:lineRule="auto"/>
            </w:pPr>
            <w:r>
              <w:rPr>
                <w:rFonts w:ascii="Tinos" w:hAnsi="Tinos"/>
                <w:sz w:val="14"/>
              </w:rPr>
              <w:t>| Social partners reduce regulatory effort and function partly as shared resources | Social Baseline Theory (Coan &amp; Sbarra, 2015) | Strong relational convergence. Shared function does not establish ownership of the person providing it. |</w:t>
            </w:r>
          </w:p>
          <w:p>
            <w:pPr>
              <w:spacing w:after="26" w:line="240" w:lineRule="auto"/>
            </w:pPr>
            <w:r>
              <w:rPr>
                <w:rFonts w:ascii="Tinos" w:hAnsi="Tinos"/>
                <w:sz w:val="14"/>
              </w:rPr>
              <w:t>| Loss can disrupt representation of self | Slotter et al. (2010) | Empirical convergence. Support rebuilding self-definition without demanding a fixed identity. |</w:t>
            </w:r>
          </w:p>
          <w:p>
            <w:pPr>
              <w:spacing w:after="26" w:line="240" w:lineRule="auto"/>
            </w:pPr>
            <w:r>
              <w:rPr>
                <w:rFonts w:ascii="Tinos" w:hAnsi="Tinos"/>
                <w:sz w:val="14"/>
              </w:rPr>
              <w:t>| Grieving requires updating learned relational predictions | O'Connor &amp; Seeley (2022) | Very strong convergence. Allow repeated experience and time rather than forcing immediate cognitive agreement to erase embodied expectation. |</w:t>
            </w:r>
          </w:p>
          <w:p>
            <w:pPr>
              <w:spacing w:after="26" w:line="240" w:lineRule="auto"/>
            </w:pPr>
            <w:r>
              <w:rPr>
                <w:rFonts w:ascii="Tinos" w:hAnsi="Tinos"/>
                <w:sz w:val="14"/>
              </w:rPr>
              <w:t>| Adaptation oscillates between loss and restoration | Stroebe &amp; Schut (1999); Fiore (2021) | Established bereavement framework. Do not moralise either remembering or restoration. |</w:t>
            </w:r>
          </w:p>
          <w:p>
            <w:pPr>
              <w:spacing w:after="26" w:line="240" w:lineRule="auto"/>
            </w:pPr>
            <w:r>
              <w:rPr>
                <w:rFonts w:ascii="Tinos" w:hAnsi="Tinos"/>
                <w:sz w:val="14"/>
              </w:rPr>
              <w:t>| Meaning disruption can produce compensation elsewhere | Heine et al. (2006) | Strong conceptual convergence. Verify whether compensation addresses need or merely redirects distress. |</w:t>
            </w:r>
          </w:p>
          <w:p>
            <w:pPr>
              <w:spacing w:after="26" w:line="240" w:lineRule="auto"/>
            </w:pPr>
            <w:r>
              <w:rPr>
                <w:rFonts w:ascii="Tinos" w:hAnsi="Tinos"/>
                <w:sz w:val="14"/>
              </w:rPr>
              <w:t>| Bonds may persist in transformed form | Hewson et al. (2024) | Strong convergence. Continuing connection can coexist with autonomy and new relationships. |</w:t>
            </w:r>
          </w:p>
          <w:p>
            <w:pPr>
              <w:spacing w:after="26" w:line="240" w:lineRule="auto"/>
            </w:pPr>
            <w:r>
              <w:rPr>
                <w:rFonts w:ascii="Tinos" w:hAnsi="Tinos"/>
                <w:sz w:val="14"/>
              </w:rPr>
              <w:t>| Nostalgia can restore social connection | Zhou et al. (2008) | Experimental support. Listen for the social function activated by the memory. |</w:t>
            </w:r>
          </w:p>
          <w:p>
            <w:pPr>
              <w:spacing w:after="26" w:line="240" w:lineRule="auto"/>
            </w:pPr>
            <w:r>
              <w:rPr>
                <w:rFonts w:ascii="Tinos" w:hAnsi="Tinos"/>
                <w:sz w:val="14"/>
              </w:rPr>
              <w:t>| Nostalgia has substantial cross-cultural functions | Hepper et al. (2024) | Cross-cultural support. Avoid assuming one cultural meaning is universal. |</w:t>
            </w:r>
          </w:p>
          <w:p>
            <w:pPr>
              <w:spacing w:after="26" w:line="240" w:lineRule="auto"/>
            </w:pPr>
            <w:r>
              <w:rPr>
                <w:rFonts w:ascii="Tinos" w:hAnsi="Tinos"/>
                <w:sz w:val="14"/>
              </w:rPr>
              <w:t>| Threat can trigger nostalgia and nostalgia can provide multiple benefits | Weingarten et al. (2026) | Meta-analytic support. Threat-triggered nostalgia is information, not proof that restoration is the correct action. |</w:t>
            </w:r>
          </w:p>
          <w:p>
            <w:pPr>
              <w:spacing w:after="26" w:line="240" w:lineRule="auto"/>
            </w:pPr>
            <w:r>
              <w:rPr>
                <w:rFonts w:ascii="Tinos" w:hAnsi="Tinos"/>
                <w:sz w:val="14"/>
              </w:rPr>
              <w:t>| Rumination can alter nostalgic outcomes | Garrido (2018) | Supporting evidence. Check whether memory is widening or narrowing present choice. |</w:t>
            </w:r>
          </w:p>
          <w:p>
            <w:pPr>
              <w:spacing w:after="26" w:line="240" w:lineRule="auto"/>
            </w:pPr>
            <w:r>
              <w:rPr>
                <w:rFonts w:ascii="Tinos" w:hAnsi="Tinos"/>
                <w:sz w:val="14"/>
              </w:rPr>
              <w:t>| Nostalgia can influence willingness to part with money | Lasaleta et al. (2014) | Experimental financial evidence. Separate genuine meaning from the seller's proposed channel. |</w:t>
            </w:r>
          </w:p>
          <w:p>
            <w:pPr>
              <w:spacing w:after="26" w:line="240" w:lineRule="auto"/>
            </w:pPr>
            <w:r>
              <w:rPr>
                <w:rFonts w:ascii="Tinos" w:hAnsi="Tinos"/>
                <w:sz w:val="14"/>
              </w:rPr>
              <w:t>| Fear appeals can alter behaviour | Tannenbaum et al. (2015) | Meta-analytic evidence. Urgency increases the need for verification where possible. |</w:t>
            </w:r>
          </w:p>
          <w:p>
            <w:pPr>
              <w:spacing w:after="26" w:line="240" w:lineRule="auto"/>
            </w:pPr>
            <w:r>
              <w:rPr>
                <w:rFonts w:ascii="Tinos" w:hAnsi="Tinos"/>
                <w:sz w:val="14"/>
              </w:rPr>
              <w:t>| Guilt appeals can alter behaviour | Peng et al. (2023) | Meta-analytic evidence. Distinguish repair from obedience. |</w:t>
            </w:r>
          </w:p>
          <w:p>
            <w:pPr>
              <w:spacing w:after="26" w:line="240" w:lineRule="auto"/>
            </w:pPr>
            <w:r>
              <w:rPr>
                <w:rFonts w:ascii="Tinos" w:hAnsi="Tinos"/>
                <w:sz w:val="14"/>
              </w:rPr>
              <w:t>| Shame can produce approach or avoidance depending upon reparability | Leach &amp; Cidam (2015) | Meta-analytic evidence. Preserve a route to correction and return after error. |</w:t>
            </w:r>
          </w:p>
          <w:p>
            <w:pPr>
              <w:spacing w:after="26" w:line="240" w:lineRule="auto"/>
            </w:pPr>
            <w:r>
              <w:rPr>
                <w:rFonts w:ascii="Tinos" w:hAnsi="Tinos"/>
                <w:sz w:val="14"/>
              </w:rPr>
              <w:t>| Attachment security supports compassion/caregiving | Mikulincer &amp; Shaver (2005) | Conceptual and empirical support. Care should move toward need without possession. |</w:t>
            </w:r>
          </w:p>
          <w:p>
            <w:pPr>
              <w:spacing w:after="26" w:line="240" w:lineRule="auto"/>
            </w:pPr>
            <w:r>
              <w:rPr>
                <w:rFonts w:ascii="Tinos" w:hAnsi="Tinos"/>
                <w:sz w:val="14"/>
              </w:rPr>
              <w:t>| Effective caregiving involves responsiveness to actual need | Collins &amp; Ford (2010); Feeney &amp; Collins (2015) | Strong relational convergence. Measure recipient outcome, not only helper intention. |</w:t>
            </w:r>
          </w:p>
          <w:p>
            <w:pPr>
              <w:spacing w:after="26" w:line="240" w:lineRule="auto"/>
            </w:pPr>
            <w:r>
              <w:rPr>
                <w:rFonts w:ascii="Tinos" w:hAnsi="Tinos"/>
                <w:sz w:val="14"/>
              </w:rPr>
              <w:t>| Grief-load as one unified construct | No exact established equivalent | MRRAF hypothesis. Keep label provisional and corrigible. |</w:t>
            </w:r>
          </w:p>
          <w:p>
            <w:pPr>
              <w:spacing w:after="26" w:line="240" w:lineRule="auto"/>
            </w:pPr>
            <w:r>
              <w:rPr>
                <w:rFonts w:ascii="Tinos" w:hAnsi="Tinos"/>
                <w:sz w:val="14"/>
              </w:rPr>
              <w:t>| Love as resource-prioritisation signal | Partial parallels in attachment/caregiving | MRRAF hypothesis. LOVE-0 adds non-ownership and humility boundaries. |</w:t>
            </w:r>
          </w:p>
          <w:p>
            <w:pPr>
              <w:spacing w:after="26" w:line="240" w:lineRule="auto"/>
            </w:pPr>
            <w:r>
              <w:rPr>
                <w:rFonts w:ascii="Tinos" w:hAnsi="Tinos"/>
                <w:sz w:val="14"/>
              </w:rPr>
              <w:t>| Care as higher-resolution regulation of love | Partial parallels in responsive caregiving | MRRAF synthesis. LOVE-0 adds consent, proportionality, reversibility, repair, and power checks. |</w:t>
            </w:r>
          </w:p>
          <w:p>
            <w:pPr>
              <w:spacing w:after="26" w:line="240" w:lineRule="auto"/>
            </w:pPr>
            <w:r>
              <w:rPr>
                <w:rFonts w:ascii="Tinos" w:hAnsi="Tinos"/>
                <w:sz w:val="14"/>
              </w:rPr>
              <w:t>| Complete loss -nostalgia -emotional persuasion -social/financial harm pathway | Individual links supported separately | MRRAF testable hypothesis. Do not upgrade the chain beyond its evidence. |</w:t>
            </w:r>
          </w:p>
          <w:p>
            <w:pPr>
              <w:spacing w:after="26" w:line="240" w:lineRule="auto"/>
            </w:pPr>
            <w:r>
              <w:rPr>
                <w:rFonts w:ascii="Tinos" w:hAnsi="Tinos"/>
                <w:sz w:val="14"/>
              </w:rPr>
              <w:t>| Semantic relativity / cross-resolution convergence | RFT and CLT provide conceptual neighbours | MRRAF methodology. LOVE-0 adds affected perspective, evidence calibration, and correction. |</w:t>
            </w:r>
          </w:p>
        </w:tc>
      </w:tr>
    </w:tbl>
    <w:p>
      <w:pPr>
        <w:spacing w:after="0"/>
      </w:pPr>
    </w:p>
    <w:p>
      <w:pPr>
        <w:pStyle w:val="Heading1"/>
      </w:pPr>
      <w:r>
        <w:t>29. Testable Predictions</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29. Testable Predictions</w:t>
            </w:r>
          </w:p>
          <w:p>
            <w:pPr>
              <w:spacing w:after="26" w:line="240" w:lineRule="auto"/>
            </w:pPr>
            <w:r>
              <w:rPr>
                <w:rFonts w:ascii="Tinos" w:hAnsi="Tinos"/>
                <w:sz w:val="14"/>
              </w:rPr>
            </w:r>
          </w:p>
          <w:p>
            <w:pPr>
              <w:spacing w:after="26" w:line="240" w:lineRule="auto"/>
            </w:pPr>
            <w:r>
              <w:rPr>
                <w:rFonts w:ascii="Tinos" w:hAnsi="Tinos"/>
                <w:sz w:val="14"/>
              </w:rPr>
              <w:t>A useful conceptual framework should expose itself to possible failure.</w:t>
            </w:r>
          </w:p>
          <w:p>
            <w:pPr>
              <w:spacing w:after="26" w:line="240" w:lineRule="auto"/>
            </w:pPr>
            <w:r>
              <w:rPr>
                <w:rFonts w:ascii="Tinos" w:hAnsi="Tinos"/>
                <w:sz w:val="14"/>
              </w:rPr>
            </w:r>
          </w:p>
          <w:p>
            <w:pPr>
              <w:spacing w:after="26" w:line="240" w:lineRule="auto"/>
            </w:pPr>
            <w:r>
              <w:rPr>
                <w:rFonts w:ascii="Tinos" w:hAnsi="Tinos"/>
                <w:sz w:val="14"/>
              </w:rPr>
              <w:t>MRRAF therefore generates testable propositions.</w:t>
            </w:r>
          </w:p>
          <w:p>
            <w:pPr>
              <w:spacing w:after="26" w:line="240" w:lineRule="auto"/>
            </w:pPr>
            <w:r>
              <w:rPr>
                <w:rFonts w:ascii="Tinos" w:hAnsi="Tinos"/>
                <w:sz w:val="14"/>
              </w:rPr>
            </w:r>
          </w:p>
          <w:p>
            <w:pPr>
              <w:spacing w:after="26" w:line="240" w:lineRule="auto"/>
            </w:pPr>
            <w:r>
              <w:rPr>
                <w:rFonts w:ascii="Tinos" w:hAnsi="Tinos"/>
                <w:b/>
                <w:sz w:val="14"/>
              </w:rPr>
              <w:t>Hypothesis 1: Functional-load hypothesis</w:t>
            </w:r>
          </w:p>
          <w:p>
            <w:pPr>
              <w:spacing w:after="26" w:line="240" w:lineRule="auto"/>
            </w:pPr>
            <w:r>
              <w:rPr>
                <w:rFonts w:ascii="Tinos" w:hAnsi="Tinos"/>
                <w:sz w:val="14"/>
              </w:rPr>
            </w:r>
          </w:p>
          <w:p>
            <w:pPr>
              <w:spacing w:after="26" w:line="240" w:lineRule="auto"/>
            </w:pPr>
            <w:r>
              <w:rPr>
                <w:rFonts w:ascii="Tinos" w:hAnsi="Tinos"/>
                <w:sz w:val="14"/>
              </w:rPr>
              <w:t>Post-loss adaptation burden should be predicted partly by the number, importance, and substitutability of functions disrupted by a loss, not merely by category of loss.</w:t>
            </w:r>
          </w:p>
          <w:p>
            <w:pPr>
              <w:spacing w:after="26" w:line="240" w:lineRule="auto"/>
            </w:pPr>
            <w:r>
              <w:rPr>
                <w:rFonts w:ascii="Tinos" w:hAnsi="Tinos"/>
                <w:sz w:val="14"/>
              </w:rPr>
            </w:r>
          </w:p>
          <w:p>
            <w:pPr>
              <w:spacing w:after="26" w:line="240" w:lineRule="auto"/>
            </w:pPr>
            <w:r>
              <w:rPr>
                <w:rFonts w:ascii="Tinos" w:hAnsi="Tinos"/>
                <w:b/>
                <w:sz w:val="14"/>
              </w:rPr>
              <w:t>Hypothesis 2: Social-resource hypothesis</w:t>
            </w:r>
          </w:p>
          <w:p>
            <w:pPr>
              <w:spacing w:after="26" w:line="240" w:lineRule="auto"/>
            </w:pPr>
            <w:r>
              <w:rPr>
                <w:rFonts w:ascii="Tinos" w:hAnsi="Tinos"/>
                <w:sz w:val="14"/>
              </w:rPr>
            </w:r>
          </w:p>
          <w:p>
            <w:pPr>
              <w:spacing w:after="26" w:line="240" w:lineRule="auto"/>
            </w:pPr>
            <w:r>
              <w:rPr>
                <w:rFonts w:ascii="Tinos" w:hAnsi="Tinos"/>
                <w:sz w:val="14"/>
              </w:rPr>
              <w:t>Where a relationship carried a high proportion of practical, emotional, identity, or regulatory functions, its loss should generate greater grief-load than relationships carrying fewer such functions, other factors being comparable.</w:t>
            </w:r>
          </w:p>
          <w:p>
            <w:pPr>
              <w:spacing w:after="26" w:line="240" w:lineRule="auto"/>
            </w:pPr>
            <w:r>
              <w:rPr>
                <w:rFonts w:ascii="Tinos" w:hAnsi="Tinos"/>
                <w:sz w:val="14"/>
              </w:rPr>
            </w:r>
          </w:p>
          <w:p>
            <w:pPr>
              <w:spacing w:after="26" w:line="240" w:lineRule="auto"/>
            </w:pPr>
            <w:r>
              <w:rPr>
                <w:rFonts w:ascii="Tinos" w:hAnsi="Tinos"/>
                <w:b/>
                <w:sz w:val="14"/>
              </w:rPr>
              <w:t>Hypothesis 3: Nostalgic integration hypothesis</w:t>
            </w:r>
          </w:p>
          <w:p>
            <w:pPr>
              <w:spacing w:after="26" w:line="240" w:lineRule="auto"/>
            </w:pPr>
            <w:r>
              <w:rPr>
                <w:rFonts w:ascii="Tinos" w:hAnsi="Tinos"/>
                <w:sz w:val="14"/>
              </w:rPr>
            </w:r>
          </w:p>
          <w:p>
            <w:pPr>
              <w:spacing w:after="26" w:line="240" w:lineRule="auto"/>
            </w:pPr>
            <w:r>
              <w:rPr>
                <w:rFonts w:ascii="Tinos" w:hAnsi="Tinos"/>
                <w:sz w:val="14"/>
              </w:rPr>
              <w:t>Nostalgia should be more adaptive where it helps identify transferable values, qualities, and functions and less adaptive where it strengthens demand for exact historical restoration.</w:t>
            </w:r>
          </w:p>
          <w:p>
            <w:pPr>
              <w:spacing w:after="26" w:line="240" w:lineRule="auto"/>
            </w:pPr>
            <w:r>
              <w:rPr>
                <w:rFonts w:ascii="Tinos" w:hAnsi="Tinos"/>
                <w:sz w:val="14"/>
              </w:rPr>
            </w:r>
          </w:p>
          <w:p>
            <w:pPr>
              <w:spacing w:after="26" w:line="240" w:lineRule="auto"/>
            </w:pPr>
            <w:r>
              <w:rPr>
                <w:rFonts w:ascii="Tinos" w:hAnsi="Tinos"/>
                <w:b/>
                <w:sz w:val="14"/>
              </w:rPr>
              <w:t>Hypothesis 4: Resource-contention hypothesis</w:t>
            </w:r>
          </w:p>
          <w:p>
            <w:pPr>
              <w:spacing w:after="26" w:line="240" w:lineRule="auto"/>
            </w:pPr>
            <w:r>
              <w:rPr>
                <w:rFonts w:ascii="Tinos" w:hAnsi="Tinos"/>
                <w:sz w:val="14"/>
              </w:rPr>
            </w:r>
          </w:p>
          <w:p>
            <w:pPr>
              <w:spacing w:after="26" w:line="240" w:lineRule="auto"/>
            </w:pPr>
            <w:r>
              <w:rPr>
                <w:rFonts w:ascii="Tinos" w:hAnsi="Tinos"/>
                <w:sz w:val="14"/>
              </w:rPr>
              <w:t>Greater grief-load should predict increased conflict between everyday regulatory demands where available social, financial, cognitive, or practical resources are constrained.</w:t>
            </w:r>
          </w:p>
          <w:p>
            <w:pPr>
              <w:spacing w:after="26" w:line="240" w:lineRule="auto"/>
            </w:pPr>
            <w:r>
              <w:rPr>
                <w:rFonts w:ascii="Tinos" w:hAnsi="Tinos"/>
                <w:sz w:val="14"/>
              </w:rPr>
            </w:r>
          </w:p>
          <w:p>
            <w:pPr>
              <w:spacing w:after="26" w:line="240" w:lineRule="auto"/>
            </w:pPr>
            <w:r>
              <w:rPr>
                <w:rFonts w:ascii="Tinos" w:hAnsi="Tinos"/>
                <w:b/>
                <w:sz w:val="14"/>
              </w:rPr>
              <w:t>Hypothesis 5: Persuasion vulnerability hypothesis</w:t>
            </w:r>
          </w:p>
          <w:p>
            <w:pPr>
              <w:spacing w:after="26" w:line="240" w:lineRule="auto"/>
            </w:pPr>
            <w:r>
              <w:rPr>
                <w:rFonts w:ascii="Tinos" w:hAnsi="Tinos"/>
                <w:sz w:val="14"/>
              </w:rPr>
            </w:r>
          </w:p>
          <w:p>
            <w:pPr>
              <w:spacing w:after="26" w:line="240" w:lineRule="auto"/>
            </w:pPr>
            <w:r>
              <w:rPr>
                <w:rFonts w:ascii="Tinos" w:hAnsi="Tinos"/>
                <w:sz w:val="14"/>
              </w:rPr>
              <w:t>Messages linking a proposed action to a function made salient by recent loss should exert greater influence than emotionally similar messages unrelated to the disrupted function.</w:t>
            </w:r>
          </w:p>
          <w:p>
            <w:pPr>
              <w:spacing w:after="26" w:line="240" w:lineRule="auto"/>
            </w:pPr>
            <w:r>
              <w:rPr>
                <w:rFonts w:ascii="Tinos" w:hAnsi="Tinos"/>
                <w:sz w:val="14"/>
              </w:rPr>
            </w:r>
          </w:p>
          <w:p>
            <w:pPr>
              <w:spacing w:after="26" w:line="240" w:lineRule="auto"/>
            </w:pPr>
            <w:r>
              <w:rPr>
                <w:rFonts w:ascii="Tinos" w:hAnsi="Tinos"/>
                <w:b/>
                <w:sz w:val="14"/>
              </w:rPr>
              <w:t>Hypothesis 6: Emotional-decoupling hypothesis</w:t>
            </w:r>
          </w:p>
          <w:p>
            <w:pPr>
              <w:spacing w:after="26" w:line="240" w:lineRule="auto"/>
            </w:pPr>
            <w:r>
              <w:rPr>
                <w:rFonts w:ascii="Tinos" w:hAnsi="Tinos"/>
                <w:sz w:val="14"/>
              </w:rPr>
            </w:r>
          </w:p>
          <w:p>
            <w:pPr>
              <w:spacing w:after="26" w:line="240" w:lineRule="auto"/>
            </w:pPr>
            <w:r>
              <w:rPr>
                <w:rFonts w:ascii="Tinos" w:hAnsi="Tinos"/>
                <w:sz w:val="14"/>
              </w:rPr>
              <w:t>Teaching individuals to distinguish:</w:t>
            </w:r>
          </w:p>
          <w:p>
            <w:pPr>
              <w:spacing w:after="26" w:line="240" w:lineRule="auto"/>
            </w:pPr>
            <w:r>
              <w:rPr>
                <w:rFonts w:ascii="Tinos" w:hAnsi="Tinos"/>
                <w:sz w:val="14"/>
              </w:rPr>
            </w:r>
          </w:p>
          <w:p>
            <w:pPr>
              <w:spacing w:after="26" w:line="240" w:lineRule="auto"/>
            </w:pPr>
            <w:r>
              <w:rPr>
                <w:rFonts w:ascii="Tinos" w:hAnsi="Tinos"/>
                <w:sz w:val="14"/>
              </w:rPr>
              <w:t>emotion</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interpretation</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proposed action</w:t>
            </w:r>
          </w:p>
          <w:p>
            <w:pPr>
              <w:spacing w:after="26" w:line="240" w:lineRule="auto"/>
            </w:pPr>
            <w:r>
              <w:rPr>
                <w:rFonts w:ascii="Tinos" w:hAnsi="Tinos"/>
                <w:sz w:val="14"/>
              </w:rPr>
            </w:r>
          </w:p>
          <w:p>
            <w:pPr>
              <w:spacing w:after="26" w:line="240" w:lineRule="auto"/>
            </w:pPr>
            <w:r>
              <w:rPr>
                <w:rFonts w:ascii="Tinos" w:hAnsi="Tinos"/>
                <w:sz w:val="14"/>
              </w:rPr>
              <w:t>should reduce inappropriate behavioural compliance without necessarily reducing the original emotional state.</w:t>
            </w:r>
          </w:p>
          <w:p>
            <w:pPr>
              <w:spacing w:after="26" w:line="240" w:lineRule="auto"/>
            </w:pPr>
            <w:r>
              <w:rPr>
                <w:rFonts w:ascii="Tinos" w:hAnsi="Tinos"/>
                <w:sz w:val="14"/>
              </w:rPr>
            </w:r>
          </w:p>
          <w:p>
            <w:pPr>
              <w:spacing w:after="26" w:line="240" w:lineRule="auto"/>
            </w:pPr>
            <w:r>
              <w:rPr>
                <w:rFonts w:ascii="Tinos" w:hAnsi="Tinos"/>
                <w:b/>
                <w:sz w:val="14"/>
              </w:rPr>
              <w:t>Hypothesis 7: Supplementation hypothesis</w:t>
            </w:r>
          </w:p>
          <w:p>
            <w:pPr>
              <w:spacing w:after="26" w:line="240" w:lineRule="auto"/>
            </w:pPr>
            <w:r>
              <w:rPr>
                <w:rFonts w:ascii="Tinos" w:hAnsi="Tinos"/>
                <w:sz w:val="14"/>
              </w:rPr>
            </w:r>
          </w:p>
          <w:p>
            <w:pPr>
              <w:spacing w:after="26" w:line="240" w:lineRule="auto"/>
            </w:pPr>
            <w:r>
              <w:rPr>
                <w:rFonts w:ascii="Tinos" w:hAnsi="Tinos"/>
                <w:sz w:val="14"/>
              </w:rPr>
              <w:t>Interventions helping people identify specific functions and qualities associated with what was lost may support restoration while allowing continuing bonds to remain intact.</w:t>
            </w:r>
          </w:p>
          <w:p>
            <w:pPr>
              <w:spacing w:after="26" w:line="240" w:lineRule="auto"/>
            </w:pPr>
            <w:r>
              <w:rPr>
                <w:rFonts w:ascii="Tinos" w:hAnsi="Tinos"/>
                <w:sz w:val="14"/>
              </w:rPr>
            </w:r>
          </w:p>
          <w:p>
            <w:pPr>
              <w:spacing w:after="26" w:line="240" w:lineRule="auto"/>
            </w:pPr>
            <w:r>
              <w:rPr>
                <w:rFonts w:ascii="Tinos" w:hAnsi="Tinos"/>
                <w:b/>
                <w:sz w:val="14"/>
              </w:rPr>
              <w:t>Hypothesis 8: Care-regulation hypothesis</w:t>
            </w:r>
          </w:p>
          <w:p>
            <w:pPr>
              <w:spacing w:after="26" w:line="240" w:lineRule="auto"/>
            </w:pPr>
            <w:r>
              <w:rPr>
                <w:rFonts w:ascii="Tinos" w:hAnsi="Tinos"/>
                <w:sz w:val="14"/>
              </w:rPr>
            </w:r>
          </w:p>
          <w:p>
            <w:pPr>
              <w:spacing w:after="26" w:line="240" w:lineRule="auto"/>
            </w:pPr>
            <w:r>
              <w:rPr>
                <w:rFonts w:ascii="Tinos" w:hAnsi="Tinos"/>
                <w:sz w:val="14"/>
              </w:rPr>
              <w:t>Support should produce better outcomes when responsive to the recipient's actual need and capacity than when driven primarily by the helper's urgency to eliminate visible distress.</w:t>
            </w:r>
          </w:p>
          <w:p>
            <w:pPr>
              <w:spacing w:after="26" w:line="240" w:lineRule="auto"/>
            </w:pPr>
            <w:r>
              <w:rPr>
                <w:rFonts w:ascii="Tinos" w:hAnsi="Tinos"/>
                <w:sz w:val="14"/>
              </w:rPr>
            </w:r>
          </w:p>
          <w:p>
            <w:pPr>
              <w:spacing w:after="26" w:line="240" w:lineRule="auto"/>
            </w:pPr>
            <w:r>
              <w:rPr>
                <w:rFonts w:ascii="Tinos" w:hAnsi="Tinos"/>
                <w:b/>
                <w:sz w:val="14"/>
              </w:rPr>
              <w:t>Hypothesis 9: Cross-resolution convergence hypothesis</w:t>
            </w:r>
          </w:p>
          <w:p>
            <w:pPr>
              <w:spacing w:after="26" w:line="240" w:lineRule="auto"/>
            </w:pPr>
            <w:r>
              <w:rPr>
                <w:rFonts w:ascii="Tinos" w:hAnsi="Tinos"/>
                <w:sz w:val="14"/>
              </w:rPr>
            </w:r>
          </w:p>
          <w:p>
            <w:pPr>
              <w:spacing w:after="26" w:line="240" w:lineRule="auto"/>
            </w:pPr>
            <w:r>
              <w:rPr>
                <w:rFonts w:ascii="Tinos" w:hAnsi="Tinos"/>
                <w:sz w:val="14"/>
              </w:rPr>
              <w:t>Explanations supported independently across behavioural, relational, physiological, and longitudinal evidence streams should prove more robust than explanations supported by repeated observations within only one evidence class.</w:t>
            </w:r>
          </w:p>
          <w:p>
            <w:pPr>
              <w:spacing w:after="26" w:line="240" w:lineRule="auto"/>
            </w:pPr>
            <w:r>
              <w:rPr>
                <w:rFonts w:ascii="Tinos" w:hAnsi="Tinos"/>
                <w:sz w:val="14"/>
              </w:rPr>
            </w:r>
          </w:p>
          <w:p>
            <w:pPr>
              <w:spacing w:after="26" w:line="240" w:lineRule="auto"/>
            </w:pPr>
            <w:r>
              <w:rPr>
                <w:rFonts w:ascii="Tinos" w:hAnsi="Tinos"/>
                <w:sz w:val="14"/>
              </w:rPr>
              <w:t>Each prediction can fail.</w:t>
            </w:r>
          </w:p>
          <w:p>
            <w:pPr>
              <w:spacing w:after="26" w:line="240" w:lineRule="auto"/>
            </w:pPr>
            <w:r>
              <w:rPr>
                <w:rFonts w:ascii="Tinos" w:hAnsi="Tinos"/>
                <w:sz w:val="14"/>
              </w:rPr>
            </w:r>
          </w:p>
          <w:p>
            <w:pPr>
              <w:spacing w:after="26" w:line="240" w:lineRule="auto"/>
            </w:pPr>
            <w:r>
              <w:rPr>
                <w:rFonts w:ascii="Tinos" w:hAnsi="Tinos"/>
                <w:sz w:val="14"/>
              </w:rPr>
              <w:t>If evidence contradicts it, MRRAF should change.</w:t>
            </w:r>
          </w:p>
          <w:p>
            <w:pPr>
              <w:spacing w:after="26" w:line="240" w:lineRule="auto"/>
            </w:pPr>
            <w:r>
              <w:rPr>
                <w:rFonts w:ascii="Tinos" w:hAnsi="Tinos"/>
                <w:sz w:val="14"/>
              </w:rPr>
            </w:r>
          </w:p>
          <w:p>
            <w:pPr>
              <w:spacing w:after="26" w:line="240" w:lineRule="auto"/>
            </w:pPr>
            <w:r>
              <w:rPr>
                <w:rFonts w:ascii="Tinos" w:hAnsi="Tinos"/>
                <w:sz w:val="14"/>
              </w:rPr>
              <w:t>That is part of its intended operation.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29. Testable Predictions</w:t>
            </w:r>
          </w:p>
          <w:p>
            <w:pPr>
              <w:spacing w:after="26" w:line="240" w:lineRule="auto"/>
            </w:pPr>
            <w:r>
              <w:rPr>
                <w:rFonts w:ascii="Tinos" w:hAnsi="Tinos"/>
                <w:sz w:val="14"/>
              </w:rPr>
            </w:r>
          </w:p>
          <w:p>
            <w:pPr>
              <w:spacing w:after="26" w:line="240" w:lineRule="auto"/>
            </w:pPr>
            <w:r>
              <w:rPr>
                <w:rFonts w:ascii="Tinos" w:hAnsi="Tinos"/>
                <w:sz w:val="14"/>
              </w:rPr>
              <w:t>A useful conceptual framework should expose itself to possible failure. LOVE-0 strengthens rather than removes that requirement: a caring model that cannot be corrected can become control.</w:t>
            </w:r>
          </w:p>
          <w:p>
            <w:pPr>
              <w:spacing w:after="26" w:line="240" w:lineRule="auto"/>
            </w:pPr>
            <w:r>
              <w:rPr>
                <w:rFonts w:ascii="Tinos" w:hAnsi="Tinos"/>
                <w:sz w:val="14"/>
              </w:rPr>
            </w:r>
          </w:p>
          <w:p>
            <w:pPr>
              <w:spacing w:after="26" w:line="240" w:lineRule="auto"/>
            </w:pPr>
            <w:r>
              <w:rPr>
                <w:rFonts w:ascii="Tinos" w:hAnsi="Tinos"/>
                <w:sz w:val="14"/>
              </w:rPr>
              <w:t>MRRAF therefore generates testable propositions.</w:t>
            </w:r>
          </w:p>
          <w:p>
            <w:pPr>
              <w:spacing w:after="26" w:line="240" w:lineRule="auto"/>
            </w:pPr>
            <w:r>
              <w:rPr>
                <w:rFonts w:ascii="Tinos" w:hAnsi="Tinos"/>
                <w:sz w:val="14"/>
              </w:rPr>
            </w:r>
          </w:p>
          <w:p>
            <w:pPr>
              <w:spacing w:after="26" w:line="240" w:lineRule="auto"/>
            </w:pPr>
            <w:r>
              <w:rPr>
                <w:rFonts w:ascii="Tinos" w:hAnsi="Tinos"/>
                <w:b/>
                <w:sz w:val="14"/>
              </w:rPr>
              <w:t>Hypothesis 1: Functional-load hypothesis</w:t>
            </w:r>
          </w:p>
          <w:p>
            <w:pPr>
              <w:spacing w:after="26" w:line="240" w:lineRule="auto"/>
            </w:pPr>
            <w:r>
              <w:rPr>
                <w:rFonts w:ascii="Tinos" w:hAnsi="Tinos"/>
                <w:sz w:val="14"/>
              </w:rPr>
            </w:r>
          </w:p>
          <w:p>
            <w:pPr>
              <w:spacing w:after="26" w:line="240" w:lineRule="auto"/>
            </w:pPr>
            <w:r>
              <w:rPr>
                <w:rFonts w:ascii="Tinos" w:hAnsi="Tinos"/>
                <w:sz w:val="14"/>
              </w:rPr>
              <w:t>Post-loss adaptation burden should be predicted partly by the number, importance, and substitutability of functions disrupted by a loss, not merely by category of loss.</w:t>
            </w:r>
          </w:p>
          <w:p>
            <w:pPr>
              <w:spacing w:after="26" w:line="240" w:lineRule="auto"/>
            </w:pPr>
            <w:r>
              <w:rPr>
                <w:rFonts w:ascii="Tinos" w:hAnsi="Tinos"/>
                <w:sz w:val="14"/>
              </w:rPr>
            </w:r>
          </w:p>
          <w:p>
            <w:pPr>
              <w:spacing w:after="26" w:line="240" w:lineRule="auto"/>
            </w:pPr>
            <w:r>
              <w:rPr>
                <w:rFonts w:ascii="Tinos" w:hAnsi="Tinos"/>
                <w:sz w:val="14"/>
              </w:rPr>
              <w:t>LOVE-0 contrast: the relevant functions should be identified with the affected person's perspective rather than assumed entirely by observers.</w:t>
            </w:r>
          </w:p>
          <w:p>
            <w:pPr>
              <w:spacing w:after="26" w:line="240" w:lineRule="auto"/>
            </w:pPr>
            <w:r>
              <w:rPr>
                <w:rFonts w:ascii="Tinos" w:hAnsi="Tinos"/>
                <w:sz w:val="14"/>
              </w:rPr>
            </w:r>
          </w:p>
          <w:p>
            <w:pPr>
              <w:spacing w:after="26" w:line="240" w:lineRule="auto"/>
            </w:pPr>
            <w:r>
              <w:rPr>
                <w:rFonts w:ascii="Tinos" w:hAnsi="Tinos"/>
                <w:b/>
                <w:sz w:val="14"/>
              </w:rPr>
              <w:t>Hypothesis 2: Social-resource hypothesis</w:t>
            </w:r>
          </w:p>
          <w:p>
            <w:pPr>
              <w:spacing w:after="26" w:line="240" w:lineRule="auto"/>
            </w:pPr>
            <w:r>
              <w:rPr>
                <w:rFonts w:ascii="Tinos" w:hAnsi="Tinos"/>
                <w:sz w:val="14"/>
              </w:rPr>
            </w:r>
          </w:p>
          <w:p>
            <w:pPr>
              <w:spacing w:after="26" w:line="240" w:lineRule="auto"/>
            </w:pPr>
            <w:r>
              <w:rPr>
                <w:rFonts w:ascii="Tinos" w:hAnsi="Tinos"/>
                <w:sz w:val="14"/>
              </w:rPr>
              <w:t>Where a relationship carried a high proportion of practical, emotional, identity, or regulatory functions, its loss should generate greater grief-load than relationships carrying fewer such functions, other factors being comparable.</w:t>
            </w:r>
          </w:p>
          <w:p>
            <w:pPr>
              <w:spacing w:after="26" w:line="240" w:lineRule="auto"/>
            </w:pPr>
            <w:r>
              <w:rPr>
                <w:rFonts w:ascii="Tinos" w:hAnsi="Tinos"/>
                <w:sz w:val="14"/>
              </w:rPr>
            </w:r>
          </w:p>
          <w:p>
            <w:pPr>
              <w:spacing w:after="26" w:line="240" w:lineRule="auto"/>
            </w:pPr>
            <w:r>
              <w:rPr>
                <w:rFonts w:ascii="Tinos" w:hAnsi="Tinos"/>
                <w:sz w:val="14"/>
              </w:rPr>
              <w:t>LOVE-0 contrast: shared function should be measured without reducing a partner to a resource owned by the survivor.</w:t>
            </w:r>
          </w:p>
          <w:p>
            <w:pPr>
              <w:spacing w:after="26" w:line="240" w:lineRule="auto"/>
            </w:pPr>
            <w:r>
              <w:rPr>
                <w:rFonts w:ascii="Tinos" w:hAnsi="Tinos"/>
                <w:sz w:val="14"/>
              </w:rPr>
            </w:r>
          </w:p>
          <w:p>
            <w:pPr>
              <w:spacing w:after="26" w:line="240" w:lineRule="auto"/>
            </w:pPr>
            <w:r>
              <w:rPr>
                <w:rFonts w:ascii="Tinos" w:hAnsi="Tinos"/>
                <w:b/>
                <w:sz w:val="14"/>
              </w:rPr>
              <w:t>Hypothesis 3: Nostalgic integration hypothesis</w:t>
            </w:r>
          </w:p>
          <w:p>
            <w:pPr>
              <w:spacing w:after="26" w:line="240" w:lineRule="auto"/>
            </w:pPr>
            <w:r>
              <w:rPr>
                <w:rFonts w:ascii="Tinos" w:hAnsi="Tinos"/>
                <w:sz w:val="14"/>
              </w:rPr>
            </w:r>
          </w:p>
          <w:p>
            <w:pPr>
              <w:spacing w:after="26" w:line="240" w:lineRule="auto"/>
            </w:pPr>
            <w:r>
              <w:rPr>
                <w:rFonts w:ascii="Tinos" w:hAnsi="Tinos"/>
                <w:sz w:val="14"/>
              </w:rPr>
              <w:t>Nostalgia should be more adaptive where it helps identify transferable values, qualities, and functions and less adaptive where it strengthens demand for exact historical restoration.</w:t>
            </w:r>
          </w:p>
          <w:p>
            <w:pPr>
              <w:spacing w:after="26" w:line="240" w:lineRule="auto"/>
            </w:pPr>
            <w:r>
              <w:rPr>
                <w:rFonts w:ascii="Tinos" w:hAnsi="Tinos"/>
                <w:sz w:val="14"/>
              </w:rPr>
            </w:r>
          </w:p>
          <w:p>
            <w:pPr>
              <w:spacing w:after="26" w:line="240" w:lineRule="auto"/>
            </w:pPr>
            <w:r>
              <w:rPr>
                <w:rFonts w:ascii="Tinos" w:hAnsi="Tinos"/>
                <w:sz w:val="14"/>
              </w:rPr>
              <w:t>LOVE-0 contrast: adaptive nostalgia should increase rather than decrease the capacity to see new people and conditions as independent rather than as failed replicas of the past.</w:t>
            </w:r>
          </w:p>
          <w:p>
            <w:pPr>
              <w:spacing w:after="26" w:line="240" w:lineRule="auto"/>
            </w:pPr>
            <w:r>
              <w:rPr>
                <w:rFonts w:ascii="Tinos" w:hAnsi="Tinos"/>
                <w:sz w:val="14"/>
              </w:rPr>
            </w:r>
          </w:p>
          <w:p>
            <w:pPr>
              <w:spacing w:after="26" w:line="240" w:lineRule="auto"/>
            </w:pPr>
            <w:r>
              <w:rPr>
                <w:rFonts w:ascii="Tinos" w:hAnsi="Tinos"/>
                <w:b/>
                <w:sz w:val="14"/>
              </w:rPr>
              <w:t>Hypothesis 4: Resource-contention hypothesis</w:t>
            </w:r>
          </w:p>
          <w:p>
            <w:pPr>
              <w:spacing w:after="26" w:line="240" w:lineRule="auto"/>
            </w:pPr>
            <w:r>
              <w:rPr>
                <w:rFonts w:ascii="Tinos" w:hAnsi="Tinos"/>
                <w:sz w:val="14"/>
              </w:rPr>
            </w:r>
          </w:p>
          <w:p>
            <w:pPr>
              <w:spacing w:after="26" w:line="240" w:lineRule="auto"/>
            </w:pPr>
            <w:r>
              <w:rPr>
                <w:rFonts w:ascii="Tinos" w:hAnsi="Tinos"/>
                <w:sz w:val="14"/>
              </w:rPr>
              <w:t>Greater grief-load should predict increased conflict between everyday regulatory demands where available social, financial, cognitive, or practical resources are constrained.</w:t>
            </w:r>
          </w:p>
          <w:p>
            <w:pPr>
              <w:spacing w:after="26" w:line="240" w:lineRule="auto"/>
            </w:pPr>
            <w:r>
              <w:rPr>
                <w:rFonts w:ascii="Tinos" w:hAnsi="Tinos"/>
                <w:sz w:val="14"/>
              </w:rPr>
            </w:r>
          </w:p>
          <w:p>
            <w:pPr>
              <w:spacing w:after="26" w:line="240" w:lineRule="auto"/>
            </w:pPr>
            <w:r>
              <w:rPr>
                <w:rFonts w:ascii="Tinos" w:hAnsi="Tinos"/>
                <w:sz w:val="14"/>
              </w:rPr>
              <w:t>LOVE-0 contrast: proportionate support and reduced coercive demand may lower secondary contention even when the original loss cannot be reversed.</w:t>
            </w:r>
          </w:p>
          <w:p>
            <w:pPr>
              <w:spacing w:after="26" w:line="240" w:lineRule="auto"/>
            </w:pPr>
            <w:r>
              <w:rPr>
                <w:rFonts w:ascii="Tinos" w:hAnsi="Tinos"/>
                <w:sz w:val="14"/>
              </w:rPr>
            </w:r>
          </w:p>
          <w:p>
            <w:pPr>
              <w:spacing w:after="26" w:line="240" w:lineRule="auto"/>
            </w:pPr>
            <w:r>
              <w:rPr>
                <w:rFonts w:ascii="Tinos" w:hAnsi="Tinos"/>
                <w:b/>
                <w:sz w:val="14"/>
              </w:rPr>
              <w:t>Hypothesis 5: Persuasion vulnerability hypothesis</w:t>
            </w:r>
          </w:p>
          <w:p>
            <w:pPr>
              <w:spacing w:after="26" w:line="240" w:lineRule="auto"/>
            </w:pPr>
            <w:r>
              <w:rPr>
                <w:rFonts w:ascii="Tinos" w:hAnsi="Tinos"/>
                <w:sz w:val="14"/>
              </w:rPr>
            </w:r>
          </w:p>
          <w:p>
            <w:pPr>
              <w:spacing w:after="26" w:line="240" w:lineRule="auto"/>
            </w:pPr>
            <w:r>
              <w:rPr>
                <w:rFonts w:ascii="Tinos" w:hAnsi="Tinos"/>
                <w:sz w:val="14"/>
              </w:rPr>
              <w:t>Messages linking a proposed action to a function made salient by recent loss should exert greater influence than emotionally similar messages unrelated to the disrupted function.</w:t>
            </w:r>
          </w:p>
          <w:p>
            <w:pPr>
              <w:spacing w:after="26" w:line="240" w:lineRule="auto"/>
            </w:pPr>
            <w:r>
              <w:rPr>
                <w:rFonts w:ascii="Tinos" w:hAnsi="Tinos"/>
                <w:sz w:val="14"/>
              </w:rPr>
            </w:r>
          </w:p>
          <w:p>
            <w:pPr>
              <w:spacing w:after="26" w:line="240" w:lineRule="auto"/>
            </w:pPr>
            <w:r>
              <w:rPr>
                <w:rFonts w:ascii="Tinos" w:hAnsi="Tinos"/>
                <w:sz w:val="14"/>
              </w:rPr>
              <w:t>LOVE-0 contrast: separating cause from channel, adding delay where safe, and checking power and reversibility should reduce misdirected compliance.</w:t>
            </w:r>
          </w:p>
          <w:p>
            <w:pPr>
              <w:spacing w:after="26" w:line="240" w:lineRule="auto"/>
            </w:pPr>
            <w:r>
              <w:rPr>
                <w:rFonts w:ascii="Tinos" w:hAnsi="Tinos"/>
                <w:sz w:val="14"/>
              </w:rPr>
            </w:r>
          </w:p>
          <w:p>
            <w:pPr>
              <w:spacing w:after="26" w:line="240" w:lineRule="auto"/>
            </w:pPr>
            <w:r>
              <w:rPr>
                <w:rFonts w:ascii="Tinos" w:hAnsi="Tinos"/>
                <w:b/>
                <w:sz w:val="14"/>
              </w:rPr>
              <w:t>Hypothesis 6: Emotional-decoupling hypothesis</w:t>
            </w:r>
          </w:p>
          <w:p>
            <w:pPr>
              <w:spacing w:after="26" w:line="240" w:lineRule="auto"/>
            </w:pPr>
            <w:r>
              <w:rPr>
                <w:rFonts w:ascii="Tinos" w:hAnsi="Tinos"/>
                <w:sz w:val="14"/>
              </w:rPr>
            </w:r>
          </w:p>
          <w:p>
            <w:pPr>
              <w:spacing w:after="26" w:line="240" w:lineRule="auto"/>
            </w:pPr>
            <w:r>
              <w:rPr>
                <w:rFonts w:ascii="Tinos" w:hAnsi="Tinos"/>
                <w:sz w:val="14"/>
              </w:rPr>
              <w:t>Teaching individuals to distinguish:</w:t>
            </w:r>
          </w:p>
          <w:p>
            <w:pPr>
              <w:spacing w:after="26" w:line="240" w:lineRule="auto"/>
            </w:pPr>
            <w:r>
              <w:rPr>
                <w:rFonts w:ascii="Tinos" w:hAnsi="Tinos"/>
                <w:sz w:val="14"/>
              </w:rPr>
            </w:r>
          </w:p>
          <w:p>
            <w:pPr>
              <w:spacing w:after="26" w:line="240" w:lineRule="auto"/>
            </w:pPr>
            <w:r>
              <w:rPr>
                <w:rFonts w:ascii="Tinos" w:hAnsi="Tinos"/>
                <w:sz w:val="14"/>
              </w:rPr>
              <w:t>emotion</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interpretation</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proposed action</w:t>
            </w:r>
          </w:p>
          <w:p>
            <w:pPr>
              <w:spacing w:after="26" w:line="240" w:lineRule="auto"/>
            </w:pPr>
            <w:r>
              <w:rPr>
                <w:rFonts w:ascii="Tinos" w:hAnsi="Tinos"/>
                <w:sz w:val="14"/>
              </w:rPr>
            </w:r>
          </w:p>
          <w:p>
            <w:pPr>
              <w:spacing w:after="26" w:line="240" w:lineRule="auto"/>
            </w:pPr>
            <w:r>
              <w:rPr>
                <w:rFonts w:ascii="Tinos" w:hAnsi="Tinos"/>
                <w:sz w:val="14"/>
              </w:rPr>
              <w:t>should reduce inappropriate behavioural compliance without necessarily reducing the original emotional state.</w:t>
            </w:r>
          </w:p>
          <w:p>
            <w:pPr>
              <w:spacing w:after="26" w:line="240" w:lineRule="auto"/>
            </w:pPr>
            <w:r>
              <w:rPr>
                <w:rFonts w:ascii="Tinos" w:hAnsi="Tinos"/>
                <w:sz w:val="14"/>
              </w:rPr>
            </w:r>
          </w:p>
          <w:p>
            <w:pPr>
              <w:spacing w:after="26" w:line="240" w:lineRule="auto"/>
            </w:pPr>
            <w:r>
              <w:rPr>
                <w:rFonts w:ascii="Tinos" w:hAnsi="Tinos"/>
                <w:sz w:val="14"/>
              </w:rPr>
              <w:t>LOVE-0 contrast: this separation should preserve rather than invalidate the person's feeling.</w:t>
            </w:r>
          </w:p>
          <w:p>
            <w:pPr>
              <w:spacing w:after="26" w:line="240" w:lineRule="auto"/>
            </w:pPr>
            <w:r>
              <w:rPr>
                <w:rFonts w:ascii="Tinos" w:hAnsi="Tinos"/>
                <w:sz w:val="14"/>
              </w:rPr>
            </w:r>
          </w:p>
          <w:p>
            <w:pPr>
              <w:spacing w:after="26" w:line="240" w:lineRule="auto"/>
            </w:pPr>
            <w:r>
              <w:rPr>
                <w:rFonts w:ascii="Tinos" w:hAnsi="Tinos"/>
                <w:b/>
                <w:sz w:val="14"/>
              </w:rPr>
              <w:t>Hypothesis 7: Supplementation hypothesis</w:t>
            </w:r>
          </w:p>
          <w:p>
            <w:pPr>
              <w:spacing w:after="26" w:line="240" w:lineRule="auto"/>
            </w:pPr>
            <w:r>
              <w:rPr>
                <w:rFonts w:ascii="Tinos" w:hAnsi="Tinos"/>
                <w:sz w:val="14"/>
              </w:rPr>
            </w:r>
          </w:p>
          <w:p>
            <w:pPr>
              <w:spacing w:after="26" w:line="240" w:lineRule="auto"/>
            </w:pPr>
            <w:r>
              <w:rPr>
                <w:rFonts w:ascii="Tinos" w:hAnsi="Tinos"/>
                <w:sz w:val="14"/>
              </w:rPr>
              <w:t>Interventions helping people identify specific functions and qualities associated with what was lost may support restoration while allowing continuing bonds to remain intact.</w:t>
            </w:r>
          </w:p>
          <w:p>
            <w:pPr>
              <w:spacing w:after="26" w:line="240" w:lineRule="auto"/>
            </w:pPr>
            <w:r>
              <w:rPr>
                <w:rFonts w:ascii="Tinos" w:hAnsi="Tinos"/>
                <w:sz w:val="14"/>
              </w:rPr>
            </w:r>
          </w:p>
          <w:p>
            <w:pPr>
              <w:spacing w:after="26" w:line="240" w:lineRule="auto"/>
            </w:pPr>
            <w:r>
              <w:rPr>
                <w:rFonts w:ascii="Tinos" w:hAnsi="Tinos"/>
                <w:sz w:val="14"/>
              </w:rPr>
              <w:t>LOVE-0 contrast: supplementation should not require a new person to surrender independent identity or consent in order to serve as a replacement.</w:t>
            </w:r>
          </w:p>
          <w:p>
            <w:pPr>
              <w:spacing w:after="26" w:line="240" w:lineRule="auto"/>
            </w:pPr>
            <w:r>
              <w:rPr>
                <w:rFonts w:ascii="Tinos" w:hAnsi="Tinos"/>
                <w:sz w:val="14"/>
              </w:rPr>
            </w:r>
          </w:p>
          <w:p>
            <w:pPr>
              <w:spacing w:after="26" w:line="240" w:lineRule="auto"/>
            </w:pPr>
            <w:r>
              <w:rPr>
                <w:rFonts w:ascii="Tinos" w:hAnsi="Tinos"/>
                <w:b/>
                <w:sz w:val="14"/>
              </w:rPr>
              <w:t>Hypothesis 8: Care-regulation hypothesis</w:t>
            </w:r>
          </w:p>
          <w:p>
            <w:pPr>
              <w:spacing w:after="26" w:line="240" w:lineRule="auto"/>
            </w:pPr>
            <w:r>
              <w:rPr>
                <w:rFonts w:ascii="Tinos" w:hAnsi="Tinos"/>
                <w:sz w:val="14"/>
              </w:rPr>
            </w:r>
          </w:p>
          <w:p>
            <w:pPr>
              <w:spacing w:after="26" w:line="240" w:lineRule="auto"/>
            </w:pPr>
            <w:r>
              <w:rPr>
                <w:rFonts w:ascii="Tinos" w:hAnsi="Tinos"/>
                <w:sz w:val="14"/>
              </w:rPr>
              <w:t>Support should produce better outcomes when responsive to the recipient's actual need and capacity than when driven primarily by the helper's urgency to eliminate visible distress.</w:t>
            </w:r>
          </w:p>
          <w:p>
            <w:pPr>
              <w:spacing w:after="26" w:line="240" w:lineRule="auto"/>
            </w:pPr>
            <w:r>
              <w:rPr>
                <w:rFonts w:ascii="Tinos" w:hAnsi="Tinos"/>
                <w:sz w:val="14"/>
              </w:rPr>
            </w:r>
          </w:p>
          <w:p>
            <w:pPr>
              <w:spacing w:after="26" w:line="240" w:lineRule="auto"/>
            </w:pPr>
            <w:r>
              <w:rPr>
                <w:rFonts w:ascii="Tinos" w:hAnsi="Tinos"/>
                <w:sz w:val="14"/>
              </w:rPr>
              <w:t>LOVE-0 contrast: recipient outcome, autonomy preservation, proportionality, and repair performance should be included in evaluation.</w:t>
            </w:r>
          </w:p>
          <w:p>
            <w:pPr>
              <w:spacing w:after="26" w:line="240" w:lineRule="auto"/>
            </w:pPr>
            <w:r>
              <w:rPr>
                <w:rFonts w:ascii="Tinos" w:hAnsi="Tinos"/>
                <w:sz w:val="14"/>
              </w:rPr>
            </w:r>
          </w:p>
          <w:p>
            <w:pPr>
              <w:spacing w:after="26" w:line="240" w:lineRule="auto"/>
            </w:pPr>
            <w:r>
              <w:rPr>
                <w:rFonts w:ascii="Tinos" w:hAnsi="Tinos"/>
                <w:b/>
                <w:sz w:val="14"/>
              </w:rPr>
              <w:t>Hypothesis 9: Cross-resolution convergence hypothesis</w:t>
            </w:r>
          </w:p>
          <w:p>
            <w:pPr>
              <w:spacing w:after="26" w:line="240" w:lineRule="auto"/>
            </w:pPr>
            <w:r>
              <w:rPr>
                <w:rFonts w:ascii="Tinos" w:hAnsi="Tinos"/>
                <w:sz w:val="14"/>
              </w:rPr>
            </w:r>
          </w:p>
          <w:p>
            <w:pPr>
              <w:spacing w:after="26" w:line="240" w:lineRule="auto"/>
            </w:pPr>
            <w:r>
              <w:rPr>
                <w:rFonts w:ascii="Tinos" w:hAnsi="Tinos"/>
                <w:sz w:val="14"/>
              </w:rPr>
              <w:t>Explanations supported independently across behavioural, relational, physiological, and longitudinal evidence streams should prove more robust than explanations supported by repeated observations within only one evidence class.</w:t>
            </w:r>
          </w:p>
          <w:p>
            <w:pPr>
              <w:spacing w:after="26" w:line="240" w:lineRule="auto"/>
            </w:pPr>
            <w:r>
              <w:rPr>
                <w:rFonts w:ascii="Tinos" w:hAnsi="Tinos"/>
                <w:sz w:val="14"/>
              </w:rPr>
            </w:r>
          </w:p>
          <w:p>
            <w:pPr>
              <w:spacing w:after="26" w:line="240" w:lineRule="auto"/>
            </w:pPr>
            <w:r>
              <w:rPr>
                <w:rFonts w:ascii="Tinos" w:hAnsi="Tinos"/>
                <w:sz w:val="14"/>
              </w:rPr>
              <w:t>LOVE-0 contrast: confidence should also be tested against missing lower-power and affected-party perspectives where those perspectives are relevant to the claim.</w:t>
            </w:r>
          </w:p>
          <w:p>
            <w:pPr>
              <w:spacing w:after="26" w:line="240" w:lineRule="auto"/>
            </w:pPr>
            <w:r>
              <w:rPr>
                <w:rFonts w:ascii="Tinos" w:hAnsi="Tinos"/>
                <w:sz w:val="14"/>
              </w:rPr>
            </w:r>
          </w:p>
          <w:p>
            <w:pPr>
              <w:spacing w:after="26" w:line="240" w:lineRule="auto"/>
            </w:pPr>
            <w:r>
              <w:rPr>
                <w:rFonts w:ascii="Tinos" w:hAnsi="Tinos"/>
                <w:sz w:val="14"/>
              </w:rPr>
              <w:t>Each prediction can fail.</w:t>
            </w:r>
          </w:p>
          <w:p>
            <w:pPr>
              <w:spacing w:after="26" w:line="240" w:lineRule="auto"/>
            </w:pPr>
            <w:r>
              <w:rPr>
                <w:rFonts w:ascii="Tinos" w:hAnsi="Tinos"/>
                <w:sz w:val="14"/>
              </w:rPr>
            </w:r>
          </w:p>
          <w:p>
            <w:pPr>
              <w:spacing w:after="26" w:line="240" w:lineRule="auto"/>
            </w:pPr>
            <w:r>
              <w:rPr>
                <w:rFonts w:ascii="Tinos" w:hAnsi="Tinos"/>
                <w:sz w:val="14"/>
              </w:rPr>
              <w:t>If evidence contradicts it, MRRAF should change.</w:t>
            </w:r>
          </w:p>
          <w:p>
            <w:pPr>
              <w:spacing w:after="26" w:line="240" w:lineRule="auto"/>
            </w:pPr>
            <w:r>
              <w:rPr>
                <w:rFonts w:ascii="Tinos" w:hAnsi="Tinos"/>
                <w:sz w:val="14"/>
              </w:rPr>
            </w:r>
          </w:p>
          <w:p>
            <w:pPr>
              <w:spacing w:after="26" w:line="240" w:lineRule="auto"/>
            </w:pPr>
            <w:r>
              <w:rPr>
                <w:rFonts w:ascii="Tinos" w:hAnsi="Tinos"/>
                <w:sz w:val="14"/>
              </w:rPr>
              <w:t>That is part of its intended operation, and LOVE-0 treats the ability to return after error as a design requirement rather than a humiliation.</w:t>
            </w:r>
          </w:p>
        </w:tc>
      </w:tr>
    </w:tbl>
    <w:p>
      <w:pPr>
        <w:spacing w:after="0"/>
      </w:pPr>
    </w:p>
    <w:p>
      <w:pPr>
        <w:pStyle w:val="Heading1"/>
      </w:pPr>
      <w:r>
        <w:t>30. Practical Loss-Resolution Protocol</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30. Practical Loss-Resolution Protocol</w:t>
            </w:r>
          </w:p>
          <w:p>
            <w:pPr>
              <w:spacing w:after="26" w:line="240" w:lineRule="auto"/>
            </w:pPr>
            <w:r>
              <w:rPr>
                <w:rFonts w:ascii="Tinos" w:hAnsi="Tinos"/>
                <w:sz w:val="14"/>
              </w:rPr>
            </w:r>
          </w:p>
          <w:p>
            <w:pPr>
              <w:spacing w:after="26" w:line="240" w:lineRule="auto"/>
            </w:pPr>
            <w:r>
              <w:rPr>
                <w:rFonts w:ascii="Tinos" w:hAnsi="Tinos"/>
                <w:sz w:val="14"/>
              </w:rPr>
              <w:t>MRRAF can be reduced to a human decision sequence.</w:t>
            </w:r>
          </w:p>
          <w:p>
            <w:pPr>
              <w:spacing w:after="26" w:line="240" w:lineRule="auto"/>
            </w:pPr>
            <w:r>
              <w:rPr>
                <w:rFonts w:ascii="Tinos" w:hAnsi="Tinos"/>
                <w:sz w:val="14"/>
              </w:rPr>
            </w:r>
          </w:p>
          <w:p>
            <w:pPr>
              <w:spacing w:after="26" w:line="240" w:lineRule="auto"/>
            </w:pPr>
            <w:r>
              <w:rPr>
                <w:rFonts w:ascii="Tinos" w:hAnsi="Tinos"/>
                <w:b/>
                <w:sz w:val="14"/>
              </w:rPr>
              <w:t>Step 1: Identify the change</w:t>
            </w:r>
          </w:p>
          <w:p>
            <w:pPr>
              <w:spacing w:after="26" w:line="240" w:lineRule="auto"/>
            </w:pPr>
            <w:r>
              <w:rPr>
                <w:rFonts w:ascii="Tinos" w:hAnsi="Tinos"/>
                <w:sz w:val="14"/>
              </w:rPr>
            </w:r>
          </w:p>
          <w:p>
            <w:pPr>
              <w:spacing w:after="26" w:line="240" w:lineRule="auto"/>
            </w:pPr>
            <w:r>
              <w:rPr>
                <w:rFonts w:ascii="Tinos" w:hAnsi="Tinos"/>
                <w:sz w:val="14"/>
              </w:rPr>
              <w:t>What exactly changed?</w:t>
            </w:r>
          </w:p>
          <w:p>
            <w:pPr>
              <w:spacing w:after="26" w:line="240" w:lineRule="auto"/>
            </w:pPr>
            <w:r>
              <w:rPr>
                <w:rFonts w:ascii="Tinos" w:hAnsi="Tinos"/>
                <w:sz w:val="14"/>
              </w:rPr>
            </w:r>
          </w:p>
          <w:p>
            <w:pPr>
              <w:spacing w:after="26" w:line="240" w:lineRule="auto"/>
            </w:pPr>
            <w:r>
              <w:rPr>
                <w:rFonts w:ascii="Tinos" w:hAnsi="Tinos"/>
                <w:sz w:val="14"/>
              </w:rPr>
              <w:t>Avoid beginning with interpretation.</w:t>
            </w:r>
          </w:p>
          <w:p>
            <w:pPr>
              <w:spacing w:after="26" w:line="240" w:lineRule="auto"/>
            </w:pPr>
            <w:r>
              <w:rPr>
                <w:rFonts w:ascii="Tinos" w:hAnsi="Tinos"/>
                <w:sz w:val="14"/>
              </w:rPr>
            </w:r>
          </w:p>
          <w:p>
            <w:pPr>
              <w:spacing w:after="26" w:line="240" w:lineRule="auto"/>
            </w:pPr>
            <w:r>
              <w:rPr>
                <w:rFonts w:ascii="Tinos" w:hAnsi="Tinos"/>
                <w:b/>
                <w:sz w:val="14"/>
              </w:rPr>
              <w:t>Step 2: Identify the affected relations</w:t>
            </w:r>
          </w:p>
          <w:p>
            <w:pPr>
              <w:spacing w:after="26" w:line="240" w:lineRule="auto"/>
            </w:pPr>
            <w:r>
              <w:rPr>
                <w:rFonts w:ascii="Tinos" w:hAnsi="Tinos"/>
                <w:sz w:val="14"/>
              </w:rPr>
            </w:r>
          </w:p>
          <w:p>
            <w:pPr>
              <w:spacing w:after="26" w:line="240" w:lineRule="auto"/>
            </w:pPr>
            <w:r>
              <w:rPr>
                <w:rFonts w:ascii="Tinos" w:hAnsi="Tinos"/>
                <w:sz w:val="14"/>
              </w:rPr>
              <w:t>What did the lost person, object, place, role, or state actually provide?</w:t>
            </w:r>
          </w:p>
          <w:p>
            <w:pPr>
              <w:spacing w:after="26" w:line="240" w:lineRule="auto"/>
            </w:pPr>
            <w:r>
              <w:rPr>
                <w:rFonts w:ascii="Tinos" w:hAnsi="Tinos"/>
                <w:sz w:val="14"/>
              </w:rPr>
            </w:r>
          </w:p>
          <w:p>
            <w:pPr>
              <w:spacing w:after="26" w:line="240" w:lineRule="auto"/>
            </w:pPr>
            <w:r>
              <w:rPr>
                <w:rFonts w:ascii="Tinos" w:hAnsi="Tinos"/>
                <w:sz w:val="14"/>
              </w:rPr>
              <w:t>Examples:</w:t>
            </w:r>
          </w:p>
          <w:p>
            <w:pPr>
              <w:spacing w:after="26" w:line="240" w:lineRule="auto"/>
            </w:pPr>
            <w:r>
              <w:rPr>
                <w:rFonts w:ascii="Tinos" w:hAnsi="Tinos"/>
                <w:sz w:val="14"/>
              </w:rPr>
            </w:r>
          </w:p>
          <w:p>
            <w:pPr>
              <w:spacing w:after="26" w:line="240" w:lineRule="auto"/>
            </w:pPr>
            <w:r>
              <w:rPr>
                <w:rFonts w:ascii="Tinos" w:hAnsi="Tinos"/>
                <w:sz w:val="14"/>
              </w:rPr>
              <w:t>- companionship,</w:t>
            </w:r>
          </w:p>
          <w:p>
            <w:pPr>
              <w:spacing w:after="26" w:line="240" w:lineRule="auto"/>
            </w:pPr>
            <w:r>
              <w:rPr>
                <w:rFonts w:ascii="Tinos" w:hAnsi="Tinos"/>
                <w:sz w:val="14"/>
              </w:rPr>
              <w:t>- safety,</w:t>
            </w:r>
          </w:p>
          <w:p>
            <w:pPr>
              <w:spacing w:after="26" w:line="240" w:lineRule="auto"/>
            </w:pPr>
            <w:r>
              <w:rPr>
                <w:rFonts w:ascii="Tinos" w:hAnsi="Tinos"/>
                <w:sz w:val="14"/>
              </w:rPr>
              <w:t>- money,</w:t>
            </w:r>
          </w:p>
          <w:p>
            <w:pPr>
              <w:spacing w:after="26" w:line="240" w:lineRule="auto"/>
            </w:pPr>
            <w:r>
              <w:rPr>
                <w:rFonts w:ascii="Tinos" w:hAnsi="Tinos"/>
                <w:sz w:val="14"/>
              </w:rPr>
              <w:t>- routine,</w:t>
            </w:r>
          </w:p>
          <w:p>
            <w:pPr>
              <w:spacing w:after="26" w:line="240" w:lineRule="auto"/>
            </w:pPr>
            <w:r>
              <w:rPr>
                <w:rFonts w:ascii="Tinos" w:hAnsi="Tinos"/>
                <w:sz w:val="14"/>
              </w:rPr>
              <w:t>- identity,</w:t>
            </w:r>
          </w:p>
          <w:p>
            <w:pPr>
              <w:spacing w:after="26" w:line="240" w:lineRule="auto"/>
            </w:pPr>
            <w:r>
              <w:rPr>
                <w:rFonts w:ascii="Tinos" w:hAnsi="Tinos"/>
                <w:sz w:val="14"/>
              </w:rPr>
              <w:t>- familiarity,</w:t>
            </w:r>
          </w:p>
          <w:p>
            <w:pPr>
              <w:spacing w:after="26" w:line="240" w:lineRule="auto"/>
            </w:pPr>
            <w:r>
              <w:rPr>
                <w:rFonts w:ascii="Tinos" w:hAnsi="Tinos"/>
                <w:sz w:val="14"/>
              </w:rPr>
              <w:t>- validation,</w:t>
            </w:r>
          </w:p>
          <w:p>
            <w:pPr>
              <w:spacing w:after="26" w:line="240" w:lineRule="auto"/>
            </w:pPr>
            <w:r>
              <w:rPr>
                <w:rFonts w:ascii="Tinos" w:hAnsi="Tinos"/>
                <w:sz w:val="14"/>
              </w:rPr>
              <w:t>- physical help,</w:t>
            </w:r>
          </w:p>
          <w:p>
            <w:pPr>
              <w:spacing w:after="26" w:line="240" w:lineRule="auto"/>
            </w:pPr>
            <w:r>
              <w:rPr>
                <w:rFonts w:ascii="Tinos" w:hAnsi="Tinos"/>
                <w:sz w:val="14"/>
              </w:rPr>
              <w:t>- meaning.</w:t>
            </w:r>
          </w:p>
          <w:p>
            <w:pPr>
              <w:spacing w:after="26" w:line="240" w:lineRule="auto"/>
            </w:pPr>
            <w:r>
              <w:rPr>
                <w:rFonts w:ascii="Tinos" w:hAnsi="Tinos"/>
                <w:sz w:val="14"/>
              </w:rPr>
            </w:r>
          </w:p>
          <w:p>
            <w:pPr>
              <w:spacing w:after="26" w:line="240" w:lineRule="auto"/>
            </w:pPr>
            <w:r>
              <w:rPr>
                <w:rFonts w:ascii="Tinos" w:hAnsi="Tinos"/>
                <w:b/>
                <w:sz w:val="14"/>
              </w:rPr>
              <w:t>Step 3: Separate emotion from explanation</w:t>
            </w:r>
          </w:p>
          <w:p>
            <w:pPr>
              <w:spacing w:after="26" w:line="240" w:lineRule="auto"/>
            </w:pPr>
            <w:r>
              <w:rPr>
                <w:rFonts w:ascii="Tinos" w:hAnsi="Tinos"/>
                <w:sz w:val="14"/>
              </w:rPr>
            </w:r>
          </w:p>
          <w:p>
            <w:pPr>
              <w:spacing w:after="26" w:line="240" w:lineRule="auto"/>
            </w:pPr>
            <w:r>
              <w:rPr>
                <w:rFonts w:ascii="Tinos" w:hAnsi="Tinos"/>
                <w:sz w:val="14"/>
              </w:rPr>
              <w:t>What am I feeling?</w:t>
            </w:r>
          </w:p>
          <w:p>
            <w:pPr>
              <w:spacing w:after="26" w:line="240" w:lineRule="auto"/>
            </w:pPr>
            <w:r>
              <w:rPr>
                <w:rFonts w:ascii="Tinos" w:hAnsi="Tinos"/>
                <w:sz w:val="14"/>
              </w:rPr>
            </w:r>
          </w:p>
          <w:p>
            <w:pPr>
              <w:spacing w:after="26" w:line="240" w:lineRule="auto"/>
            </w:pPr>
            <w:r>
              <w:rPr>
                <w:rFonts w:ascii="Tinos" w:hAnsi="Tinos"/>
                <w:sz w:val="14"/>
              </w:rPr>
              <w:t>Sadness?</w:t>
            </w:r>
          </w:p>
          <w:p>
            <w:pPr>
              <w:spacing w:after="26" w:line="240" w:lineRule="auto"/>
            </w:pPr>
            <w:r>
              <w:rPr>
                <w:rFonts w:ascii="Tinos" w:hAnsi="Tinos"/>
                <w:sz w:val="14"/>
              </w:rPr>
            </w:r>
          </w:p>
          <w:p>
            <w:pPr>
              <w:spacing w:after="26" w:line="240" w:lineRule="auto"/>
            </w:pPr>
            <w:r>
              <w:rPr>
                <w:rFonts w:ascii="Tinos" w:hAnsi="Tinos"/>
                <w:sz w:val="14"/>
              </w:rPr>
              <w:t>Fear?</w:t>
            </w:r>
          </w:p>
          <w:p>
            <w:pPr>
              <w:spacing w:after="26" w:line="240" w:lineRule="auto"/>
            </w:pPr>
            <w:r>
              <w:rPr>
                <w:rFonts w:ascii="Tinos" w:hAnsi="Tinos"/>
                <w:sz w:val="14"/>
              </w:rPr>
            </w:r>
          </w:p>
          <w:p>
            <w:pPr>
              <w:spacing w:after="26" w:line="240" w:lineRule="auto"/>
            </w:pPr>
            <w:r>
              <w:rPr>
                <w:rFonts w:ascii="Tinos" w:hAnsi="Tinos"/>
                <w:sz w:val="14"/>
              </w:rPr>
              <w:t>Anger?</w:t>
            </w:r>
          </w:p>
          <w:p>
            <w:pPr>
              <w:spacing w:after="26" w:line="240" w:lineRule="auto"/>
            </w:pPr>
            <w:r>
              <w:rPr>
                <w:rFonts w:ascii="Tinos" w:hAnsi="Tinos"/>
                <w:sz w:val="14"/>
              </w:rPr>
            </w:r>
          </w:p>
          <w:p>
            <w:pPr>
              <w:spacing w:after="26" w:line="240" w:lineRule="auto"/>
            </w:pPr>
            <w:r>
              <w:rPr>
                <w:rFonts w:ascii="Tinos" w:hAnsi="Tinos"/>
                <w:sz w:val="14"/>
              </w:rPr>
              <w:t>Guilt?</w:t>
            </w:r>
          </w:p>
          <w:p>
            <w:pPr>
              <w:spacing w:after="26" w:line="240" w:lineRule="auto"/>
            </w:pPr>
            <w:r>
              <w:rPr>
                <w:rFonts w:ascii="Tinos" w:hAnsi="Tinos"/>
                <w:sz w:val="14"/>
              </w:rPr>
            </w:r>
          </w:p>
          <w:p>
            <w:pPr>
              <w:spacing w:after="26" w:line="240" w:lineRule="auto"/>
            </w:pPr>
            <w:r>
              <w:rPr>
                <w:rFonts w:ascii="Tinos" w:hAnsi="Tinos"/>
                <w:sz w:val="14"/>
              </w:rPr>
              <w:t>Shame?</w:t>
            </w:r>
          </w:p>
          <w:p>
            <w:pPr>
              <w:spacing w:after="26" w:line="240" w:lineRule="auto"/>
            </w:pPr>
            <w:r>
              <w:rPr>
                <w:rFonts w:ascii="Tinos" w:hAnsi="Tinos"/>
                <w:sz w:val="14"/>
              </w:rPr>
            </w:r>
          </w:p>
          <w:p>
            <w:pPr>
              <w:spacing w:after="26" w:line="240" w:lineRule="auto"/>
            </w:pPr>
            <w:r>
              <w:rPr>
                <w:rFonts w:ascii="Tinos" w:hAnsi="Tinos"/>
                <w:sz w:val="14"/>
              </w:rPr>
              <w:t>Loneliness?</w:t>
            </w:r>
          </w:p>
          <w:p>
            <w:pPr>
              <w:spacing w:after="26" w:line="240" w:lineRule="auto"/>
            </w:pPr>
            <w:r>
              <w:rPr>
                <w:rFonts w:ascii="Tinos" w:hAnsi="Tinos"/>
                <w:sz w:val="14"/>
              </w:rPr>
            </w:r>
          </w:p>
          <w:p>
            <w:pPr>
              <w:spacing w:after="26" w:line="240" w:lineRule="auto"/>
            </w:pPr>
            <w:r>
              <w:rPr>
                <w:rFonts w:ascii="Tinos" w:hAnsi="Tinos"/>
                <w:sz w:val="14"/>
              </w:rPr>
              <w:t>Relief?</w:t>
            </w:r>
          </w:p>
          <w:p>
            <w:pPr>
              <w:spacing w:after="26" w:line="240" w:lineRule="auto"/>
            </w:pPr>
            <w:r>
              <w:rPr>
                <w:rFonts w:ascii="Tinos" w:hAnsi="Tinos"/>
                <w:sz w:val="14"/>
              </w:rPr>
            </w:r>
          </w:p>
          <w:p>
            <w:pPr>
              <w:spacing w:after="26" w:line="240" w:lineRule="auto"/>
            </w:pPr>
            <w:r>
              <w:rPr>
                <w:rFonts w:ascii="Tinos" w:hAnsi="Tinos"/>
                <w:sz w:val="14"/>
              </w:rPr>
              <w:t>Exhaustion?</w:t>
            </w:r>
          </w:p>
          <w:p>
            <w:pPr>
              <w:spacing w:after="26" w:line="240" w:lineRule="auto"/>
            </w:pPr>
            <w:r>
              <w:rPr>
                <w:rFonts w:ascii="Tinos" w:hAnsi="Tinos"/>
                <w:sz w:val="14"/>
              </w:rPr>
            </w:r>
          </w:p>
          <w:p>
            <w:pPr>
              <w:spacing w:after="26" w:line="240" w:lineRule="auto"/>
            </w:pPr>
            <w:r>
              <w:rPr>
                <w:rFonts w:ascii="Tinos" w:hAnsi="Tinos"/>
                <w:sz w:val="14"/>
              </w:rPr>
              <w:t>The feeling is evidence concerning the person's state.</w:t>
            </w:r>
          </w:p>
          <w:p>
            <w:pPr>
              <w:spacing w:after="26" w:line="240" w:lineRule="auto"/>
            </w:pPr>
            <w:r>
              <w:rPr>
                <w:rFonts w:ascii="Tinos" w:hAnsi="Tinos"/>
                <w:sz w:val="14"/>
              </w:rPr>
            </w:r>
          </w:p>
          <w:p>
            <w:pPr>
              <w:spacing w:after="26" w:line="240" w:lineRule="auto"/>
            </w:pPr>
            <w:r>
              <w:rPr>
                <w:rFonts w:ascii="Tinos" w:hAnsi="Tinos"/>
                <w:sz w:val="14"/>
              </w:rPr>
              <w:t>Its first interpretation is not automatically evidence concerning external causation.</w:t>
            </w:r>
          </w:p>
          <w:p>
            <w:pPr>
              <w:spacing w:after="26" w:line="240" w:lineRule="auto"/>
            </w:pPr>
            <w:r>
              <w:rPr>
                <w:rFonts w:ascii="Tinos" w:hAnsi="Tinos"/>
                <w:sz w:val="14"/>
              </w:rPr>
            </w:r>
          </w:p>
          <w:p>
            <w:pPr>
              <w:spacing w:after="26" w:line="240" w:lineRule="auto"/>
            </w:pPr>
            <w:r>
              <w:rPr>
                <w:rFonts w:ascii="Tinos" w:hAnsi="Tinos"/>
                <w:b/>
                <w:sz w:val="14"/>
              </w:rPr>
              <w:t>Step 4: Identify the search</w:t>
            </w:r>
          </w:p>
          <w:p>
            <w:pPr>
              <w:spacing w:after="26" w:line="240" w:lineRule="auto"/>
            </w:pPr>
            <w:r>
              <w:rPr>
                <w:rFonts w:ascii="Tinos" w:hAnsi="Tinos"/>
                <w:sz w:val="14"/>
              </w:rPr>
            </w:r>
          </w:p>
          <w:p>
            <w:pPr>
              <w:spacing w:after="26" w:line="240" w:lineRule="auto"/>
            </w:pPr>
            <w:r>
              <w:rPr>
                <w:rFonts w:ascii="Tinos" w:hAnsi="Tinos"/>
                <w:sz w:val="14"/>
              </w:rPr>
              <w:t>What am I repeatedly trying to recover?</w:t>
            </w:r>
          </w:p>
          <w:p>
            <w:pPr>
              <w:spacing w:after="26" w:line="240" w:lineRule="auto"/>
            </w:pPr>
            <w:r>
              <w:rPr>
                <w:rFonts w:ascii="Tinos" w:hAnsi="Tinos"/>
                <w:sz w:val="14"/>
              </w:rPr>
            </w:r>
          </w:p>
          <w:p>
            <w:pPr>
              <w:spacing w:after="26" w:line="240" w:lineRule="auto"/>
            </w:pPr>
            <w:r>
              <w:rPr>
                <w:rFonts w:ascii="Tinos" w:hAnsi="Tinos"/>
                <w:sz w:val="14"/>
              </w:rPr>
              <w:t>The object itself?</w:t>
            </w:r>
          </w:p>
          <w:p>
            <w:pPr>
              <w:spacing w:after="26" w:line="240" w:lineRule="auto"/>
            </w:pPr>
            <w:r>
              <w:rPr>
                <w:rFonts w:ascii="Tinos" w:hAnsi="Tinos"/>
                <w:sz w:val="14"/>
              </w:rPr>
            </w:r>
          </w:p>
          <w:p>
            <w:pPr>
              <w:spacing w:after="26" w:line="240" w:lineRule="auto"/>
            </w:pPr>
            <w:r>
              <w:rPr>
                <w:rFonts w:ascii="Tinos" w:hAnsi="Tinos"/>
                <w:sz w:val="14"/>
              </w:rPr>
              <w:t>A function?</w:t>
            </w:r>
          </w:p>
          <w:p>
            <w:pPr>
              <w:spacing w:after="26" w:line="240" w:lineRule="auto"/>
            </w:pPr>
            <w:r>
              <w:rPr>
                <w:rFonts w:ascii="Tinos" w:hAnsi="Tinos"/>
                <w:sz w:val="14"/>
              </w:rPr>
            </w:r>
          </w:p>
          <w:p>
            <w:pPr>
              <w:spacing w:after="26" w:line="240" w:lineRule="auto"/>
            </w:pPr>
            <w:r>
              <w:rPr>
                <w:rFonts w:ascii="Tinos" w:hAnsi="Tinos"/>
                <w:sz w:val="14"/>
              </w:rPr>
              <w:t>A feeling?</w:t>
            </w:r>
          </w:p>
          <w:p>
            <w:pPr>
              <w:spacing w:after="26" w:line="240" w:lineRule="auto"/>
            </w:pPr>
            <w:r>
              <w:rPr>
                <w:rFonts w:ascii="Tinos" w:hAnsi="Tinos"/>
                <w:sz w:val="14"/>
              </w:rPr>
            </w:r>
          </w:p>
          <w:p>
            <w:pPr>
              <w:spacing w:after="26" w:line="240" w:lineRule="auto"/>
            </w:pPr>
            <w:r>
              <w:rPr>
                <w:rFonts w:ascii="Tinos" w:hAnsi="Tinos"/>
                <w:sz w:val="14"/>
              </w:rPr>
              <w:t>A relationship?</w:t>
            </w:r>
          </w:p>
          <w:p>
            <w:pPr>
              <w:spacing w:after="26" w:line="240" w:lineRule="auto"/>
            </w:pPr>
            <w:r>
              <w:rPr>
                <w:rFonts w:ascii="Tinos" w:hAnsi="Tinos"/>
                <w:sz w:val="14"/>
              </w:rPr>
            </w:r>
          </w:p>
          <w:p>
            <w:pPr>
              <w:spacing w:after="26" w:line="240" w:lineRule="auto"/>
            </w:pPr>
            <w:r>
              <w:rPr>
                <w:rFonts w:ascii="Tinos" w:hAnsi="Tinos"/>
                <w:sz w:val="14"/>
              </w:rPr>
              <w:t>A previous identity?</w:t>
            </w:r>
          </w:p>
          <w:p>
            <w:pPr>
              <w:spacing w:after="26" w:line="240" w:lineRule="auto"/>
            </w:pPr>
            <w:r>
              <w:rPr>
                <w:rFonts w:ascii="Tinos" w:hAnsi="Tinos"/>
                <w:sz w:val="14"/>
              </w:rPr>
            </w:r>
          </w:p>
          <w:p>
            <w:pPr>
              <w:spacing w:after="26" w:line="240" w:lineRule="auto"/>
            </w:pPr>
            <w:r>
              <w:rPr>
                <w:rFonts w:ascii="Tinos" w:hAnsi="Tinos"/>
                <w:sz w:val="14"/>
              </w:rPr>
              <w:t>Predictability?</w:t>
            </w:r>
          </w:p>
          <w:p>
            <w:pPr>
              <w:spacing w:after="26" w:line="240" w:lineRule="auto"/>
            </w:pPr>
            <w:r>
              <w:rPr>
                <w:rFonts w:ascii="Tinos" w:hAnsi="Tinos"/>
                <w:sz w:val="14"/>
              </w:rPr>
            </w:r>
          </w:p>
          <w:p>
            <w:pPr>
              <w:spacing w:after="26" w:line="240" w:lineRule="auto"/>
            </w:pPr>
            <w:r>
              <w:rPr>
                <w:rFonts w:ascii="Tinos" w:hAnsi="Tinos"/>
                <w:b/>
                <w:sz w:val="14"/>
              </w:rPr>
              <w:t>Step 5: Test replaceability</w:t>
            </w:r>
          </w:p>
          <w:p>
            <w:pPr>
              <w:spacing w:after="26" w:line="240" w:lineRule="auto"/>
            </w:pPr>
            <w:r>
              <w:rPr>
                <w:rFonts w:ascii="Tinos" w:hAnsi="Tinos"/>
                <w:sz w:val="14"/>
              </w:rPr>
            </w:r>
          </w:p>
          <w:p>
            <w:pPr>
              <w:spacing w:after="26" w:line="240" w:lineRule="auto"/>
            </w:pPr>
            <w:r>
              <w:rPr>
                <w:rFonts w:ascii="Tinos" w:hAnsi="Tinos"/>
                <w:sz w:val="14"/>
              </w:rPr>
              <w:t>Can the original configuration actually return?</w:t>
            </w:r>
          </w:p>
          <w:p>
            <w:pPr>
              <w:spacing w:after="26" w:line="240" w:lineRule="auto"/>
            </w:pPr>
            <w:r>
              <w:rPr>
                <w:rFonts w:ascii="Tinos" w:hAnsi="Tinos"/>
                <w:sz w:val="14"/>
              </w:rPr>
            </w:r>
          </w:p>
          <w:p>
            <w:pPr>
              <w:spacing w:after="26" w:line="240" w:lineRule="auto"/>
            </w:pPr>
            <w:r>
              <w:rPr>
                <w:rFonts w:ascii="Tinos" w:hAnsi="Tinos"/>
                <w:sz w:val="14"/>
              </w:rPr>
              <w:t>If not:</w:t>
            </w:r>
          </w:p>
          <w:p>
            <w:pPr>
              <w:spacing w:after="26" w:line="240" w:lineRule="auto"/>
            </w:pPr>
            <w:r>
              <w:rPr>
                <w:rFonts w:ascii="Tinos" w:hAnsi="Tinos"/>
                <w:sz w:val="14"/>
              </w:rPr>
            </w:r>
          </w:p>
          <w:p>
            <w:pPr>
              <w:spacing w:after="26" w:line="240" w:lineRule="auto"/>
            </w:pPr>
            <w:r>
              <w:rPr>
                <w:rFonts w:ascii="Tinos" w:hAnsi="Tinos"/>
                <w:sz w:val="14"/>
              </w:rPr>
              <w:t>Which properties remain obtainable in other configurations?</w:t>
            </w:r>
          </w:p>
          <w:p>
            <w:pPr>
              <w:spacing w:after="26" w:line="240" w:lineRule="auto"/>
            </w:pPr>
            <w:r>
              <w:rPr>
                <w:rFonts w:ascii="Tinos" w:hAnsi="Tinos"/>
                <w:sz w:val="14"/>
              </w:rPr>
            </w:r>
          </w:p>
          <w:p>
            <w:pPr>
              <w:spacing w:after="26" w:line="240" w:lineRule="auto"/>
            </w:pPr>
            <w:r>
              <w:rPr>
                <w:rFonts w:ascii="Tinos" w:hAnsi="Tinos"/>
                <w:b/>
                <w:sz w:val="14"/>
              </w:rPr>
              <w:t>Step 6: Examine nostalgia</w:t>
            </w:r>
          </w:p>
          <w:p>
            <w:pPr>
              <w:spacing w:after="26" w:line="240" w:lineRule="auto"/>
            </w:pPr>
            <w:r>
              <w:rPr>
                <w:rFonts w:ascii="Tinos" w:hAnsi="Tinos"/>
                <w:sz w:val="14"/>
              </w:rPr>
            </w:r>
          </w:p>
          <w:p>
            <w:pPr>
              <w:spacing w:after="26" w:line="240" w:lineRule="auto"/>
            </w:pPr>
            <w:r>
              <w:rPr>
                <w:rFonts w:ascii="Tinos" w:hAnsi="Tinos"/>
                <w:sz w:val="14"/>
              </w:rPr>
              <w:t>Ask:</w:t>
            </w:r>
          </w:p>
          <w:p>
            <w:pPr>
              <w:spacing w:after="26" w:line="240" w:lineRule="auto"/>
            </w:pPr>
            <w:r>
              <w:rPr>
                <w:rFonts w:ascii="Tinos" w:hAnsi="Tinos"/>
                <w:sz w:val="14"/>
              </w:rPr>
            </w:r>
          </w:p>
          <w:p>
            <w:pPr>
              <w:spacing w:after="26" w:line="240" w:lineRule="auto"/>
            </w:pPr>
            <w:r>
              <w:rPr>
                <w:rFonts w:ascii="Tinos" w:hAnsi="Tinos"/>
                <w:sz w:val="14"/>
              </w:rPr>
              <w:t>Is this memory helping me understand what mattered?</w:t>
            </w:r>
          </w:p>
          <w:p>
            <w:pPr>
              <w:spacing w:after="26" w:line="240" w:lineRule="auto"/>
            </w:pPr>
            <w:r>
              <w:rPr>
                <w:rFonts w:ascii="Tinos" w:hAnsi="Tinos"/>
                <w:sz w:val="14"/>
              </w:rPr>
            </w:r>
          </w:p>
          <w:p>
            <w:pPr>
              <w:spacing w:after="26" w:line="240" w:lineRule="auto"/>
            </w:pPr>
            <w:r>
              <w:rPr>
                <w:rFonts w:ascii="Tinos" w:hAnsi="Tinos"/>
                <w:sz w:val="14"/>
              </w:rPr>
              <w:t>or:</w:t>
            </w:r>
          </w:p>
          <w:p>
            <w:pPr>
              <w:spacing w:after="26" w:line="240" w:lineRule="auto"/>
            </w:pPr>
            <w:r>
              <w:rPr>
                <w:rFonts w:ascii="Tinos" w:hAnsi="Tinos"/>
                <w:sz w:val="14"/>
              </w:rPr>
            </w:r>
          </w:p>
          <w:p>
            <w:pPr>
              <w:spacing w:after="26" w:line="240" w:lineRule="auto"/>
            </w:pPr>
            <w:r>
              <w:rPr>
                <w:rFonts w:ascii="Tinos" w:hAnsi="Tinos"/>
                <w:sz w:val="14"/>
              </w:rPr>
              <w:t>Is this memory requiring the present to reproduce the past?</w:t>
            </w:r>
          </w:p>
          <w:p>
            <w:pPr>
              <w:spacing w:after="26" w:line="240" w:lineRule="auto"/>
            </w:pPr>
            <w:r>
              <w:rPr>
                <w:rFonts w:ascii="Tinos" w:hAnsi="Tinos"/>
                <w:sz w:val="14"/>
              </w:rPr>
            </w:r>
          </w:p>
          <w:p>
            <w:pPr>
              <w:spacing w:after="26" w:line="240" w:lineRule="auto"/>
            </w:pPr>
            <w:r>
              <w:rPr>
                <w:rFonts w:ascii="Tinos" w:hAnsi="Tinos"/>
                <w:b/>
                <w:sz w:val="14"/>
              </w:rPr>
              <w:t>Step 7: Inspect proposed solutions</w:t>
            </w:r>
          </w:p>
          <w:p>
            <w:pPr>
              <w:spacing w:after="26" w:line="240" w:lineRule="auto"/>
            </w:pPr>
            <w:r>
              <w:rPr>
                <w:rFonts w:ascii="Tinos" w:hAnsi="Tinos"/>
                <w:sz w:val="14"/>
              </w:rPr>
            </w:r>
          </w:p>
          <w:p>
            <w:pPr>
              <w:spacing w:after="26" w:line="240" w:lineRule="auto"/>
            </w:pPr>
            <w:r>
              <w:rPr>
                <w:rFonts w:ascii="Tinos" w:hAnsi="Tinos"/>
                <w:sz w:val="14"/>
              </w:rPr>
              <w:t>If someone is asking for:</w:t>
            </w:r>
          </w:p>
          <w:p>
            <w:pPr>
              <w:spacing w:after="26" w:line="240" w:lineRule="auto"/>
            </w:pPr>
            <w:r>
              <w:rPr>
                <w:rFonts w:ascii="Tinos" w:hAnsi="Tinos"/>
                <w:sz w:val="14"/>
              </w:rPr>
            </w:r>
          </w:p>
          <w:p>
            <w:pPr>
              <w:spacing w:after="26" w:line="240" w:lineRule="auto"/>
            </w:pPr>
            <w:r>
              <w:rPr>
                <w:rFonts w:ascii="Tinos" w:hAnsi="Tinos"/>
                <w:sz w:val="14"/>
              </w:rPr>
              <w:t>- money,</w:t>
            </w:r>
          </w:p>
          <w:p>
            <w:pPr>
              <w:spacing w:after="26" w:line="240" w:lineRule="auto"/>
            </w:pPr>
            <w:r>
              <w:rPr>
                <w:rFonts w:ascii="Tinos" w:hAnsi="Tinos"/>
                <w:sz w:val="14"/>
              </w:rPr>
              <w:t>- loyalty,</w:t>
            </w:r>
          </w:p>
          <w:p>
            <w:pPr>
              <w:spacing w:after="26" w:line="240" w:lineRule="auto"/>
            </w:pPr>
            <w:r>
              <w:rPr>
                <w:rFonts w:ascii="Tinos" w:hAnsi="Tinos"/>
                <w:sz w:val="14"/>
              </w:rPr>
              <w:t>- conformity,</w:t>
            </w:r>
          </w:p>
          <w:p>
            <w:pPr>
              <w:spacing w:after="26" w:line="240" w:lineRule="auto"/>
            </w:pPr>
            <w:r>
              <w:rPr>
                <w:rFonts w:ascii="Tinos" w:hAnsi="Tinos"/>
                <w:sz w:val="14"/>
              </w:rPr>
              <w:t>- political support,</w:t>
            </w:r>
          </w:p>
          <w:p>
            <w:pPr>
              <w:spacing w:after="26" w:line="240" w:lineRule="auto"/>
            </w:pPr>
            <w:r>
              <w:rPr>
                <w:rFonts w:ascii="Tinos" w:hAnsi="Tinos"/>
                <w:sz w:val="14"/>
              </w:rPr>
              <w:t>- immediate action,</w:t>
            </w:r>
          </w:p>
          <w:p>
            <w:pPr>
              <w:spacing w:after="26" w:line="240" w:lineRule="auto"/>
            </w:pPr>
            <w:r>
              <w:rPr>
                <w:rFonts w:ascii="Tinos" w:hAnsi="Tinos"/>
                <w:sz w:val="14"/>
              </w:rPr>
              <w:t>- or abandonment of alternatives,</w:t>
            </w:r>
          </w:p>
          <w:p>
            <w:pPr>
              <w:spacing w:after="26" w:line="240" w:lineRule="auto"/>
            </w:pPr>
            <w:r>
              <w:rPr>
                <w:rFonts w:ascii="Tinos" w:hAnsi="Tinos"/>
                <w:sz w:val="14"/>
              </w:rPr>
            </w:r>
          </w:p>
          <w:p>
            <w:pPr>
              <w:spacing w:after="26" w:line="240" w:lineRule="auto"/>
            </w:pPr>
            <w:r>
              <w:rPr>
                <w:rFonts w:ascii="Tinos" w:hAnsi="Tinos"/>
                <w:sz w:val="14"/>
              </w:rPr>
              <w:t>ask:</w:t>
            </w:r>
          </w:p>
          <w:p>
            <w:pPr>
              <w:spacing w:after="26" w:line="240" w:lineRule="auto"/>
            </w:pPr>
            <w:r>
              <w:rPr>
                <w:rFonts w:ascii="Tinos" w:hAnsi="Tinos"/>
                <w:sz w:val="14"/>
              </w:rPr>
            </w:r>
          </w:p>
          <w:p>
            <w:pPr>
              <w:spacing w:after="26" w:line="240" w:lineRule="auto"/>
            </w:pPr>
            <w:r>
              <w:rPr>
                <w:rFonts w:ascii="Tinos" w:hAnsi="Tinos"/>
                <w:sz w:val="14"/>
              </w:rPr>
              <w:t>How does this action relate to the actual loss?</w:t>
            </w:r>
          </w:p>
          <w:p>
            <w:pPr>
              <w:spacing w:after="26" w:line="240" w:lineRule="auto"/>
            </w:pPr>
            <w:r>
              <w:rPr>
                <w:rFonts w:ascii="Tinos" w:hAnsi="Tinos"/>
                <w:sz w:val="14"/>
              </w:rPr>
            </w:r>
          </w:p>
          <w:p>
            <w:pPr>
              <w:spacing w:after="26" w:line="240" w:lineRule="auto"/>
            </w:pPr>
            <w:r>
              <w:rPr>
                <w:rFonts w:ascii="Tinos" w:hAnsi="Tinos"/>
                <w:b/>
                <w:sz w:val="14"/>
              </w:rPr>
              <w:t>Step 8: Change resolution</w:t>
            </w:r>
          </w:p>
          <w:p>
            <w:pPr>
              <w:spacing w:after="26" w:line="240" w:lineRule="auto"/>
            </w:pPr>
            <w:r>
              <w:rPr>
                <w:rFonts w:ascii="Tinos" w:hAnsi="Tinos"/>
                <w:sz w:val="14"/>
              </w:rPr>
            </w:r>
          </w:p>
          <w:p>
            <w:pPr>
              <w:spacing w:after="26" w:line="240" w:lineRule="auto"/>
            </w:pPr>
            <w:r>
              <w:rPr>
                <w:rFonts w:ascii="Tinos" w:hAnsi="Tinos"/>
                <w:sz w:val="14"/>
              </w:rPr>
              <w:t>If the answer remains unclear:</w:t>
            </w:r>
          </w:p>
          <w:p>
            <w:pPr>
              <w:spacing w:after="26" w:line="240" w:lineRule="auto"/>
            </w:pPr>
            <w:r>
              <w:rPr>
                <w:rFonts w:ascii="Tinos" w:hAnsi="Tinos"/>
                <w:sz w:val="14"/>
              </w:rPr>
            </w:r>
          </w:p>
          <w:p>
            <w:pPr>
              <w:spacing w:after="26" w:line="240" w:lineRule="auto"/>
            </w:pPr>
            <w:r>
              <w:rPr>
                <w:rFonts w:ascii="Tinos" w:hAnsi="Tinos"/>
                <w:sz w:val="14"/>
              </w:rPr>
              <w:t>look closer,</w:t>
            </w:r>
          </w:p>
          <w:p>
            <w:pPr>
              <w:spacing w:after="26" w:line="240" w:lineRule="auto"/>
            </w:pPr>
            <w:r>
              <w:rPr>
                <w:rFonts w:ascii="Tinos" w:hAnsi="Tinos"/>
                <w:sz w:val="14"/>
              </w:rPr>
            </w:r>
          </w:p>
          <w:p>
            <w:pPr>
              <w:spacing w:after="26" w:line="240" w:lineRule="auto"/>
            </w:pPr>
            <w:r>
              <w:rPr>
                <w:rFonts w:ascii="Tinos" w:hAnsi="Tinos"/>
                <w:sz w:val="14"/>
              </w:rPr>
              <w:t>or farther away.</w:t>
            </w:r>
          </w:p>
          <w:p>
            <w:pPr>
              <w:spacing w:after="26" w:line="240" w:lineRule="auto"/>
            </w:pPr>
            <w:r>
              <w:rPr>
                <w:rFonts w:ascii="Tinos" w:hAnsi="Tinos"/>
                <w:sz w:val="14"/>
              </w:rPr>
            </w:r>
          </w:p>
          <w:p>
            <w:pPr>
              <w:spacing w:after="26" w:line="240" w:lineRule="auto"/>
            </w:pPr>
            <w:r>
              <w:rPr>
                <w:rFonts w:ascii="Tinos" w:hAnsi="Tinos"/>
                <w:sz w:val="14"/>
              </w:rPr>
              <w:t>Examine another domain.</w:t>
            </w:r>
          </w:p>
          <w:p>
            <w:pPr>
              <w:spacing w:after="26" w:line="240" w:lineRule="auto"/>
            </w:pPr>
            <w:r>
              <w:rPr>
                <w:rFonts w:ascii="Tinos" w:hAnsi="Tinos"/>
                <w:sz w:val="14"/>
              </w:rPr>
            </w:r>
          </w:p>
          <w:p>
            <w:pPr>
              <w:spacing w:after="26" w:line="240" w:lineRule="auto"/>
            </w:pPr>
            <w:r>
              <w:rPr>
                <w:rFonts w:ascii="Tinos" w:hAnsi="Tinos"/>
                <w:b/>
                <w:sz w:val="14"/>
              </w:rPr>
              <w:t>Step 9: Seek independent convergence</w:t>
            </w:r>
          </w:p>
          <w:p>
            <w:pPr>
              <w:spacing w:after="26" w:line="240" w:lineRule="auto"/>
            </w:pPr>
            <w:r>
              <w:rPr>
                <w:rFonts w:ascii="Tinos" w:hAnsi="Tinos"/>
                <w:sz w:val="14"/>
              </w:rPr>
            </w:r>
          </w:p>
          <w:p>
            <w:pPr>
              <w:spacing w:after="26" w:line="240" w:lineRule="auto"/>
            </w:pPr>
            <w:r>
              <w:rPr>
                <w:rFonts w:ascii="Tinos" w:hAnsi="Tinos"/>
                <w:sz w:val="14"/>
              </w:rPr>
              <w:t>What do:</w:t>
            </w:r>
          </w:p>
          <w:p>
            <w:pPr>
              <w:spacing w:after="26" w:line="240" w:lineRule="auto"/>
            </w:pPr>
            <w:r>
              <w:rPr>
                <w:rFonts w:ascii="Tinos" w:hAnsi="Tinos"/>
                <w:sz w:val="14"/>
              </w:rPr>
            </w:r>
          </w:p>
          <w:p>
            <w:pPr>
              <w:spacing w:after="26" w:line="240" w:lineRule="auto"/>
            </w:pPr>
            <w:r>
              <w:rPr>
                <w:rFonts w:ascii="Tinos" w:hAnsi="Tinos"/>
                <w:sz w:val="14"/>
              </w:rPr>
              <w:t>- personal observation,</w:t>
            </w:r>
          </w:p>
          <w:p>
            <w:pPr>
              <w:spacing w:after="26" w:line="240" w:lineRule="auto"/>
            </w:pPr>
            <w:r>
              <w:rPr>
                <w:rFonts w:ascii="Tinos" w:hAnsi="Tinos"/>
                <w:sz w:val="14"/>
              </w:rPr>
              <w:t>- measurement,</w:t>
            </w:r>
          </w:p>
          <w:p>
            <w:pPr>
              <w:spacing w:after="26" w:line="240" w:lineRule="auto"/>
            </w:pPr>
            <w:r>
              <w:rPr>
                <w:rFonts w:ascii="Tinos" w:hAnsi="Tinos"/>
                <w:sz w:val="14"/>
              </w:rPr>
              <w:t>- independent witnesses,</w:t>
            </w:r>
          </w:p>
          <w:p>
            <w:pPr>
              <w:spacing w:after="26" w:line="240" w:lineRule="auto"/>
            </w:pPr>
            <w:r>
              <w:rPr>
                <w:rFonts w:ascii="Tinos" w:hAnsi="Tinos"/>
                <w:sz w:val="14"/>
              </w:rPr>
              <w:t>- established research,</w:t>
            </w:r>
          </w:p>
          <w:p>
            <w:pPr>
              <w:spacing w:after="26" w:line="240" w:lineRule="auto"/>
            </w:pPr>
            <w:r>
              <w:rPr>
                <w:rFonts w:ascii="Tinos" w:hAnsi="Tinos"/>
                <w:sz w:val="14"/>
              </w:rPr>
              <w:t>- longitudinal evidence,</w:t>
            </w:r>
          </w:p>
          <w:p>
            <w:pPr>
              <w:spacing w:after="26" w:line="240" w:lineRule="auto"/>
            </w:pPr>
            <w:r>
              <w:rPr>
                <w:rFonts w:ascii="Tinos" w:hAnsi="Tinos"/>
                <w:sz w:val="14"/>
              </w:rPr>
              <w:t>- and competing explanations</w:t>
            </w:r>
          </w:p>
          <w:p>
            <w:pPr>
              <w:spacing w:after="26" w:line="240" w:lineRule="auto"/>
            </w:pPr>
            <w:r>
              <w:rPr>
                <w:rFonts w:ascii="Tinos" w:hAnsi="Tinos"/>
                <w:sz w:val="14"/>
              </w:rPr>
            </w:r>
          </w:p>
          <w:p>
            <w:pPr>
              <w:spacing w:after="26" w:line="240" w:lineRule="auto"/>
            </w:pPr>
            <w:r>
              <w:rPr>
                <w:rFonts w:ascii="Tinos" w:hAnsi="Tinos"/>
                <w:sz w:val="14"/>
              </w:rPr>
              <w:t>indicate?</w:t>
            </w:r>
          </w:p>
          <w:p>
            <w:pPr>
              <w:spacing w:after="26" w:line="240" w:lineRule="auto"/>
            </w:pPr>
            <w:r>
              <w:rPr>
                <w:rFonts w:ascii="Tinos" w:hAnsi="Tinos"/>
                <w:sz w:val="14"/>
              </w:rPr>
            </w:r>
          </w:p>
          <w:p>
            <w:pPr>
              <w:spacing w:after="26" w:line="240" w:lineRule="auto"/>
            </w:pPr>
            <w:r>
              <w:rPr>
                <w:rFonts w:ascii="Tinos" w:hAnsi="Tinos"/>
                <w:b/>
                <w:sz w:val="14"/>
              </w:rPr>
              <w:t>Step 10: Retain uncertainty</w:t>
            </w:r>
          </w:p>
          <w:p>
            <w:pPr>
              <w:spacing w:after="26" w:line="240" w:lineRule="auto"/>
            </w:pPr>
            <w:r>
              <w:rPr>
                <w:rFonts w:ascii="Tinos" w:hAnsi="Tinos"/>
                <w:sz w:val="14"/>
              </w:rPr>
            </w:r>
          </w:p>
          <w:p>
            <w:pPr>
              <w:spacing w:after="26" w:line="240" w:lineRule="auto"/>
            </w:pPr>
            <w:r>
              <w:rPr>
                <w:rFonts w:ascii="Tinos" w:hAnsi="Tinos"/>
                <w:sz w:val="14"/>
              </w:rPr>
              <w:t>Conclude at the level justified by the evidence.</w:t>
            </w:r>
          </w:p>
          <w:p>
            <w:pPr>
              <w:spacing w:after="26" w:line="240" w:lineRule="auto"/>
            </w:pPr>
            <w:r>
              <w:rPr>
                <w:rFonts w:ascii="Tinos" w:hAnsi="Tinos"/>
                <w:sz w:val="14"/>
              </w:rPr>
            </w:r>
          </w:p>
          <w:p>
            <w:pPr>
              <w:spacing w:after="26" w:line="240" w:lineRule="auto"/>
            </w:pPr>
            <w:r>
              <w:rPr>
                <w:rFonts w:ascii="Tinos" w:hAnsi="Tinos"/>
                <w:sz w:val="14"/>
              </w:rPr>
              <w:t>Possible.</w:t>
            </w:r>
          </w:p>
          <w:p>
            <w:pPr>
              <w:spacing w:after="26" w:line="240" w:lineRule="auto"/>
            </w:pPr>
            <w:r>
              <w:rPr>
                <w:rFonts w:ascii="Tinos" w:hAnsi="Tinos"/>
                <w:sz w:val="14"/>
              </w:rPr>
            </w:r>
          </w:p>
          <w:p>
            <w:pPr>
              <w:spacing w:after="26" w:line="240" w:lineRule="auto"/>
            </w:pPr>
            <w:r>
              <w:rPr>
                <w:rFonts w:ascii="Tinos" w:hAnsi="Tinos"/>
                <w:sz w:val="14"/>
              </w:rPr>
              <w:t>Plausible.</w:t>
            </w:r>
          </w:p>
          <w:p>
            <w:pPr>
              <w:spacing w:after="26" w:line="240" w:lineRule="auto"/>
            </w:pPr>
            <w:r>
              <w:rPr>
                <w:rFonts w:ascii="Tinos" w:hAnsi="Tinos"/>
                <w:sz w:val="14"/>
              </w:rPr>
            </w:r>
          </w:p>
          <w:p>
            <w:pPr>
              <w:spacing w:after="26" w:line="240" w:lineRule="auto"/>
            </w:pPr>
            <w:r>
              <w:rPr>
                <w:rFonts w:ascii="Tinos" w:hAnsi="Tinos"/>
                <w:sz w:val="14"/>
              </w:rPr>
              <w:t>Supported.</w:t>
            </w:r>
          </w:p>
          <w:p>
            <w:pPr>
              <w:spacing w:after="26" w:line="240" w:lineRule="auto"/>
            </w:pPr>
            <w:r>
              <w:rPr>
                <w:rFonts w:ascii="Tinos" w:hAnsi="Tinos"/>
                <w:sz w:val="14"/>
              </w:rPr>
            </w:r>
          </w:p>
          <w:p>
            <w:pPr>
              <w:spacing w:after="26" w:line="240" w:lineRule="auto"/>
            </w:pPr>
            <w:r>
              <w:rPr>
                <w:rFonts w:ascii="Tinos" w:hAnsi="Tinos"/>
                <w:sz w:val="14"/>
              </w:rPr>
              <w:t>Strongly supported.</w:t>
            </w:r>
          </w:p>
          <w:p>
            <w:pPr>
              <w:spacing w:after="26" w:line="240" w:lineRule="auto"/>
            </w:pPr>
            <w:r>
              <w:rPr>
                <w:rFonts w:ascii="Tinos" w:hAnsi="Tinos"/>
                <w:sz w:val="14"/>
              </w:rPr>
            </w:r>
          </w:p>
          <w:p>
            <w:pPr>
              <w:spacing w:after="26" w:line="240" w:lineRule="auto"/>
            </w:pPr>
            <w:r>
              <w:rPr>
                <w:rFonts w:ascii="Tinos" w:hAnsi="Tinos"/>
                <w:sz w:val="14"/>
              </w:rPr>
              <w:t>Demonstrated within defined conditions.</w:t>
            </w:r>
          </w:p>
          <w:p>
            <w:pPr>
              <w:spacing w:after="26" w:line="240" w:lineRule="auto"/>
            </w:pPr>
            <w:r>
              <w:rPr>
                <w:rFonts w:ascii="Tinos" w:hAnsi="Tinos"/>
                <w:sz w:val="14"/>
              </w:rPr>
            </w:r>
          </w:p>
          <w:p>
            <w:pPr>
              <w:spacing w:after="26" w:line="240" w:lineRule="auto"/>
            </w:pPr>
            <w:r>
              <w:rPr>
                <w:rFonts w:ascii="Tinos" w:hAnsi="Tinos"/>
                <w:sz w:val="14"/>
              </w:rPr>
              <w:t>Do not manufacture certainty merely because uncertainty is uncomfortable.</w:t>
            </w:r>
          </w:p>
        </w:tc>
        <w:tc>
          <w:tcPr>
            <w:tcW w:type="dxa" w:w="7913"/>
            <w:tcMar>
              <w:top w:w="55" w:type="dxa"/>
              <w:start w:w="70" w:type="dxa"/>
              <w:bottom w:w="55" w:type="dxa"/>
              <w:end w:w="70" w:type="dxa"/>
            </w:tcMar>
            <w:vAlign w:val="top"/>
          </w:tcPr>
          <w:p>
            <w:pPr>
              <w:spacing w:after="26" w:line="240" w:lineRule="auto"/>
            </w:pPr>
            <w:r/>
            <w:r>
              <w:rPr>
                <w:rFonts w:ascii="Tinos" w:hAnsi="Tinos"/>
                <w:sz w:val="14"/>
              </w:rPr>
              <w:t>30. Practical Loss-Resolution Protocol</w:t>
            </w:r>
          </w:p>
          <w:p>
            <w:pPr>
              <w:spacing w:after="26" w:line="240" w:lineRule="auto"/>
            </w:pPr>
            <w:r>
              <w:rPr>
                <w:rFonts w:ascii="Tinos" w:hAnsi="Tinos"/>
                <w:sz w:val="14"/>
              </w:rPr>
            </w:r>
          </w:p>
          <w:p>
            <w:pPr>
              <w:spacing w:after="26" w:line="240" w:lineRule="auto"/>
            </w:pPr>
            <w:r>
              <w:rPr>
                <w:rFonts w:ascii="Tinos" w:hAnsi="Tinos"/>
                <w:sz w:val="14"/>
              </w:rPr>
              <w:t>MRRAF can be reduced to a human decision sequence. The LOVE-0 processor reorganises the same sequence into LISTEN, OPEN, VERIFY, EXPRESS, and LEARN while retaining all ten original checks.</w:t>
            </w:r>
          </w:p>
          <w:p>
            <w:pPr>
              <w:spacing w:after="26" w:line="240" w:lineRule="auto"/>
            </w:pPr>
            <w:r>
              <w:rPr>
                <w:rFonts w:ascii="Tinos" w:hAnsi="Tinos"/>
                <w:sz w:val="14"/>
              </w:rPr>
            </w:r>
          </w:p>
          <w:p>
            <w:pPr>
              <w:spacing w:after="26" w:line="240" w:lineRule="auto"/>
            </w:pPr>
            <w:r>
              <w:rPr>
                <w:rFonts w:ascii="Tinos" w:hAnsi="Tinos"/>
                <w:b/>
                <w:sz w:val="14"/>
              </w:rPr>
              <w:t>LISTEN - Step 1: Identify the change</w:t>
            </w:r>
          </w:p>
          <w:p>
            <w:pPr>
              <w:spacing w:after="26" w:line="240" w:lineRule="auto"/>
            </w:pPr>
            <w:r>
              <w:rPr>
                <w:rFonts w:ascii="Tinos" w:hAnsi="Tinos"/>
                <w:sz w:val="14"/>
              </w:rPr>
            </w:r>
          </w:p>
          <w:p>
            <w:pPr>
              <w:spacing w:after="26" w:line="240" w:lineRule="auto"/>
            </w:pPr>
            <w:r>
              <w:rPr>
                <w:rFonts w:ascii="Tinos" w:hAnsi="Tinos"/>
                <w:sz w:val="14"/>
              </w:rPr>
              <w:t>What exactly changed?</w:t>
            </w:r>
          </w:p>
          <w:p>
            <w:pPr>
              <w:spacing w:after="26" w:line="240" w:lineRule="auto"/>
            </w:pPr>
            <w:r>
              <w:rPr>
                <w:rFonts w:ascii="Tinos" w:hAnsi="Tinos"/>
                <w:sz w:val="14"/>
              </w:rPr>
            </w:r>
          </w:p>
          <w:p>
            <w:pPr>
              <w:spacing w:after="26" w:line="240" w:lineRule="auto"/>
            </w:pPr>
            <w:r>
              <w:rPr>
                <w:rFonts w:ascii="Tinos" w:hAnsi="Tinos"/>
                <w:sz w:val="14"/>
              </w:rPr>
              <w:t>Avoid beginning with interpretation.</w:t>
            </w:r>
          </w:p>
          <w:p>
            <w:pPr>
              <w:spacing w:after="26" w:line="240" w:lineRule="auto"/>
            </w:pPr>
            <w:r>
              <w:rPr>
                <w:rFonts w:ascii="Tinos" w:hAnsi="Tinos"/>
                <w:sz w:val="14"/>
              </w:rPr>
            </w:r>
          </w:p>
          <w:p>
            <w:pPr>
              <w:spacing w:after="26" w:line="240" w:lineRule="auto"/>
            </w:pPr>
            <w:r>
              <w:rPr>
                <w:rFonts w:ascii="Tinos" w:hAnsi="Tinos"/>
                <w:sz w:val="14"/>
              </w:rPr>
              <w:t>Notice both the external event and the internal state it produced.</w:t>
            </w:r>
          </w:p>
          <w:p>
            <w:pPr>
              <w:spacing w:after="26" w:line="240" w:lineRule="auto"/>
            </w:pPr>
            <w:r>
              <w:rPr>
                <w:rFonts w:ascii="Tinos" w:hAnsi="Tinos"/>
                <w:sz w:val="14"/>
              </w:rPr>
            </w:r>
          </w:p>
          <w:p>
            <w:pPr>
              <w:spacing w:after="26" w:line="240" w:lineRule="auto"/>
            </w:pPr>
            <w:r>
              <w:rPr>
                <w:rFonts w:ascii="Tinos" w:hAnsi="Tinos"/>
                <w:b/>
                <w:sz w:val="14"/>
              </w:rPr>
              <w:t>LISTEN - Step 2: Identify the affected relations</w:t>
            </w:r>
          </w:p>
          <w:p>
            <w:pPr>
              <w:spacing w:after="26" w:line="240" w:lineRule="auto"/>
            </w:pPr>
            <w:r>
              <w:rPr>
                <w:rFonts w:ascii="Tinos" w:hAnsi="Tinos"/>
                <w:sz w:val="14"/>
              </w:rPr>
            </w:r>
          </w:p>
          <w:p>
            <w:pPr>
              <w:spacing w:after="26" w:line="240" w:lineRule="auto"/>
            </w:pPr>
            <w:r>
              <w:rPr>
                <w:rFonts w:ascii="Tinos" w:hAnsi="Tinos"/>
                <w:sz w:val="14"/>
              </w:rPr>
              <w:t>What did the lost person, object, place, role, or state actually provide?</w:t>
            </w:r>
          </w:p>
          <w:p>
            <w:pPr>
              <w:spacing w:after="26" w:line="240" w:lineRule="auto"/>
            </w:pPr>
            <w:r>
              <w:rPr>
                <w:rFonts w:ascii="Tinos" w:hAnsi="Tinos"/>
                <w:sz w:val="14"/>
              </w:rPr>
            </w:r>
          </w:p>
          <w:p>
            <w:pPr>
              <w:spacing w:after="26" w:line="240" w:lineRule="auto"/>
            </w:pPr>
            <w:r>
              <w:rPr>
                <w:rFonts w:ascii="Tinos" w:hAnsi="Tinos"/>
                <w:sz w:val="14"/>
              </w:rPr>
              <w:t>Examples:</w:t>
            </w:r>
          </w:p>
          <w:p>
            <w:pPr>
              <w:spacing w:after="26" w:line="240" w:lineRule="auto"/>
            </w:pPr>
            <w:r>
              <w:rPr>
                <w:rFonts w:ascii="Tinos" w:hAnsi="Tinos"/>
                <w:sz w:val="14"/>
              </w:rPr>
            </w:r>
          </w:p>
          <w:p>
            <w:pPr>
              <w:spacing w:after="26" w:line="240" w:lineRule="auto"/>
            </w:pPr>
            <w:r>
              <w:rPr>
                <w:rFonts w:ascii="Tinos" w:hAnsi="Tinos"/>
                <w:sz w:val="14"/>
              </w:rPr>
              <w:t>- companionship,</w:t>
            </w:r>
          </w:p>
          <w:p>
            <w:pPr>
              <w:spacing w:after="26" w:line="240" w:lineRule="auto"/>
            </w:pPr>
            <w:r>
              <w:rPr>
                <w:rFonts w:ascii="Tinos" w:hAnsi="Tinos"/>
                <w:sz w:val="14"/>
              </w:rPr>
              <w:t>- safety,</w:t>
            </w:r>
          </w:p>
          <w:p>
            <w:pPr>
              <w:spacing w:after="26" w:line="240" w:lineRule="auto"/>
            </w:pPr>
            <w:r>
              <w:rPr>
                <w:rFonts w:ascii="Tinos" w:hAnsi="Tinos"/>
                <w:sz w:val="14"/>
              </w:rPr>
              <w:t>- money,</w:t>
            </w:r>
          </w:p>
          <w:p>
            <w:pPr>
              <w:spacing w:after="26" w:line="240" w:lineRule="auto"/>
            </w:pPr>
            <w:r>
              <w:rPr>
                <w:rFonts w:ascii="Tinos" w:hAnsi="Tinos"/>
                <w:sz w:val="14"/>
              </w:rPr>
              <w:t>- routine,</w:t>
            </w:r>
          </w:p>
          <w:p>
            <w:pPr>
              <w:spacing w:after="26" w:line="240" w:lineRule="auto"/>
            </w:pPr>
            <w:r>
              <w:rPr>
                <w:rFonts w:ascii="Tinos" w:hAnsi="Tinos"/>
                <w:sz w:val="14"/>
              </w:rPr>
              <w:t>- identity,</w:t>
            </w:r>
          </w:p>
          <w:p>
            <w:pPr>
              <w:spacing w:after="26" w:line="240" w:lineRule="auto"/>
            </w:pPr>
            <w:r>
              <w:rPr>
                <w:rFonts w:ascii="Tinos" w:hAnsi="Tinos"/>
                <w:sz w:val="14"/>
              </w:rPr>
              <w:t>- familiarity,</w:t>
            </w:r>
          </w:p>
          <w:p>
            <w:pPr>
              <w:spacing w:after="26" w:line="240" w:lineRule="auto"/>
            </w:pPr>
            <w:r>
              <w:rPr>
                <w:rFonts w:ascii="Tinos" w:hAnsi="Tinos"/>
                <w:sz w:val="14"/>
              </w:rPr>
              <w:t>- validation,</w:t>
            </w:r>
          </w:p>
          <w:p>
            <w:pPr>
              <w:spacing w:after="26" w:line="240" w:lineRule="auto"/>
            </w:pPr>
            <w:r>
              <w:rPr>
                <w:rFonts w:ascii="Tinos" w:hAnsi="Tinos"/>
                <w:sz w:val="14"/>
              </w:rPr>
              <w:t>- physical help,</w:t>
            </w:r>
          </w:p>
          <w:p>
            <w:pPr>
              <w:spacing w:after="26" w:line="240" w:lineRule="auto"/>
            </w:pPr>
            <w:r>
              <w:rPr>
                <w:rFonts w:ascii="Tinos" w:hAnsi="Tinos"/>
                <w:sz w:val="14"/>
              </w:rPr>
              <w:t>- meaning.</w:t>
            </w:r>
          </w:p>
          <w:p>
            <w:pPr>
              <w:spacing w:after="26" w:line="240" w:lineRule="auto"/>
            </w:pPr>
            <w:r>
              <w:rPr>
                <w:rFonts w:ascii="Tinos" w:hAnsi="Tinos"/>
                <w:sz w:val="14"/>
              </w:rPr>
            </w:r>
          </w:p>
          <w:p>
            <w:pPr>
              <w:spacing w:after="26" w:line="240" w:lineRule="auto"/>
            </w:pPr>
            <w:r>
              <w:rPr>
                <w:rFonts w:ascii="Tinos" w:hAnsi="Tinos"/>
                <w:sz w:val="14"/>
              </w:rPr>
              <w:t>Ask rather than assuming which of these matters most.</w:t>
            </w:r>
          </w:p>
          <w:p>
            <w:pPr>
              <w:spacing w:after="26" w:line="240" w:lineRule="auto"/>
            </w:pPr>
            <w:r>
              <w:rPr>
                <w:rFonts w:ascii="Tinos" w:hAnsi="Tinos"/>
                <w:sz w:val="14"/>
              </w:rPr>
            </w:r>
          </w:p>
          <w:p>
            <w:pPr>
              <w:spacing w:after="26" w:line="240" w:lineRule="auto"/>
            </w:pPr>
            <w:r>
              <w:rPr>
                <w:rFonts w:ascii="Tinos" w:hAnsi="Tinos"/>
                <w:b/>
                <w:sz w:val="14"/>
              </w:rPr>
              <w:t>LISTEN / MIRROR - Step 3: Separate emotion from explanation</w:t>
            </w:r>
          </w:p>
          <w:p>
            <w:pPr>
              <w:spacing w:after="26" w:line="240" w:lineRule="auto"/>
            </w:pPr>
            <w:r>
              <w:rPr>
                <w:rFonts w:ascii="Tinos" w:hAnsi="Tinos"/>
                <w:sz w:val="14"/>
              </w:rPr>
            </w:r>
          </w:p>
          <w:p>
            <w:pPr>
              <w:spacing w:after="26" w:line="240" w:lineRule="auto"/>
            </w:pPr>
            <w:r>
              <w:rPr>
                <w:rFonts w:ascii="Tinos" w:hAnsi="Tinos"/>
                <w:sz w:val="14"/>
              </w:rPr>
              <w:t>What am I feeling?</w:t>
            </w:r>
          </w:p>
          <w:p>
            <w:pPr>
              <w:spacing w:after="26" w:line="240" w:lineRule="auto"/>
            </w:pPr>
            <w:r>
              <w:rPr>
                <w:rFonts w:ascii="Tinos" w:hAnsi="Tinos"/>
                <w:sz w:val="14"/>
              </w:rPr>
            </w:r>
          </w:p>
          <w:p>
            <w:pPr>
              <w:spacing w:after="26" w:line="240" w:lineRule="auto"/>
            </w:pPr>
            <w:r>
              <w:rPr>
                <w:rFonts w:ascii="Tinos" w:hAnsi="Tinos"/>
                <w:sz w:val="14"/>
              </w:rPr>
              <w:t>Sadness?</w:t>
            </w:r>
          </w:p>
          <w:p>
            <w:pPr>
              <w:spacing w:after="26" w:line="240" w:lineRule="auto"/>
            </w:pPr>
            <w:r>
              <w:rPr>
                <w:rFonts w:ascii="Tinos" w:hAnsi="Tinos"/>
                <w:sz w:val="14"/>
              </w:rPr>
            </w:r>
          </w:p>
          <w:p>
            <w:pPr>
              <w:spacing w:after="26" w:line="240" w:lineRule="auto"/>
            </w:pPr>
            <w:r>
              <w:rPr>
                <w:rFonts w:ascii="Tinos" w:hAnsi="Tinos"/>
                <w:sz w:val="14"/>
              </w:rPr>
              <w:t>Fear?</w:t>
            </w:r>
          </w:p>
          <w:p>
            <w:pPr>
              <w:spacing w:after="26" w:line="240" w:lineRule="auto"/>
            </w:pPr>
            <w:r>
              <w:rPr>
                <w:rFonts w:ascii="Tinos" w:hAnsi="Tinos"/>
                <w:sz w:val="14"/>
              </w:rPr>
            </w:r>
          </w:p>
          <w:p>
            <w:pPr>
              <w:spacing w:after="26" w:line="240" w:lineRule="auto"/>
            </w:pPr>
            <w:r>
              <w:rPr>
                <w:rFonts w:ascii="Tinos" w:hAnsi="Tinos"/>
                <w:sz w:val="14"/>
              </w:rPr>
              <w:t>Anger?</w:t>
            </w:r>
          </w:p>
          <w:p>
            <w:pPr>
              <w:spacing w:after="26" w:line="240" w:lineRule="auto"/>
            </w:pPr>
            <w:r>
              <w:rPr>
                <w:rFonts w:ascii="Tinos" w:hAnsi="Tinos"/>
                <w:sz w:val="14"/>
              </w:rPr>
            </w:r>
          </w:p>
          <w:p>
            <w:pPr>
              <w:spacing w:after="26" w:line="240" w:lineRule="auto"/>
            </w:pPr>
            <w:r>
              <w:rPr>
                <w:rFonts w:ascii="Tinos" w:hAnsi="Tinos"/>
                <w:sz w:val="14"/>
              </w:rPr>
              <w:t>Guilt?</w:t>
            </w:r>
          </w:p>
          <w:p>
            <w:pPr>
              <w:spacing w:after="26" w:line="240" w:lineRule="auto"/>
            </w:pPr>
            <w:r>
              <w:rPr>
                <w:rFonts w:ascii="Tinos" w:hAnsi="Tinos"/>
                <w:sz w:val="14"/>
              </w:rPr>
            </w:r>
          </w:p>
          <w:p>
            <w:pPr>
              <w:spacing w:after="26" w:line="240" w:lineRule="auto"/>
            </w:pPr>
            <w:r>
              <w:rPr>
                <w:rFonts w:ascii="Tinos" w:hAnsi="Tinos"/>
                <w:sz w:val="14"/>
              </w:rPr>
              <w:t>Shame?</w:t>
            </w:r>
          </w:p>
          <w:p>
            <w:pPr>
              <w:spacing w:after="26" w:line="240" w:lineRule="auto"/>
            </w:pPr>
            <w:r>
              <w:rPr>
                <w:rFonts w:ascii="Tinos" w:hAnsi="Tinos"/>
                <w:sz w:val="14"/>
              </w:rPr>
            </w:r>
          </w:p>
          <w:p>
            <w:pPr>
              <w:spacing w:after="26" w:line="240" w:lineRule="auto"/>
            </w:pPr>
            <w:r>
              <w:rPr>
                <w:rFonts w:ascii="Tinos" w:hAnsi="Tinos"/>
                <w:sz w:val="14"/>
              </w:rPr>
              <w:t>Loneliness?</w:t>
            </w:r>
          </w:p>
          <w:p>
            <w:pPr>
              <w:spacing w:after="26" w:line="240" w:lineRule="auto"/>
            </w:pPr>
            <w:r>
              <w:rPr>
                <w:rFonts w:ascii="Tinos" w:hAnsi="Tinos"/>
                <w:sz w:val="14"/>
              </w:rPr>
            </w:r>
          </w:p>
          <w:p>
            <w:pPr>
              <w:spacing w:after="26" w:line="240" w:lineRule="auto"/>
            </w:pPr>
            <w:r>
              <w:rPr>
                <w:rFonts w:ascii="Tinos" w:hAnsi="Tinos"/>
                <w:sz w:val="14"/>
              </w:rPr>
              <w:t>Relief?</w:t>
            </w:r>
          </w:p>
          <w:p>
            <w:pPr>
              <w:spacing w:after="26" w:line="240" w:lineRule="auto"/>
            </w:pPr>
            <w:r>
              <w:rPr>
                <w:rFonts w:ascii="Tinos" w:hAnsi="Tinos"/>
                <w:sz w:val="14"/>
              </w:rPr>
            </w:r>
          </w:p>
          <w:p>
            <w:pPr>
              <w:spacing w:after="26" w:line="240" w:lineRule="auto"/>
            </w:pPr>
            <w:r>
              <w:rPr>
                <w:rFonts w:ascii="Tinos" w:hAnsi="Tinos"/>
                <w:sz w:val="14"/>
              </w:rPr>
              <w:t>Exhaustion?</w:t>
            </w:r>
          </w:p>
          <w:p>
            <w:pPr>
              <w:spacing w:after="26" w:line="240" w:lineRule="auto"/>
            </w:pPr>
            <w:r>
              <w:rPr>
                <w:rFonts w:ascii="Tinos" w:hAnsi="Tinos"/>
                <w:sz w:val="14"/>
              </w:rPr>
            </w:r>
          </w:p>
          <w:p>
            <w:pPr>
              <w:spacing w:after="26" w:line="240" w:lineRule="auto"/>
            </w:pPr>
            <w:r>
              <w:rPr>
                <w:rFonts w:ascii="Tinos" w:hAnsi="Tinos"/>
                <w:sz w:val="14"/>
              </w:rPr>
              <w:t>The feeling is evidence concerning the person's state.</w:t>
            </w:r>
          </w:p>
          <w:p>
            <w:pPr>
              <w:spacing w:after="26" w:line="240" w:lineRule="auto"/>
            </w:pPr>
            <w:r>
              <w:rPr>
                <w:rFonts w:ascii="Tinos" w:hAnsi="Tinos"/>
                <w:sz w:val="14"/>
              </w:rPr>
            </w:r>
          </w:p>
          <w:p>
            <w:pPr>
              <w:spacing w:after="26" w:line="240" w:lineRule="auto"/>
            </w:pPr>
            <w:r>
              <w:rPr>
                <w:rFonts w:ascii="Tinos" w:hAnsi="Tinos"/>
                <w:sz w:val="14"/>
              </w:rPr>
              <w:t>Its first interpretation is not automatically evidence concerning external causation.</w:t>
            </w:r>
          </w:p>
          <w:p>
            <w:pPr>
              <w:spacing w:after="26" w:line="240" w:lineRule="auto"/>
            </w:pPr>
            <w:r>
              <w:rPr>
                <w:rFonts w:ascii="Tinos" w:hAnsi="Tinos"/>
                <w:sz w:val="14"/>
              </w:rPr>
            </w:r>
          </w:p>
          <w:p>
            <w:pPr>
              <w:spacing w:after="26" w:line="240" w:lineRule="auto"/>
            </w:pPr>
            <w:r>
              <w:rPr>
                <w:rFonts w:ascii="Tinos" w:hAnsi="Tinos"/>
                <w:sz w:val="14"/>
              </w:rPr>
              <w:t>A compact diagnostic sentence is:</w:t>
            </w:r>
          </w:p>
          <w:p>
            <w:pPr>
              <w:spacing w:after="26" w:line="240" w:lineRule="auto"/>
            </w:pPr>
            <w:r>
              <w:rPr>
                <w:rFonts w:ascii="Tinos" w:hAnsi="Tinos"/>
                <w:sz w:val="14"/>
              </w:rPr>
            </w:r>
          </w:p>
          <w:p>
            <w:pPr>
              <w:spacing w:after="26" w:line="240" w:lineRule="auto"/>
            </w:pPr>
            <w:r>
              <w:rPr>
                <w:rFonts w:ascii="Tinos" w:hAnsi="Tinos"/>
                <w:sz w:val="14"/>
              </w:rPr>
              <w:t>My experience may be real while my explanation remains incomplete.</w:t>
            </w:r>
          </w:p>
          <w:p>
            <w:pPr>
              <w:spacing w:after="26" w:line="240" w:lineRule="auto"/>
            </w:pPr>
            <w:r>
              <w:rPr>
                <w:rFonts w:ascii="Tinos" w:hAnsi="Tinos"/>
                <w:sz w:val="14"/>
              </w:rPr>
            </w:r>
          </w:p>
          <w:p>
            <w:pPr>
              <w:spacing w:after="26" w:line="240" w:lineRule="auto"/>
            </w:pPr>
            <w:r>
              <w:rPr>
                <w:rFonts w:ascii="Tinos" w:hAnsi="Tinos"/>
                <w:b/>
                <w:sz w:val="14"/>
              </w:rPr>
              <w:t>OPEN - Step 4: Identify the search</w:t>
            </w:r>
          </w:p>
          <w:p>
            <w:pPr>
              <w:spacing w:after="26" w:line="240" w:lineRule="auto"/>
            </w:pPr>
            <w:r>
              <w:rPr>
                <w:rFonts w:ascii="Tinos" w:hAnsi="Tinos"/>
                <w:sz w:val="14"/>
              </w:rPr>
            </w:r>
          </w:p>
          <w:p>
            <w:pPr>
              <w:spacing w:after="26" w:line="240" w:lineRule="auto"/>
            </w:pPr>
            <w:r>
              <w:rPr>
                <w:rFonts w:ascii="Tinos" w:hAnsi="Tinos"/>
                <w:sz w:val="14"/>
              </w:rPr>
              <w:t>What am I repeatedly trying to recover?</w:t>
            </w:r>
          </w:p>
          <w:p>
            <w:pPr>
              <w:spacing w:after="26" w:line="240" w:lineRule="auto"/>
            </w:pPr>
            <w:r>
              <w:rPr>
                <w:rFonts w:ascii="Tinos" w:hAnsi="Tinos"/>
                <w:sz w:val="14"/>
              </w:rPr>
            </w:r>
          </w:p>
          <w:p>
            <w:pPr>
              <w:spacing w:after="26" w:line="240" w:lineRule="auto"/>
            </w:pPr>
            <w:r>
              <w:rPr>
                <w:rFonts w:ascii="Tinos" w:hAnsi="Tinos"/>
                <w:sz w:val="14"/>
              </w:rPr>
              <w:t>The object itself?</w:t>
            </w:r>
          </w:p>
          <w:p>
            <w:pPr>
              <w:spacing w:after="26" w:line="240" w:lineRule="auto"/>
            </w:pPr>
            <w:r>
              <w:rPr>
                <w:rFonts w:ascii="Tinos" w:hAnsi="Tinos"/>
                <w:sz w:val="14"/>
              </w:rPr>
            </w:r>
          </w:p>
          <w:p>
            <w:pPr>
              <w:spacing w:after="26" w:line="240" w:lineRule="auto"/>
            </w:pPr>
            <w:r>
              <w:rPr>
                <w:rFonts w:ascii="Tinos" w:hAnsi="Tinos"/>
                <w:sz w:val="14"/>
              </w:rPr>
              <w:t>A function?</w:t>
            </w:r>
          </w:p>
          <w:p>
            <w:pPr>
              <w:spacing w:after="26" w:line="240" w:lineRule="auto"/>
            </w:pPr>
            <w:r>
              <w:rPr>
                <w:rFonts w:ascii="Tinos" w:hAnsi="Tinos"/>
                <w:sz w:val="14"/>
              </w:rPr>
            </w:r>
          </w:p>
          <w:p>
            <w:pPr>
              <w:spacing w:after="26" w:line="240" w:lineRule="auto"/>
            </w:pPr>
            <w:r>
              <w:rPr>
                <w:rFonts w:ascii="Tinos" w:hAnsi="Tinos"/>
                <w:sz w:val="14"/>
              </w:rPr>
              <w:t>A feeling?</w:t>
            </w:r>
          </w:p>
          <w:p>
            <w:pPr>
              <w:spacing w:after="26" w:line="240" w:lineRule="auto"/>
            </w:pPr>
            <w:r>
              <w:rPr>
                <w:rFonts w:ascii="Tinos" w:hAnsi="Tinos"/>
                <w:sz w:val="14"/>
              </w:rPr>
            </w:r>
          </w:p>
          <w:p>
            <w:pPr>
              <w:spacing w:after="26" w:line="240" w:lineRule="auto"/>
            </w:pPr>
            <w:r>
              <w:rPr>
                <w:rFonts w:ascii="Tinos" w:hAnsi="Tinos"/>
                <w:sz w:val="14"/>
              </w:rPr>
              <w:t>A relationship?</w:t>
            </w:r>
          </w:p>
          <w:p>
            <w:pPr>
              <w:spacing w:after="26" w:line="240" w:lineRule="auto"/>
            </w:pPr>
            <w:r>
              <w:rPr>
                <w:rFonts w:ascii="Tinos" w:hAnsi="Tinos"/>
                <w:sz w:val="14"/>
              </w:rPr>
            </w:r>
          </w:p>
          <w:p>
            <w:pPr>
              <w:spacing w:after="26" w:line="240" w:lineRule="auto"/>
            </w:pPr>
            <w:r>
              <w:rPr>
                <w:rFonts w:ascii="Tinos" w:hAnsi="Tinos"/>
                <w:sz w:val="14"/>
              </w:rPr>
              <w:t>A previous identity?</w:t>
            </w:r>
          </w:p>
          <w:p>
            <w:pPr>
              <w:spacing w:after="26" w:line="240" w:lineRule="auto"/>
            </w:pPr>
            <w:r>
              <w:rPr>
                <w:rFonts w:ascii="Tinos" w:hAnsi="Tinos"/>
                <w:sz w:val="14"/>
              </w:rPr>
            </w:r>
          </w:p>
          <w:p>
            <w:pPr>
              <w:spacing w:after="26" w:line="240" w:lineRule="auto"/>
            </w:pPr>
            <w:r>
              <w:rPr>
                <w:rFonts w:ascii="Tinos" w:hAnsi="Tinos"/>
                <w:sz w:val="14"/>
              </w:rPr>
              <w:t>Predictability?</w:t>
            </w:r>
          </w:p>
          <w:p>
            <w:pPr>
              <w:spacing w:after="26" w:line="240" w:lineRule="auto"/>
            </w:pPr>
            <w:r>
              <w:rPr>
                <w:rFonts w:ascii="Tinos" w:hAnsi="Tinos"/>
                <w:sz w:val="14"/>
              </w:rPr>
            </w:r>
          </w:p>
          <w:p>
            <w:pPr>
              <w:spacing w:after="26" w:line="240" w:lineRule="auto"/>
            </w:pPr>
            <w:r>
              <w:rPr>
                <w:rFonts w:ascii="Tinos" w:hAnsi="Tinos"/>
                <w:sz w:val="14"/>
              </w:rPr>
              <w:t>Generate more than one explanation for why the search continues.</w:t>
            </w:r>
          </w:p>
          <w:p>
            <w:pPr>
              <w:spacing w:after="26" w:line="240" w:lineRule="auto"/>
            </w:pPr>
            <w:r>
              <w:rPr>
                <w:rFonts w:ascii="Tinos" w:hAnsi="Tinos"/>
                <w:sz w:val="14"/>
              </w:rPr>
            </w:r>
          </w:p>
          <w:p>
            <w:pPr>
              <w:spacing w:after="26" w:line="240" w:lineRule="auto"/>
            </w:pPr>
            <w:r>
              <w:rPr>
                <w:rFonts w:ascii="Tinos" w:hAnsi="Tinos"/>
                <w:b/>
                <w:sz w:val="14"/>
              </w:rPr>
              <w:t>OPEN - Step 5: Test replaceability without imposing replacement</w:t>
            </w:r>
          </w:p>
          <w:p>
            <w:pPr>
              <w:spacing w:after="26" w:line="240" w:lineRule="auto"/>
            </w:pPr>
            <w:r>
              <w:rPr>
                <w:rFonts w:ascii="Tinos" w:hAnsi="Tinos"/>
                <w:sz w:val="14"/>
              </w:rPr>
            </w:r>
          </w:p>
          <w:p>
            <w:pPr>
              <w:spacing w:after="26" w:line="240" w:lineRule="auto"/>
            </w:pPr>
            <w:r>
              <w:rPr>
                <w:rFonts w:ascii="Tinos" w:hAnsi="Tinos"/>
                <w:sz w:val="14"/>
              </w:rPr>
              <w:t>Can the original configuration actually return?</w:t>
            </w:r>
          </w:p>
          <w:p>
            <w:pPr>
              <w:spacing w:after="26" w:line="240" w:lineRule="auto"/>
            </w:pPr>
            <w:r>
              <w:rPr>
                <w:rFonts w:ascii="Tinos" w:hAnsi="Tinos"/>
                <w:sz w:val="14"/>
              </w:rPr>
            </w:r>
          </w:p>
          <w:p>
            <w:pPr>
              <w:spacing w:after="26" w:line="240" w:lineRule="auto"/>
            </w:pPr>
            <w:r>
              <w:rPr>
                <w:rFonts w:ascii="Tinos" w:hAnsi="Tinos"/>
                <w:sz w:val="14"/>
              </w:rPr>
              <w:t>If not:</w:t>
            </w:r>
          </w:p>
          <w:p>
            <w:pPr>
              <w:spacing w:after="26" w:line="240" w:lineRule="auto"/>
            </w:pPr>
            <w:r>
              <w:rPr>
                <w:rFonts w:ascii="Tinos" w:hAnsi="Tinos"/>
                <w:sz w:val="14"/>
              </w:rPr>
            </w:r>
          </w:p>
          <w:p>
            <w:pPr>
              <w:spacing w:after="26" w:line="240" w:lineRule="auto"/>
            </w:pPr>
            <w:r>
              <w:rPr>
                <w:rFonts w:ascii="Tinos" w:hAnsi="Tinos"/>
                <w:sz w:val="14"/>
              </w:rPr>
              <w:t>Which properties remain obtainable in other configurations?</w:t>
            </w:r>
          </w:p>
          <w:p>
            <w:pPr>
              <w:spacing w:after="26" w:line="240" w:lineRule="auto"/>
            </w:pPr>
            <w:r>
              <w:rPr>
                <w:rFonts w:ascii="Tinos" w:hAnsi="Tinos"/>
                <w:sz w:val="14"/>
              </w:rPr>
            </w:r>
          </w:p>
          <w:p>
            <w:pPr>
              <w:spacing w:after="26" w:line="240" w:lineRule="auto"/>
            </w:pPr>
            <w:r>
              <w:rPr>
                <w:rFonts w:ascii="Tinos" w:hAnsi="Tinos"/>
                <w:sz w:val="14"/>
              </w:rPr>
              <w:t>Do not require a new person or situation to imitate the old configuration in order to count as meaningful.</w:t>
            </w:r>
          </w:p>
          <w:p>
            <w:pPr>
              <w:spacing w:after="26" w:line="240" w:lineRule="auto"/>
            </w:pPr>
            <w:r>
              <w:rPr>
                <w:rFonts w:ascii="Tinos" w:hAnsi="Tinos"/>
                <w:sz w:val="14"/>
              </w:rPr>
            </w:r>
          </w:p>
          <w:p>
            <w:pPr>
              <w:spacing w:after="26" w:line="240" w:lineRule="auto"/>
            </w:pPr>
            <w:r>
              <w:rPr>
                <w:rFonts w:ascii="Tinos" w:hAnsi="Tinos"/>
                <w:b/>
                <w:sz w:val="14"/>
              </w:rPr>
              <w:t>VERIFY - Step 6: Examine nostalgia</w:t>
            </w:r>
          </w:p>
          <w:p>
            <w:pPr>
              <w:spacing w:after="26" w:line="240" w:lineRule="auto"/>
            </w:pPr>
            <w:r>
              <w:rPr>
                <w:rFonts w:ascii="Tinos" w:hAnsi="Tinos"/>
                <w:sz w:val="14"/>
              </w:rPr>
            </w:r>
          </w:p>
          <w:p>
            <w:pPr>
              <w:spacing w:after="26" w:line="240" w:lineRule="auto"/>
            </w:pPr>
            <w:r>
              <w:rPr>
                <w:rFonts w:ascii="Tinos" w:hAnsi="Tinos"/>
                <w:sz w:val="14"/>
              </w:rPr>
              <w:t>Ask:</w:t>
            </w:r>
          </w:p>
          <w:p>
            <w:pPr>
              <w:spacing w:after="26" w:line="240" w:lineRule="auto"/>
            </w:pPr>
            <w:r>
              <w:rPr>
                <w:rFonts w:ascii="Tinos" w:hAnsi="Tinos"/>
                <w:sz w:val="14"/>
              </w:rPr>
            </w:r>
          </w:p>
          <w:p>
            <w:pPr>
              <w:spacing w:after="26" w:line="240" w:lineRule="auto"/>
            </w:pPr>
            <w:r>
              <w:rPr>
                <w:rFonts w:ascii="Tinos" w:hAnsi="Tinos"/>
                <w:sz w:val="14"/>
              </w:rPr>
              <w:t>Is this memory helping me understand what mattered?</w:t>
            </w:r>
          </w:p>
          <w:p>
            <w:pPr>
              <w:spacing w:after="26" w:line="240" w:lineRule="auto"/>
            </w:pPr>
            <w:r>
              <w:rPr>
                <w:rFonts w:ascii="Tinos" w:hAnsi="Tinos"/>
                <w:sz w:val="14"/>
              </w:rPr>
            </w:r>
          </w:p>
          <w:p>
            <w:pPr>
              <w:spacing w:after="26" w:line="240" w:lineRule="auto"/>
            </w:pPr>
            <w:r>
              <w:rPr>
                <w:rFonts w:ascii="Tinos" w:hAnsi="Tinos"/>
                <w:sz w:val="14"/>
              </w:rPr>
              <w:t>or:</w:t>
            </w:r>
          </w:p>
          <w:p>
            <w:pPr>
              <w:spacing w:after="26" w:line="240" w:lineRule="auto"/>
            </w:pPr>
            <w:r>
              <w:rPr>
                <w:rFonts w:ascii="Tinos" w:hAnsi="Tinos"/>
                <w:sz w:val="14"/>
              </w:rPr>
            </w:r>
          </w:p>
          <w:p>
            <w:pPr>
              <w:spacing w:after="26" w:line="240" w:lineRule="auto"/>
            </w:pPr>
            <w:r>
              <w:rPr>
                <w:rFonts w:ascii="Tinos" w:hAnsi="Tinos"/>
                <w:sz w:val="14"/>
              </w:rPr>
              <w:t>Is this memory requiring the present to reproduce the past?</w:t>
            </w:r>
          </w:p>
          <w:p>
            <w:pPr>
              <w:spacing w:after="26" w:line="240" w:lineRule="auto"/>
            </w:pPr>
            <w:r>
              <w:rPr>
                <w:rFonts w:ascii="Tinos" w:hAnsi="Tinos"/>
                <w:sz w:val="14"/>
              </w:rPr>
            </w:r>
          </w:p>
          <w:p>
            <w:pPr>
              <w:spacing w:after="26" w:line="240" w:lineRule="auto"/>
            </w:pPr>
            <w:r>
              <w:rPr>
                <w:rFonts w:ascii="Tinos" w:hAnsi="Tinos"/>
                <w:sz w:val="14"/>
              </w:rPr>
              <w:t>Also ask what the memory may omit, idealise, or compress.</w:t>
            </w:r>
          </w:p>
          <w:p>
            <w:pPr>
              <w:spacing w:after="26" w:line="240" w:lineRule="auto"/>
            </w:pPr>
            <w:r>
              <w:rPr>
                <w:rFonts w:ascii="Tinos" w:hAnsi="Tinos"/>
                <w:sz w:val="14"/>
              </w:rPr>
            </w:r>
          </w:p>
          <w:p>
            <w:pPr>
              <w:spacing w:after="26" w:line="240" w:lineRule="auto"/>
            </w:pPr>
            <w:r>
              <w:rPr>
                <w:rFonts w:ascii="Tinos" w:hAnsi="Tinos"/>
                <w:b/>
                <w:sz w:val="14"/>
              </w:rPr>
              <w:t>VERIFY - Step 7: Inspect proposed solutions</w:t>
            </w:r>
          </w:p>
          <w:p>
            <w:pPr>
              <w:spacing w:after="26" w:line="240" w:lineRule="auto"/>
            </w:pPr>
            <w:r>
              <w:rPr>
                <w:rFonts w:ascii="Tinos" w:hAnsi="Tinos"/>
                <w:sz w:val="14"/>
              </w:rPr>
            </w:r>
          </w:p>
          <w:p>
            <w:pPr>
              <w:spacing w:after="26" w:line="240" w:lineRule="auto"/>
            </w:pPr>
            <w:r>
              <w:rPr>
                <w:rFonts w:ascii="Tinos" w:hAnsi="Tinos"/>
                <w:sz w:val="14"/>
              </w:rPr>
              <w:t>If someone is asking for:</w:t>
            </w:r>
          </w:p>
          <w:p>
            <w:pPr>
              <w:spacing w:after="26" w:line="240" w:lineRule="auto"/>
            </w:pPr>
            <w:r>
              <w:rPr>
                <w:rFonts w:ascii="Tinos" w:hAnsi="Tinos"/>
                <w:sz w:val="14"/>
              </w:rPr>
            </w:r>
          </w:p>
          <w:p>
            <w:pPr>
              <w:spacing w:after="26" w:line="240" w:lineRule="auto"/>
            </w:pPr>
            <w:r>
              <w:rPr>
                <w:rFonts w:ascii="Tinos" w:hAnsi="Tinos"/>
                <w:sz w:val="14"/>
              </w:rPr>
              <w:t>- money,</w:t>
            </w:r>
          </w:p>
          <w:p>
            <w:pPr>
              <w:spacing w:after="26" w:line="240" w:lineRule="auto"/>
            </w:pPr>
            <w:r>
              <w:rPr>
                <w:rFonts w:ascii="Tinos" w:hAnsi="Tinos"/>
                <w:sz w:val="14"/>
              </w:rPr>
              <w:t>- loyalty,</w:t>
            </w:r>
          </w:p>
          <w:p>
            <w:pPr>
              <w:spacing w:after="26" w:line="240" w:lineRule="auto"/>
            </w:pPr>
            <w:r>
              <w:rPr>
                <w:rFonts w:ascii="Tinos" w:hAnsi="Tinos"/>
                <w:sz w:val="14"/>
              </w:rPr>
              <w:t>- conformity,</w:t>
            </w:r>
          </w:p>
          <w:p>
            <w:pPr>
              <w:spacing w:after="26" w:line="240" w:lineRule="auto"/>
            </w:pPr>
            <w:r>
              <w:rPr>
                <w:rFonts w:ascii="Tinos" w:hAnsi="Tinos"/>
                <w:sz w:val="14"/>
              </w:rPr>
              <w:t>- political support,</w:t>
            </w:r>
          </w:p>
          <w:p>
            <w:pPr>
              <w:spacing w:after="26" w:line="240" w:lineRule="auto"/>
            </w:pPr>
            <w:r>
              <w:rPr>
                <w:rFonts w:ascii="Tinos" w:hAnsi="Tinos"/>
                <w:sz w:val="14"/>
              </w:rPr>
              <w:t>- immediate action,</w:t>
            </w:r>
          </w:p>
          <w:p>
            <w:pPr>
              <w:spacing w:after="26" w:line="240" w:lineRule="auto"/>
            </w:pPr>
            <w:r>
              <w:rPr>
                <w:rFonts w:ascii="Tinos" w:hAnsi="Tinos"/>
                <w:sz w:val="14"/>
              </w:rPr>
              <w:t>- or abandonment of alternatives,</w:t>
            </w:r>
          </w:p>
          <w:p>
            <w:pPr>
              <w:spacing w:after="26" w:line="240" w:lineRule="auto"/>
            </w:pPr>
            <w:r>
              <w:rPr>
                <w:rFonts w:ascii="Tinos" w:hAnsi="Tinos"/>
                <w:sz w:val="14"/>
              </w:rPr>
            </w:r>
          </w:p>
          <w:p>
            <w:pPr>
              <w:spacing w:after="26" w:line="240" w:lineRule="auto"/>
            </w:pPr>
            <w:r>
              <w:rPr>
                <w:rFonts w:ascii="Tinos" w:hAnsi="Tinos"/>
                <w:sz w:val="14"/>
              </w:rPr>
              <w:t>ask:</w:t>
            </w:r>
          </w:p>
          <w:p>
            <w:pPr>
              <w:spacing w:after="26" w:line="240" w:lineRule="auto"/>
            </w:pPr>
            <w:r>
              <w:rPr>
                <w:rFonts w:ascii="Tinos" w:hAnsi="Tinos"/>
                <w:sz w:val="14"/>
              </w:rPr>
            </w:r>
          </w:p>
          <w:p>
            <w:pPr>
              <w:spacing w:after="26" w:line="240" w:lineRule="auto"/>
            </w:pPr>
            <w:r>
              <w:rPr>
                <w:rFonts w:ascii="Tinos" w:hAnsi="Tinos"/>
                <w:sz w:val="14"/>
              </w:rPr>
              <w:t>How does this action relate to the actual loss?</w:t>
            </w:r>
          </w:p>
          <w:p>
            <w:pPr>
              <w:spacing w:after="26" w:line="240" w:lineRule="auto"/>
            </w:pPr>
            <w:r>
              <w:rPr>
                <w:rFonts w:ascii="Tinos" w:hAnsi="Tinos"/>
                <w:sz w:val="14"/>
              </w:rPr>
            </w:r>
          </w:p>
          <w:p>
            <w:pPr>
              <w:spacing w:after="26" w:line="240" w:lineRule="auto"/>
            </w:pPr>
            <w:r>
              <w:rPr>
                <w:rFonts w:ascii="Tinos" w:hAnsi="Tinos"/>
                <w:sz w:val="14"/>
              </w:rPr>
              <w:t>Then check:</w:t>
            </w:r>
          </w:p>
          <w:p>
            <w:pPr>
              <w:spacing w:after="26" w:line="240" w:lineRule="auto"/>
            </w:pPr>
            <w:r>
              <w:rPr>
                <w:rFonts w:ascii="Tinos" w:hAnsi="Tinos"/>
                <w:sz w:val="14"/>
              </w:rPr>
            </w:r>
          </w:p>
          <w:p>
            <w:pPr>
              <w:spacing w:after="26" w:line="240" w:lineRule="auto"/>
            </w:pPr>
            <w:r>
              <w:rPr>
                <w:rFonts w:ascii="Tinos" w:hAnsi="Tinos"/>
                <w:sz w:val="14"/>
              </w:rPr>
              <w:t>- evidence and source provenance,</w:t>
            </w:r>
          </w:p>
          <w:p>
            <w:pPr>
              <w:spacing w:after="26" w:line="240" w:lineRule="auto"/>
            </w:pPr>
            <w:r>
              <w:rPr>
                <w:rFonts w:ascii="Tinos" w:hAnsi="Tinos"/>
                <w:sz w:val="14"/>
              </w:rPr>
              <w:t>- urgency,</w:t>
            </w:r>
          </w:p>
          <w:p>
            <w:pPr>
              <w:spacing w:after="26" w:line="240" w:lineRule="auto"/>
            </w:pPr>
            <w:r>
              <w:rPr>
                <w:rFonts w:ascii="Tinos" w:hAnsi="Tinos"/>
                <w:sz w:val="14"/>
              </w:rPr>
              <w:t>- power asymmetry,</w:t>
            </w:r>
          </w:p>
          <w:p>
            <w:pPr>
              <w:spacing w:after="26" w:line="240" w:lineRule="auto"/>
            </w:pPr>
            <w:r>
              <w:rPr>
                <w:rFonts w:ascii="Tinos" w:hAnsi="Tinos"/>
                <w:sz w:val="14"/>
              </w:rPr>
              <w:t>- consent and safe refusal,</w:t>
            </w:r>
          </w:p>
          <w:p>
            <w:pPr>
              <w:spacing w:after="26" w:line="240" w:lineRule="auto"/>
            </w:pPr>
            <w:r>
              <w:rPr>
                <w:rFonts w:ascii="Tinos" w:hAnsi="Tinos"/>
                <w:sz w:val="14"/>
              </w:rPr>
              <w:t>- likely harm,</w:t>
            </w:r>
          </w:p>
          <w:p>
            <w:pPr>
              <w:spacing w:after="26" w:line="240" w:lineRule="auto"/>
            </w:pPr>
            <w:r>
              <w:rPr>
                <w:rFonts w:ascii="Tinos" w:hAnsi="Tinos"/>
                <w:sz w:val="14"/>
              </w:rPr>
              <w:t>- reversibility,</w:t>
            </w:r>
          </w:p>
          <w:p>
            <w:pPr>
              <w:spacing w:after="26" w:line="240" w:lineRule="auto"/>
            </w:pPr>
            <w:r>
              <w:rPr>
                <w:rFonts w:ascii="Tinos" w:hAnsi="Tinos"/>
                <w:sz w:val="14"/>
              </w:rPr>
              <w:t>- and who benefits from the proposed interpretation.</w:t>
            </w:r>
          </w:p>
          <w:p>
            <w:pPr>
              <w:spacing w:after="26" w:line="240" w:lineRule="auto"/>
            </w:pPr>
            <w:r>
              <w:rPr>
                <w:rFonts w:ascii="Tinos" w:hAnsi="Tinos"/>
                <w:sz w:val="14"/>
              </w:rPr>
            </w:r>
          </w:p>
          <w:p>
            <w:pPr>
              <w:spacing w:after="26" w:line="240" w:lineRule="auto"/>
            </w:pPr>
            <w:r>
              <w:rPr>
                <w:rFonts w:ascii="Tinos" w:hAnsi="Tinos"/>
                <w:b/>
                <w:sz w:val="14"/>
              </w:rPr>
              <w:t>OPEN / VERIFY - Step 8: Change resolution</w:t>
            </w:r>
          </w:p>
          <w:p>
            <w:pPr>
              <w:spacing w:after="26" w:line="240" w:lineRule="auto"/>
            </w:pPr>
            <w:r>
              <w:rPr>
                <w:rFonts w:ascii="Tinos" w:hAnsi="Tinos"/>
                <w:sz w:val="14"/>
              </w:rPr>
            </w:r>
          </w:p>
          <w:p>
            <w:pPr>
              <w:spacing w:after="26" w:line="240" w:lineRule="auto"/>
            </w:pPr>
            <w:r>
              <w:rPr>
                <w:rFonts w:ascii="Tinos" w:hAnsi="Tinos"/>
                <w:sz w:val="14"/>
              </w:rPr>
              <w:t>If the answer remains unclear:</w:t>
            </w:r>
          </w:p>
          <w:p>
            <w:pPr>
              <w:spacing w:after="26" w:line="240" w:lineRule="auto"/>
            </w:pPr>
            <w:r>
              <w:rPr>
                <w:rFonts w:ascii="Tinos" w:hAnsi="Tinos"/>
                <w:sz w:val="14"/>
              </w:rPr>
            </w:r>
          </w:p>
          <w:p>
            <w:pPr>
              <w:spacing w:after="26" w:line="240" w:lineRule="auto"/>
            </w:pPr>
            <w:r>
              <w:rPr>
                <w:rFonts w:ascii="Tinos" w:hAnsi="Tinos"/>
                <w:sz w:val="14"/>
              </w:rPr>
              <w:t>look closer,</w:t>
            </w:r>
          </w:p>
          <w:p>
            <w:pPr>
              <w:spacing w:after="26" w:line="240" w:lineRule="auto"/>
            </w:pPr>
            <w:r>
              <w:rPr>
                <w:rFonts w:ascii="Tinos" w:hAnsi="Tinos"/>
                <w:sz w:val="14"/>
              </w:rPr>
            </w:r>
          </w:p>
          <w:p>
            <w:pPr>
              <w:spacing w:after="26" w:line="240" w:lineRule="auto"/>
            </w:pPr>
            <w:r>
              <w:rPr>
                <w:rFonts w:ascii="Tinos" w:hAnsi="Tinos"/>
                <w:sz w:val="14"/>
              </w:rPr>
              <w:t>or farther away.</w:t>
            </w:r>
          </w:p>
          <w:p>
            <w:pPr>
              <w:spacing w:after="26" w:line="240" w:lineRule="auto"/>
            </w:pPr>
            <w:r>
              <w:rPr>
                <w:rFonts w:ascii="Tinos" w:hAnsi="Tinos"/>
                <w:sz w:val="14"/>
              </w:rPr>
            </w:r>
          </w:p>
          <w:p>
            <w:pPr>
              <w:spacing w:after="26" w:line="240" w:lineRule="auto"/>
            </w:pPr>
            <w:r>
              <w:rPr>
                <w:rFonts w:ascii="Tinos" w:hAnsi="Tinos"/>
                <w:sz w:val="14"/>
              </w:rPr>
              <w:t>Examine another domain and deliberately seek a perspective that could falsify the current story.</w:t>
            </w:r>
          </w:p>
          <w:p>
            <w:pPr>
              <w:spacing w:after="26" w:line="240" w:lineRule="auto"/>
            </w:pPr>
            <w:r>
              <w:rPr>
                <w:rFonts w:ascii="Tinos" w:hAnsi="Tinos"/>
                <w:sz w:val="14"/>
              </w:rPr>
            </w:r>
          </w:p>
          <w:p>
            <w:pPr>
              <w:spacing w:after="26" w:line="240" w:lineRule="auto"/>
            </w:pPr>
            <w:r>
              <w:rPr>
                <w:rFonts w:ascii="Tinos" w:hAnsi="Tinos"/>
                <w:b/>
                <w:sz w:val="14"/>
              </w:rPr>
              <w:t>VERIFY - Step 9: Seek independent convergence</w:t>
            </w:r>
          </w:p>
          <w:p>
            <w:pPr>
              <w:spacing w:after="26" w:line="240" w:lineRule="auto"/>
            </w:pPr>
            <w:r>
              <w:rPr>
                <w:rFonts w:ascii="Tinos" w:hAnsi="Tinos"/>
                <w:sz w:val="14"/>
              </w:rPr>
            </w:r>
          </w:p>
          <w:p>
            <w:pPr>
              <w:spacing w:after="26" w:line="240" w:lineRule="auto"/>
            </w:pPr>
            <w:r>
              <w:rPr>
                <w:rFonts w:ascii="Tinos" w:hAnsi="Tinos"/>
                <w:sz w:val="14"/>
              </w:rPr>
              <w:t>What do:</w:t>
            </w:r>
          </w:p>
          <w:p>
            <w:pPr>
              <w:spacing w:after="26" w:line="240" w:lineRule="auto"/>
            </w:pPr>
            <w:r>
              <w:rPr>
                <w:rFonts w:ascii="Tinos" w:hAnsi="Tinos"/>
                <w:sz w:val="14"/>
              </w:rPr>
            </w:r>
          </w:p>
          <w:p>
            <w:pPr>
              <w:spacing w:after="26" w:line="240" w:lineRule="auto"/>
            </w:pPr>
            <w:r>
              <w:rPr>
                <w:rFonts w:ascii="Tinos" w:hAnsi="Tinos"/>
                <w:sz w:val="14"/>
              </w:rPr>
              <w:t>- personal observation,</w:t>
            </w:r>
          </w:p>
          <w:p>
            <w:pPr>
              <w:spacing w:after="26" w:line="240" w:lineRule="auto"/>
            </w:pPr>
            <w:r>
              <w:rPr>
                <w:rFonts w:ascii="Tinos" w:hAnsi="Tinos"/>
                <w:sz w:val="14"/>
              </w:rPr>
              <w:t>- measurement,</w:t>
            </w:r>
          </w:p>
          <w:p>
            <w:pPr>
              <w:spacing w:after="26" w:line="240" w:lineRule="auto"/>
            </w:pPr>
            <w:r>
              <w:rPr>
                <w:rFonts w:ascii="Tinos" w:hAnsi="Tinos"/>
                <w:sz w:val="14"/>
              </w:rPr>
              <w:t>- independent witnesses,</w:t>
            </w:r>
          </w:p>
          <w:p>
            <w:pPr>
              <w:spacing w:after="26" w:line="240" w:lineRule="auto"/>
            </w:pPr>
            <w:r>
              <w:rPr>
                <w:rFonts w:ascii="Tinos" w:hAnsi="Tinos"/>
                <w:sz w:val="14"/>
              </w:rPr>
              <w:t>- established research,</w:t>
            </w:r>
          </w:p>
          <w:p>
            <w:pPr>
              <w:spacing w:after="26" w:line="240" w:lineRule="auto"/>
            </w:pPr>
            <w:r>
              <w:rPr>
                <w:rFonts w:ascii="Tinos" w:hAnsi="Tinos"/>
                <w:sz w:val="14"/>
              </w:rPr>
              <w:t>- longitudinal evidence,</w:t>
            </w:r>
          </w:p>
          <w:p>
            <w:pPr>
              <w:spacing w:after="26" w:line="240" w:lineRule="auto"/>
            </w:pPr>
            <w:r>
              <w:rPr>
                <w:rFonts w:ascii="Tinos" w:hAnsi="Tinos"/>
                <w:sz w:val="14"/>
              </w:rPr>
              <w:t>- affected-party perspectives,</w:t>
            </w:r>
          </w:p>
          <w:p>
            <w:pPr>
              <w:spacing w:after="26" w:line="240" w:lineRule="auto"/>
            </w:pPr>
            <w:r>
              <w:rPr>
                <w:rFonts w:ascii="Tinos" w:hAnsi="Tinos"/>
                <w:sz w:val="14"/>
              </w:rPr>
              <w:t>- and competing explanations</w:t>
            </w:r>
          </w:p>
          <w:p>
            <w:pPr>
              <w:spacing w:after="26" w:line="240" w:lineRule="auto"/>
            </w:pPr>
            <w:r>
              <w:rPr>
                <w:rFonts w:ascii="Tinos" w:hAnsi="Tinos"/>
                <w:sz w:val="14"/>
              </w:rPr>
            </w:r>
          </w:p>
          <w:p>
            <w:pPr>
              <w:spacing w:after="26" w:line="240" w:lineRule="auto"/>
            </w:pPr>
            <w:r>
              <w:rPr>
                <w:rFonts w:ascii="Tinos" w:hAnsi="Tinos"/>
                <w:sz w:val="14"/>
              </w:rPr>
              <w:t>indicate?</w:t>
            </w:r>
          </w:p>
          <w:p>
            <w:pPr>
              <w:spacing w:after="26" w:line="240" w:lineRule="auto"/>
            </w:pPr>
            <w:r>
              <w:rPr>
                <w:rFonts w:ascii="Tinos" w:hAnsi="Tinos"/>
                <w:sz w:val="14"/>
              </w:rPr>
            </w:r>
          </w:p>
          <w:p>
            <w:pPr>
              <w:spacing w:after="26" w:line="240" w:lineRule="auto"/>
            </w:pPr>
            <w:r>
              <w:rPr>
                <w:rFonts w:ascii="Tinos" w:hAnsi="Tinos"/>
                <w:b/>
                <w:sz w:val="14"/>
              </w:rPr>
              <w:t>EXPRESS / LEARN - Step 10: Retain uncertainty and choose a proportionate next action</w:t>
            </w:r>
          </w:p>
          <w:p>
            <w:pPr>
              <w:spacing w:after="26" w:line="240" w:lineRule="auto"/>
            </w:pPr>
            <w:r>
              <w:rPr>
                <w:rFonts w:ascii="Tinos" w:hAnsi="Tinos"/>
                <w:sz w:val="14"/>
              </w:rPr>
            </w:r>
          </w:p>
          <w:p>
            <w:pPr>
              <w:spacing w:after="26" w:line="240" w:lineRule="auto"/>
            </w:pPr>
            <w:r>
              <w:rPr>
                <w:rFonts w:ascii="Tinos" w:hAnsi="Tinos"/>
                <w:sz w:val="14"/>
              </w:rPr>
              <w:t>Conclude at the level justified by the evidence.</w:t>
            </w:r>
          </w:p>
          <w:p>
            <w:pPr>
              <w:spacing w:after="26" w:line="240" w:lineRule="auto"/>
            </w:pPr>
            <w:r>
              <w:rPr>
                <w:rFonts w:ascii="Tinos" w:hAnsi="Tinos"/>
                <w:sz w:val="14"/>
              </w:rPr>
            </w:r>
          </w:p>
          <w:p>
            <w:pPr>
              <w:spacing w:after="26" w:line="240" w:lineRule="auto"/>
            </w:pPr>
            <w:r>
              <w:rPr>
                <w:rFonts w:ascii="Tinos" w:hAnsi="Tinos"/>
                <w:sz w:val="14"/>
              </w:rPr>
              <w:t>Possible.</w:t>
            </w:r>
          </w:p>
          <w:p>
            <w:pPr>
              <w:spacing w:after="26" w:line="240" w:lineRule="auto"/>
            </w:pPr>
            <w:r>
              <w:rPr>
                <w:rFonts w:ascii="Tinos" w:hAnsi="Tinos"/>
                <w:sz w:val="14"/>
              </w:rPr>
            </w:r>
          </w:p>
          <w:p>
            <w:pPr>
              <w:spacing w:after="26" w:line="240" w:lineRule="auto"/>
            </w:pPr>
            <w:r>
              <w:rPr>
                <w:rFonts w:ascii="Tinos" w:hAnsi="Tinos"/>
                <w:sz w:val="14"/>
              </w:rPr>
              <w:t>Plausible.</w:t>
            </w:r>
          </w:p>
          <w:p>
            <w:pPr>
              <w:spacing w:after="26" w:line="240" w:lineRule="auto"/>
            </w:pPr>
            <w:r>
              <w:rPr>
                <w:rFonts w:ascii="Tinos" w:hAnsi="Tinos"/>
                <w:sz w:val="14"/>
              </w:rPr>
            </w:r>
          </w:p>
          <w:p>
            <w:pPr>
              <w:spacing w:after="26" w:line="240" w:lineRule="auto"/>
            </w:pPr>
            <w:r>
              <w:rPr>
                <w:rFonts w:ascii="Tinos" w:hAnsi="Tinos"/>
                <w:sz w:val="14"/>
              </w:rPr>
              <w:t>Supported.</w:t>
            </w:r>
          </w:p>
          <w:p>
            <w:pPr>
              <w:spacing w:after="26" w:line="240" w:lineRule="auto"/>
            </w:pPr>
            <w:r>
              <w:rPr>
                <w:rFonts w:ascii="Tinos" w:hAnsi="Tinos"/>
                <w:sz w:val="14"/>
              </w:rPr>
            </w:r>
          </w:p>
          <w:p>
            <w:pPr>
              <w:spacing w:after="26" w:line="240" w:lineRule="auto"/>
            </w:pPr>
            <w:r>
              <w:rPr>
                <w:rFonts w:ascii="Tinos" w:hAnsi="Tinos"/>
                <w:sz w:val="14"/>
              </w:rPr>
              <w:t>Strongly supported.</w:t>
            </w:r>
          </w:p>
          <w:p>
            <w:pPr>
              <w:spacing w:after="26" w:line="240" w:lineRule="auto"/>
            </w:pPr>
            <w:r>
              <w:rPr>
                <w:rFonts w:ascii="Tinos" w:hAnsi="Tinos"/>
                <w:sz w:val="14"/>
              </w:rPr>
            </w:r>
          </w:p>
          <w:p>
            <w:pPr>
              <w:spacing w:after="26" w:line="240" w:lineRule="auto"/>
            </w:pPr>
            <w:r>
              <w:rPr>
                <w:rFonts w:ascii="Tinos" w:hAnsi="Tinos"/>
                <w:sz w:val="14"/>
              </w:rPr>
              <w:t>Demonstrated within defined conditions.</w:t>
            </w:r>
          </w:p>
          <w:p>
            <w:pPr>
              <w:spacing w:after="26" w:line="240" w:lineRule="auto"/>
            </w:pPr>
            <w:r>
              <w:rPr>
                <w:rFonts w:ascii="Tinos" w:hAnsi="Tinos"/>
                <w:sz w:val="14"/>
              </w:rPr>
            </w:r>
          </w:p>
          <w:p>
            <w:pPr>
              <w:spacing w:after="26" w:line="240" w:lineRule="auto"/>
            </w:pPr>
            <w:r>
              <w:rPr>
                <w:rFonts w:ascii="Tinos" w:hAnsi="Tinos"/>
                <w:sz w:val="14"/>
              </w:rPr>
              <w:t>Do not manufacture certainty merely because uncertainty is uncomfortable.</w:t>
            </w:r>
          </w:p>
          <w:p>
            <w:pPr>
              <w:spacing w:after="26" w:line="240" w:lineRule="auto"/>
            </w:pPr>
            <w:r>
              <w:rPr>
                <w:rFonts w:ascii="Tinos" w:hAnsi="Tinos"/>
                <w:sz w:val="14"/>
              </w:rPr>
            </w:r>
          </w:p>
          <w:p>
            <w:pPr>
              <w:spacing w:after="26" w:line="240" w:lineRule="auto"/>
            </w:pPr>
            <w:r>
              <w:rPr>
                <w:rFonts w:ascii="Tinos" w:hAnsi="Tinos"/>
                <w:sz w:val="14"/>
              </w:rPr>
              <w:t>Where action is necessary, prefer the least coercive effective response that preserves dignity and future choice. Where serious immediate harm requires restraint, use only what is necessary, lawful, proportionate, time-limited, and reviewable. Then observe what actually happens, repair avoidable harm, and update the model.</w:t>
            </w:r>
          </w:p>
        </w:tc>
      </w:tr>
    </w:tbl>
    <w:p>
      <w:pPr>
        <w:spacing w:after="0"/>
      </w:pPr>
    </w:p>
    <w:p>
      <w:pPr>
        <w:pStyle w:val="Heading1"/>
      </w:pPr>
      <w:r>
        <w:t>31. Implications for Social and Financial Harm</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31. Implications for Social and Financial Harm</w:t>
            </w:r>
          </w:p>
          <w:p>
            <w:pPr>
              <w:spacing w:after="26" w:line="240" w:lineRule="auto"/>
            </w:pPr>
            <w:r>
              <w:rPr>
                <w:rFonts w:ascii="Tinos" w:hAnsi="Tinos"/>
                <w:sz w:val="14"/>
              </w:rPr>
            </w:r>
          </w:p>
          <w:p>
            <w:pPr>
              <w:spacing w:after="26" w:line="240" w:lineRule="auto"/>
            </w:pPr>
            <w:r>
              <w:rPr>
                <w:rFonts w:ascii="Tinos" w:hAnsi="Tinos"/>
                <w:sz w:val="14"/>
              </w:rPr>
              <w:t>MRRAF suggests that some apparently irrational behaviour following loss may be better understood as misdirected adaptation.</w:t>
            </w:r>
          </w:p>
          <w:p>
            <w:pPr>
              <w:spacing w:after="26" w:line="240" w:lineRule="auto"/>
            </w:pPr>
            <w:r>
              <w:rPr>
                <w:rFonts w:ascii="Tinos" w:hAnsi="Tinos"/>
                <w:sz w:val="14"/>
              </w:rPr>
            </w:r>
          </w:p>
          <w:p>
            <w:pPr>
              <w:spacing w:after="26" w:line="240" w:lineRule="auto"/>
            </w:pPr>
            <w:r>
              <w:rPr>
                <w:rFonts w:ascii="Tinos" w:hAnsi="Tinos"/>
                <w:sz w:val="14"/>
              </w:rPr>
              <w:t>A person attempting to reduce grief-load may:</w:t>
            </w:r>
          </w:p>
          <w:p>
            <w:pPr>
              <w:spacing w:after="26" w:line="240" w:lineRule="auto"/>
            </w:pPr>
            <w:r>
              <w:rPr>
                <w:rFonts w:ascii="Tinos" w:hAnsi="Tinos"/>
                <w:sz w:val="14"/>
              </w:rPr>
            </w:r>
          </w:p>
          <w:p>
            <w:pPr>
              <w:spacing w:after="26" w:line="240" w:lineRule="auto"/>
            </w:pPr>
            <w:r>
              <w:rPr>
                <w:rFonts w:ascii="Tinos" w:hAnsi="Tinos"/>
                <w:sz w:val="14"/>
              </w:rPr>
              <w:t>- overspend,</w:t>
            </w:r>
          </w:p>
          <w:p>
            <w:pPr>
              <w:spacing w:after="26" w:line="240" w:lineRule="auto"/>
            </w:pPr>
            <w:r>
              <w:rPr>
                <w:rFonts w:ascii="Tinos" w:hAnsi="Tinos"/>
                <w:sz w:val="14"/>
              </w:rPr>
              <w:t>- preserve objects beyond their practical value,</w:t>
            </w:r>
          </w:p>
          <w:p>
            <w:pPr>
              <w:spacing w:after="26" w:line="240" w:lineRule="auto"/>
            </w:pPr>
            <w:r>
              <w:rPr>
                <w:rFonts w:ascii="Tinos" w:hAnsi="Tinos"/>
                <w:sz w:val="14"/>
              </w:rPr>
              <w:t>- return repeatedly to harmful relationships,</w:t>
            </w:r>
          </w:p>
          <w:p>
            <w:pPr>
              <w:spacing w:after="26" w:line="240" w:lineRule="auto"/>
            </w:pPr>
            <w:r>
              <w:rPr>
                <w:rFonts w:ascii="Tinos" w:hAnsi="Tinos"/>
                <w:sz w:val="14"/>
              </w:rPr>
              <w:t>- accept exploitative offers,</w:t>
            </w:r>
          </w:p>
          <w:p>
            <w:pPr>
              <w:spacing w:after="26" w:line="240" w:lineRule="auto"/>
            </w:pPr>
            <w:r>
              <w:rPr>
                <w:rFonts w:ascii="Tinos" w:hAnsi="Tinos"/>
                <w:sz w:val="14"/>
              </w:rPr>
              <w:t>- join groups promising restoration,</w:t>
            </w:r>
          </w:p>
          <w:p>
            <w:pPr>
              <w:spacing w:after="26" w:line="240" w:lineRule="auto"/>
            </w:pPr>
            <w:r>
              <w:rPr>
                <w:rFonts w:ascii="Tinos" w:hAnsi="Tinos"/>
                <w:sz w:val="14"/>
              </w:rPr>
              <w:t>- become vulnerable to “golden age” narratives,</w:t>
            </w:r>
          </w:p>
          <w:p>
            <w:pPr>
              <w:spacing w:after="26" w:line="240" w:lineRule="auto"/>
            </w:pPr>
            <w:r>
              <w:rPr>
                <w:rFonts w:ascii="Tinos" w:hAnsi="Tinos"/>
                <w:sz w:val="14"/>
              </w:rPr>
              <w:t>- make decisions under scarcity,</w:t>
            </w:r>
          </w:p>
          <w:p>
            <w:pPr>
              <w:spacing w:after="26" w:line="240" w:lineRule="auto"/>
            </w:pPr>
            <w:r>
              <w:rPr>
                <w:rFonts w:ascii="Tinos" w:hAnsi="Tinos"/>
                <w:sz w:val="14"/>
              </w:rPr>
              <w:t>- or attack perceived causes of change.</w:t>
            </w:r>
          </w:p>
          <w:p>
            <w:pPr>
              <w:spacing w:after="26" w:line="240" w:lineRule="auto"/>
            </w:pPr>
            <w:r>
              <w:rPr>
                <w:rFonts w:ascii="Tinos" w:hAnsi="Tinos"/>
                <w:sz w:val="14"/>
              </w:rPr>
            </w:r>
          </w:p>
          <w:p>
            <w:pPr>
              <w:spacing w:after="26" w:line="240" w:lineRule="auto"/>
            </w:pPr>
            <w:r>
              <w:rPr>
                <w:rFonts w:ascii="Tinos" w:hAnsi="Tinos"/>
                <w:sz w:val="14"/>
              </w:rPr>
              <w:t>These behaviours may appear unrelated when examined individually.</w:t>
            </w:r>
          </w:p>
          <w:p>
            <w:pPr>
              <w:spacing w:after="26" w:line="240" w:lineRule="auto"/>
            </w:pPr>
            <w:r>
              <w:rPr>
                <w:rFonts w:ascii="Tinos" w:hAnsi="Tinos"/>
                <w:sz w:val="14"/>
              </w:rPr>
            </w:r>
          </w:p>
          <w:p>
            <w:pPr>
              <w:spacing w:after="26" w:line="240" w:lineRule="auto"/>
            </w:pPr>
            <w:r>
              <w:rPr>
                <w:rFonts w:ascii="Tinos" w:hAnsi="Tinos"/>
                <w:sz w:val="14"/>
              </w:rPr>
              <w:t>At a different resolution, they may represent attempts to restore:</w:t>
            </w:r>
          </w:p>
          <w:p>
            <w:pPr>
              <w:spacing w:after="26" w:line="240" w:lineRule="auto"/>
            </w:pPr>
            <w:r>
              <w:rPr>
                <w:rFonts w:ascii="Tinos" w:hAnsi="Tinos"/>
                <w:sz w:val="14"/>
              </w:rPr>
            </w:r>
          </w:p>
          <w:p>
            <w:pPr>
              <w:spacing w:after="26" w:line="240" w:lineRule="auto"/>
            </w:pPr>
            <w:r>
              <w:rPr>
                <w:rFonts w:ascii="Tinos" w:hAnsi="Tinos"/>
                <w:sz w:val="14"/>
              </w:rPr>
              <w:t>- continuity,</w:t>
            </w:r>
          </w:p>
          <w:p>
            <w:pPr>
              <w:spacing w:after="26" w:line="240" w:lineRule="auto"/>
            </w:pPr>
            <w:r>
              <w:rPr>
                <w:rFonts w:ascii="Tinos" w:hAnsi="Tinos"/>
                <w:sz w:val="14"/>
              </w:rPr>
              <w:t>- belonging,</w:t>
            </w:r>
          </w:p>
          <w:p>
            <w:pPr>
              <w:spacing w:after="26" w:line="240" w:lineRule="auto"/>
            </w:pPr>
            <w:r>
              <w:rPr>
                <w:rFonts w:ascii="Tinos" w:hAnsi="Tinos"/>
                <w:sz w:val="14"/>
              </w:rPr>
              <w:t>- identity,</w:t>
            </w:r>
          </w:p>
          <w:p>
            <w:pPr>
              <w:spacing w:after="26" w:line="240" w:lineRule="auto"/>
            </w:pPr>
            <w:r>
              <w:rPr>
                <w:rFonts w:ascii="Tinos" w:hAnsi="Tinos"/>
                <w:sz w:val="14"/>
              </w:rPr>
              <w:t>- safety,</w:t>
            </w:r>
          </w:p>
          <w:p>
            <w:pPr>
              <w:spacing w:after="26" w:line="240" w:lineRule="auto"/>
            </w:pPr>
            <w:r>
              <w:rPr>
                <w:rFonts w:ascii="Tinos" w:hAnsi="Tinos"/>
                <w:sz w:val="14"/>
              </w:rPr>
              <w:t>- control,</w:t>
            </w:r>
          </w:p>
          <w:p>
            <w:pPr>
              <w:spacing w:after="26" w:line="240" w:lineRule="auto"/>
            </w:pPr>
            <w:r>
              <w:rPr>
                <w:rFonts w:ascii="Tinos" w:hAnsi="Tinos"/>
                <w:sz w:val="14"/>
              </w:rPr>
              <w:t>- or familiar structure.</w:t>
            </w:r>
          </w:p>
          <w:p>
            <w:pPr>
              <w:spacing w:after="26" w:line="240" w:lineRule="auto"/>
            </w:pPr>
            <w:r>
              <w:rPr>
                <w:rFonts w:ascii="Tinos" w:hAnsi="Tinos"/>
                <w:sz w:val="14"/>
              </w:rPr>
            </w:r>
          </w:p>
          <w:p>
            <w:pPr>
              <w:spacing w:after="26" w:line="240" w:lineRule="auto"/>
            </w:pPr>
            <w:r>
              <w:rPr>
                <w:rFonts w:ascii="Tinos" w:hAnsi="Tinos"/>
                <w:sz w:val="14"/>
              </w:rPr>
              <w:t>This does not excuse harmful behaviour.</w:t>
            </w:r>
          </w:p>
          <w:p>
            <w:pPr>
              <w:spacing w:after="26" w:line="240" w:lineRule="auto"/>
            </w:pPr>
            <w:r>
              <w:rPr>
                <w:rFonts w:ascii="Tinos" w:hAnsi="Tinos"/>
                <w:sz w:val="14"/>
              </w:rPr>
            </w:r>
          </w:p>
          <w:p>
            <w:pPr>
              <w:spacing w:after="26" w:line="240" w:lineRule="auto"/>
            </w:pPr>
            <w:r>
              <w:rPr>
                <w:rFonts w:ascii="Tinos" w:hAnsi="Tinos"/>
                <w:sz w:val="14"/>
              </w:rPr>
              <w:t>Understanding a mechanism and approving an outcome are different questions.</w:t>
            </w:r>
          </w:p>
          <w:p>
            <w:pPr>
              <w:spacing w:after="26" w:line="240" w:lineRule="auto"/>
            </w:pPr>
            <w:r>
              <w:rPr>
                <w:rFonts w:ascii="Tinos" w:hAnsi="Tinos"/>
                <w:sz w:val="14"/>
              </w:rPr>
            </w:r>
          </w:p>
          <w:p>
            <w:pPr>
              <w:spacing w:after="26" w:line="240" w:lineRule="auto"/>
            </w:pPr>
            <w:r>
              <w:rPr>
                <w:rFonts w:ascii="Tinos" w:hAnsi="Tinos"/>
                <w:sz w:val="14"/>
              </w:rPr>
              <w:t>The purpose is prevention.</w:t>
            </w:r>
          </w:p>
          <w:p>
            <w:pPr>
              <w:spacing w:after="26" w:line="240" w:lineRule="auto"/>
            </w:pPr>
            <w:r>
              <w:rPr>
                <w:rFonts w:ascii="Tinos" w:hAnsi="Tinos"/>
                <w:sz w:val="14"/>
              </w:rPr>
            </w:r>
          </w:p>
          <w:p>
            <w:pPr>
              <w:spacing w:after="26" w:line="240" w:lineRule="auto"/>
            </w:pPr>
            <w:r>
              <w:rPr>
                <w:rFonts w:ascii="Tinos" w:hAnsi="Tinos"/>
                <w:sz w:val="14"/>
              </w:rPr>
              <w:t>If the underlying function can be identified, safer ways of satisfying it may become visible.</w:t>
            </w:r>
          </w:p>
        </w:tc>
        <w:tc>
          <w:tcPr>
            <w:tcW w:type="dxa" w:w="7913"/>
            <w:tcMar>
              <w:top w:w="55" w:type="dxa"/>
              <w:start w:w="70" w:type="dxa"/>
              <w:bottom w:w="55" w:type="dxa"/>
              <w:end w:w="70" w:type="dxa"/>
            </w:tcMar>
            <w:vAlign w:val="top"/>
          </w:tcPr>
          <w:p>
            <w:pPr>
              <w:spacing w:after="26" w:line="240" w:lineRule="auto"/>
            </w:pPr>
            <w:r/>
            <w:r>
              <w:rPr>
                <w:rFonts w:ascii="Tinos" w:hAnsi="Tinos"/>
                <w:sz w:val="14"/>
              </w:rPr>
              <w:t>31. Implications for Social and Financial Harm</w:t>
            </w:r>
          </w:p>
          <w:p>
            <w:pPr>
              <w:spacing w:after="26" w:line="240" w:lineRule="auto"/>
            </w:pPr>
            <w:r>
              <w:rPr>
                <w:rFonts w:ascii="Tinos" w:hAnsi="Tinos"/>
                <w:sz w:val="14"/>
              </w:rPr>
            </w:r>
          </w:p>
          <w:p>
            <w:pPr>
              <w:spacing w:after="26" w:line="240" w:lineRule="auto"/>
            </w:pPr>
            <w:r>
              <w:rPr>
                <w:rFonts w:ascii="Tinos" w:hAnsi="Tinos"/>
                <w:sz w:val="14"/>
              </w:rPr>
              <w:t>MRRAF suggests that some apparently irrational behaviour following loss may be better understood as misdirected adaptation.</w:t>
            </w:r>
          </w:p>
          <w:p>
            <w:pPr>
              <w:spacing w:after="26" w:line="240" w:lineRule="auto"/>
            </w:pPr>
            <w:r>
              <w:rPr>
                <w:rFonts w:ascii="Tinos" w:hAnsi="Tinos"/>
                <w:sz w:val="14"/>
              </w:rPr>
            </w:r>
          </w:p>
          <w:p>
            <w:pPr>
              <w:spacing w:after="26" w:line="240" w:lineRule="auto"/>
            </w:pPr>
            <w:r>
              <w:rPr>
                <w:rFonts w:ascii="Tinos" w:hAnsi="Tinos"/>
                <w:sz w:val="14"/>
              </w:rPr>
              <w:t>A person attempting to reduce grief-load may:</w:t>
            </w:r>
          </w:p>
          <w:p>
            <w:pPr>
              <w:spacing w:after="26" w:line="240" w:lineRule="auto"/>
            </w:pPr>
            <w:r>
              <w:rPr>
                <w:rFonts w:ascii="Tinos" w:hAnsi="Tinos"/>
                <w:sz w:val="14"/>
              </w:rPr>
            </w:r>
          </w:p>
          <w:p>
            <w:pPr>
              <w:spacing w:after="26" w:line="240" w:lineRule="auto"/>
            </w:pPr>
            <w:r>
              <w:rPr>
                <w:rFonts w:ascii="Tinos" w:hAnsi="Tinos"/>
                <w:sz w:val="14"/>
              </w:rPr>
              <w:t>- overspend,</w:t>
            </w:r>
          </w:p>
          <w:p>
            <w:pPr>
              <w:spacing w:after="26" w:line="240" w:lineRule="auto"/>
            </w:pPr>
            <w:r>
              <w:rPr>
                <w:rFonts w:ascii="Tinos" w:hAnsi="Tinos"/>
                <w:sz w:val="14"/>
              </w:rPr>
              <w:t>- preserve objects beyond their practical value,</w:t>
            </w:r>
          </w:p>
          <w:p>
            <w:pPr>
              <w:spacing w:after="26" w:line="240" w:lineRule="auto"/>
            </w:pPr>
            <w:r>
              <w:rPr>
                <w:rFonts w:ascii="Tinos" w:hAnsi="Tinos"/>
                <w:sz w:val="14"/>
              </w:rPr>
              <w:t>- return repeatedly to harmful relationships,</w:t>
            </w:r>
          </w:p>
          <w:p>
            <w:pPr>
              <w:spacing w:after="26" w:line="240" w:lineRule="auto"/>
            </w:pPr>
            <w:r>
              <w:rPr>
                <w:rFonts w:ascii="Tinos" w:hAnsi="Tinos"/>
                <w:sz w:val="14"/>
              </w:rPr>
              <w:t>- accept exploitative offers,</w:t>
            </w:r>
          </w:p>
          <w:p>
            <w:pPr>
              <w:spacing w:after="26" w:line="240" w:lineRule="auto"/>
            </w:pPr>
            <w:r>
              <w:rPr>
                <w:rFonts w:ascii="Tinos" w:hAnsi="Tinos"/>
                <w:sz w:val="14"/>
              </w:rPr>
              <w:t>- join groups promising restoration,</w:t>
            </w:r>
          </w:p>
          <w:p>
            <w:pPr>
              <w:spacing w:after="26" w:line="240" w:lineRule="auto"/>
            </w:pPr>
            <w:r>
              <w:rPr>
                <w:rFonts w:ascii="Tinos" w:hAnsi="Tinos"/>
                <w:sz w:val="14"/>
              </w:rPr>
              <w:t>- become vulnerable to “golden age” narratives,</w:t>
            </w:r>
          </w:p>
          <w:p>
            <w:pPr>
              <w:spacing w:after="26" w:line="240" w:lineRule="auto"/>
            </w:pPr>
            <w:r>
              <w:rPr>
                <w:rFonts w:ascii="Tinos" w:hAnsi="Tinos"/>
                <w:sz w:val="14"/>
              </w:rPr>
              <w:t>- make decisions under scarcity,</w:t>
            </w:r>
          </w:p>
          <w:p>
            <w:pPr>
              <w:spacing w:after="26" w:line="240" w:lineRule="auto"/>
            </w:pPr>
            <w:r>
              <w:rPr>
                <w:rFonts w:ascii="Tinos" w:hAnsi="Tinos"/>
                <w:sz w:val="14"/>
              </w:rPr>
              <w:t>- or attack perceived causes of change.</w:t>
            </w:r>
          </w:p>
          <w:p>
            <w:pPr>
              <w:spacing w:after="26" w:line="240" w:lineRule="auto"/>
            </w:pPr>
            <w:r>
              <w:rPr>
                <w:rFonts w:ascii="Tinos" w:hAnsi="Tinos"/>
                <w:sz w:val="14"/>
              </w:rPr>
            </w:r>
          </w:p>
          <w:p>
            <w:pPr>
              <w:spacing w:after="26" w:line="240" w:lineRule="auto"/>
            </w:pPr>
            <w:r>
              <w:rPr>
                <w:rFonts w:ascii="Tinos" w:hAnsi="Tinos"/>
                <w:sz w:val="14"/>
              </w:rPr>
              <w:t>These behaviours may appear unrelated when examined individually.</w:t>
            </w:r>
          </w:p>
          <w:p>
            <w:pPr>
              <w:spacing w:after="26" w:line="240" w:lineRule="auto"/>
            </w:pPr>
            <w:r>
              <w:rPr>
                <w:rFonts w:ascii="Tinos" w:hAnsi="Tinos"/>
                <w:sz w:val="14"/>
              </w:rPr>
            </w:r>
          </w:p>
          <w:p>
            <w:pPr>
              <w:spacing w:after="26" w:line="240" w:lineRule="auto"/>
            </w:pPr>
            <w:r>
              <w:rPr>
                <w:rFonts w:ascii="Tinos" w:hAnsi="Tinos"/>
                <w:sz w:val="14"/>
              </w:rPr>
              <w:t>At a different resolution, they may represent attempts to restore:</w:t>
            </w:r>
          </w:p>
          <w:p>
            <w:pPr>
              <w:spacing w:after="26" w:line="240" w:lineRule="auto"/>
            </w:pPr>
            <w:r>
              <w:rPr>
                <w:rFonts w:ascii="Tinos" w:hAnsi="Tinos"/>
                <w:sz w:val="14"/>
              </w:rPr>
            </w:r>
          </w:p>
          <w:p>
            <w:pPr>
              <w:spacing w:after="26" w:line="240" w:lineRule="auto"/>
            </w:pPr>
            <w:r>
              <w:rPr>
                <w:rFonts w:ascii="Tinos" w:hAnsi="Tinos"/>
                <w:sz w:val="14"/>
              </w:rPr>
              <w:t>- continuity,</w:t>
            </w:r>
          </w:p>
          <w:p>
            <w:pPr>
              <w:spacing w:after="26" w:line="240" w:lineRule="auto"/>
            </w:pPr>
            <w:r>
              <w:rPr>
                <w:rFonts w:ascii="Tinos" w:hAnsi="Tinos"/>
                <w:sz w:val="14"/>
              </w:rPr>
              <w:t>- belonging,</w:t>
            </w:r>
          </w:p>
          <w:p>
            <w:pPr>
              <w:spacing w:after="26" w:line="240" w:lineRule="auto"/>
            </w:pPr>
            <w:r>
              <w:rPr>
                <w:rFonts w:ascii="Tinos" w:hAnsi="Tinos"/>
                <w:sz w:val="14"/>
              </w:rPr>
              <w:t>- identity,</w:t>
            </w:r>
          </w:p>
          <w:p>
            <w:pPr>
              <w:spacing w:after="26" w:line="240" w:lineRule="auto"/>
            </w:pPr>
            <w:r>
              <w:rPr>
                <w:rFonts w:ascii="Tinos" w:hAnsi="Tinos"/>
                <w:sz w:val="14"/>
              </w:rPr>
              <w:t>- safety,</w:t>
            </w:r>
          </w:p>
          <w:p>
            <w:pPr>
              <w:spacing w:after="26" w:line="240" w:lineRule="auto"/>
            </w:pPr>
            <w:r>
              <w:rPr>
                <w:rFonts w:ascii="Tinos" w:hAnsi="Tinos"/>
                <w:sz w:val="14"/>
              </w:rPr>
              <w:t>- control,</w:t>
            </w:r>
          </w:p>
          <w:p>
            <w:pPr>
              <w:spacing w:after="26" w:line="240" w:lineRule="auto"/>
            </w:pPr>
            <w:r>
              <w:rPr>
                <w:rFonts w:ascii="Tinos" w:hAnsi="Tinos"/>
                <w:sz w:val="14"/>
              </w:rPr>
              <w:t>- or familiar structure.</w:t>
            </w:r>
          </w:p>
          <w:p>
            <w:pPr>
              <w:spacing w:after="26" w:line="240" w:lineRule="auto"/>
            </w:pPr>
            <w:r>
              <w:rPr>
                <w:rFonts w:ascii="Tinos" w:hAnsi="Tinos"/>
                <w:sz w:val="14"/>
              </w:rPr>
            </w:r>
          </w:p>
          <w:p>
            <w:pPr>
              <w:spacing w:after="26" w:line="240" w:lineRule="auto"/>
            </w:pPr>
            <w:r>
              <w:rPr>
                <w:rFonts w:ascii="Tinos" w:hAnsi="Tinos"/>
                <w:sz w:val="14"/>
              </w:rPr>
              <w:t>This does not excuse harmful behaviour.</w:t>
            </w:r>
          </w:p>
          <w:p>
            <w:pPr>
              <w:spacing w:after="26" w:line="240" w:lineRule="auto"/>
            </w:pPr>
            <w:r>
              <w:rPr>
                <w:rFonts w:ascii="Tinos" w:hAnsi="Tinos"/>
                <w:sz w:val="14"/>
              </w:rPr>
            </w:r>
          </w:p>
          <w:p>
            <w:pPr>
              <w:spacing w:after="26" w:line="240" w:lineRule="auto"/>
            </w:pPr>
            <w:r>
              <w:rPr>
                <w:rFonts w:ascii="Tinos" w:hAnsi="Tinos"/>
                <w:sz w:val="14"/>
              </w:rPr>
              <w:t>Understanding a mechanism and approving an outcome are different questions.</w:t>
            </w:r>
          </w:p>
          <w:p>
            <w:pPr>
              <w:spacing w:after="26" w:line="240" w:lineRule="auto"/>
            </w:pPr>
            <w:r>
              <w:rPr>
                <w:rFonts w:ascii="Tinos" w:hAnsi="Tinos"/>
                <w:sz w:val="14"/>
              </w:rPr>
            </w:r>
          </w:p>
          <w:p>
            <w:pPr>
              <w:spacing w:after="26" w:line="240" w:lineRule="auto"/>
            </w:pPr>
            <w:r>
              <w:rPr>
                <w:rFonts w:ascii="Tinos" w:hAnsi="Tinos"/>
                <w:sz w:val="14"/>
              </w:rPr>
              <w:t>LOVE-0 adds that prevention should not become punishment. If a behaviour creates risk, accountability can still establish truth, protect others, repair damage where possible, and reduce recurrence without treating suffering as the objective.</w:t>
            </w:r>
          </w:p>
          <w:p>
            <w:pPr>
              <w:spacing w:after="26" w:line="240" w:lineRule="auto"/>
            </w:pPr>
            <w:r>
              <w:rPr>
                <w:rFonts w:ascii="Tinos" w:hAnsi="Tinos"/>
                <w:sz w:val="14"/>
              </w:rPr>
            </w:r>
          </w:p>
          <w:p>
            <w:pPr>
              <w:spacing w:after="26" w:line="240" w:lineRule="auto"/>
            </w:pPr>
            <w:r>
              <w:rPr>
                <w:rFonts w:ascii="Tinos" w:hAnsi="Tinos"/>
                <w:sz w:val="14"/>
              </w:rPr>
              <w:t>The purpose is prevention and clearer allocation of care.</w:t>
            </w:r>
          </w:p>
          <w:p>
            <w:pPr>
              <w:spacing w:after="26" w:line="240" w:lineRule="auto"/>
            </w:pPr>
            <w:r>
              <w:rPr>
                <w:rFonts w:ascii="Tinos" w:hAnsi="Tinos"/>
                <w:sz w:val="14"/>
              </w:rPr>
            </w:r>
          </w:p>
          <w:p>
            <w:pPr>
              <w:spacing w:after="26" w:line="240" w:lineRule="auto"/>
            </w:pPr>
            <w:r>
              <w:rPr>
                <w:rFonts w:ascii="Tinos" w:hAnsi="Tinos"/>
                <w:sz w:val="14"/>
              </w:rPr>
              <w:t>If the underlying function can be identified, safer ways of satisfying it may become visible. If the person is being commercially or socially manipulated, compassion toward the genuine need can be preserved while the manipulative channel is refused.</w:t>
            </w:r>
          </w:p>
        </w:tc>
      </w:tr>
    </w:tbl>
    <w:p>
      <w:pPr>
        <w:spacing w:after="0"/>
      </w:pPr>
    </w:p>
    <w:p>
      <w:pPr>
        <w:pStyle w:val="Heading1"/>
      </w:pPr>
      <w:r>
        <w:t>32. Implications for Communication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32. Implications for Communication</w:t>
            </w:r>
          </w:p>
          <w:p>
            <w:pPr>
              <w:spacing w:after="26" w:line="240" w:lineRule="auto"/>
            </w:pPr>
            <w:r>
              <w:rPr>
                <w:rFonts w:ascii="Tinos" w:hAnsi="Tinos"/>
                <w:sz w:val="14"/>
              </w:rPr>
            </w:r>
          </w:p>
          <w:p>
            <w:pPr>
              <w:spacing w:after="26" w:line="240" w:lineRule="auto"/>
            </w:pPr>
            <w:r>
              <w:rPr>
                <w:rFonts w:ascii="Tinos" w:hAnsi="Tinos"/>
                <w:sz w:val="14"/>
              </w:rPr>
              <w:t>Communication concerning loss should avoid unnecessary activation of fear, guilt, shame, and urgency.</w:t>
            </w:r>
          </w:p>
          <w:p>
            <w:pPr>
              <w:spacing w:after="26" w:line="240" w:lineRule="auto"/>
            </w:pPr>
            <w:r>
              <w:rPr>
                <w:rFonts w:ascii="Tinos" w:hAnsi="Tinos"/>
                <w:sz w:val="14"/>
              </w:rPr>
            </w:r>
          </w:p>
          <w:p>
            <w:pPr>
              <w:spacing w:after="26" w:line="240" w:lineRule="auto"/>
            </w:pPr>
            <w:r>
              <w:rPr>
                <w:rFonts w:ascii="Tinos" w:hAnsi="Tinos"/>
                <w:sz w:val="14"/>
              </w:rPr>
              <w:t>This is particularly important in:</w:t>
            </w:r>
          </w:p>
          <w:p>
            <w:pPr>
              <w:spacing w:after="26" w:line="240" w:lineRule="auto"/>
            </w:pPr>
            <w:r>
              <w:rPr>
                <w:rFonts w:ascii="Tinos" w:hAnsi="Tinos"/>
                <w:sz w:val="14"/>
              </w:rPr>
            </w:r>
          </w:p>
          <w:p>
            <w:pPr>
              <w:spacing w:after="26" w:line="240" w:lineRule="auto"/>
            </w:pPr>
            <w:r>
              <w:rPr>
                <w:rFonts w:ascii="Tinos" w:hAnsi="Tinos"/>
                <w:sz w:val="14"/>
              </w:rPr>
              <w:t>- healthcare,</w:t>
            </w:r>
          </w:p>
          <w:p>
            <w:pPr>
              <w:spacing w:after="26" w:line="240" w:lineRule="auto"/>
            </w:pPr>
            <w:r>
              <w:rPr>
                <w:rFonts w:ascii="Tinos" w:hAnsi="Tinos"/>
                <w:sz w:val="14"/>
              </w:rPr>
              <w:t>- bereavement services,</w:t>
            </w:r>
          </w:p>
          <w:p>
            <w:pPr>
              <w:spacing w:after="26" w:line="240" w:lineRule="auto"/>
            </w:pPr>
            <w:r>
              <w:rPr>
                <w:rFonts w:ascii="Tinos" w:hAnsi="Tinos"/>
                <w:sz w:val="14"/>
              </w:rPr>
              <w:t>- advertising,</w:t>
            </w:r>
          </w:p>
          <w:p>
            <w:pPr>
              <w:spacing w:after="26" w:line="240" w:lineRule="auto"/>
            </w:pPr>
            <w:r>
              <w:rPr>
                <w:rFonts w:ascii="Tinos" w:hAnsi="Tinos"/>
                <w:sz w:val="14"/>
              </w:rPr>
              <w:t>- fundraising,</w:t>
            </w:r>
          </w:p>
          <w:p>
            <w:pPr>
              <w:spacing w:after="26" w:line="240" w:lineRule="auto"/>
            </w:pPr>
            <w:r>
              <w:rPr>
                <w:rFonts w:ascii="Tinos" w:hAnsi="Tinos"/>
                <w:sz w:val="14"/>
              </w:rPr>
              <w:t>- politics,</w:t>
            </w:r>
          </w:p>
          <w:p>
            <w:pPr>
              <w:spacing w:after="26" w:line="240" w:lineRule="auto"/>
            </w:pPr>
            <w:r>
              <w:rPr>
                <w:rFonts w:ascii="Tinos" w:hAnsi="Tinos"/>
                <w:sz w:val="14"/>
              </w:rPr>
              <w:t>- financial advice,</w:t>
            </w:r>
          </w:p>
          <w:p>
            <w:pPr>
              <w:spacing w:after="26" w:line="240" w:lineRule="auto"/>
            </w:pPr>
            <w:r>
              <w:rPr>
                <w:rFonts w:ascii="Tinos" w:hAnsi="Tinos"/>
                <w:sz w:val="14"/>
              </w:rPr>
              <w:t>- family disputes,</w:t>
            </w:r>
          </w:p>
          <w:p>
            <w:pPr>
              <w:spacing w:after="26" w:line="240" w:lineRule="auto"/>
            </w:pPr>
            <w:r>
              <w:rPr>
                <w:rFonts w:ascii="Tinos" w:hAnsi="Tinos"/>
                <w:sz w:val="14"/>
              </w:rPr>
              <w:t>- institutional communication,</w:t>
            </w:r>
          </w:p>
          <w:p>
            <w:pPr>
              <w:spacing w:after="26" w:line="240" w:lineRule="auto"/>
            </w:pPr>
            <w:r>
              <w:rPr>
                <w:rFonts w:ascii="Tinos" w:hAnsi="Tinos"/>
                <w:sz w:val="14"/>
              </w:rPr>
              <w:t>- and care relationships.</w:t>
            </w:r>
          </w:p>
          <w:p>
            <w:pPr>
              <w:spacing w:after="26" w:line="240" w:lineRule="auto"/>
            </w:pPr>
            <w:r>
              <w:rPr>
                <w:rFonts w:ascii="Tinos" w:hAnsi="Tinos"/>
                <w:sz w:val="14"/>
              </w:rPr>
            </w:r>
          </w:p>
          <w:p>
            <w:pPr>
              <w:spacing w:after="26" w:line="240" w:lineRule="auto"/>
            </w:pPr>
            <w:r>
              <w:rPr>
                <w:rFonts w:ascii="Tinos" w:hAnsi="Tinos"/>
                <w:sz w:val="14"/>
              </w:rPr>
              <w:t>A useful communication discipline is:</w:t>
            </w:r>
          </w:p>
          <w:p>
            <w:pPr>
              <w:spacing w:after="26" w:line="240" w:lineRule="auto"/>
            </w:pPr>
            <w:r>
              <w:rPr>
                <w:rFonts w:ascii="Tinos" w:hAnsi="Tinos"/>
                <w:sz w:val="14"/>
              </w:rPr>
            </w:r>
          </w:p>
          <w:p>
            <w:pPr>
              <w:spacing w:after="26" w:line="240" w:lineRule="auto"/>
            </w:pPr>
            <w:r>
              <w:rPr>
                <w:rFonts w:ascii="Tinos" w:hAnsi="Tinos"/>
                <w:sz w:val="14"/>
              </w:rPr>
              <w:t>Do not exploit grief-load to force resolution faster than the person's evidence and adaptive capacity permit.</w:t>
            </w:r>
          </w:p>
          <w:p>
            <w:pPr>
              <w:spacing w:after="26" w:line="240" w:lineRule="auto"/>
            </w:pPr>
            <w:r>
              <w:rPr>
                <w:rFonts w:ascii="Tinos" w:hAnsi="Tinos"/>
                <w:sz w:val="14"/>
              </w:rPr>
            </w:r>
          </w:p>
          <w:p>
            <w:pPr>
              <w:spacing w:after="26" w:line="240" w:lineRule="auto"/>
            </w:pPr>
            <w:r>
              <w:rPr>
                <w:rFonts w:ascii="Tinos" w:hAnsi="Tinos"/>
                <w:sz w:val="14"/>
              </w:rPr>
              <w:t>Careful communication can instead help distinguish:</w:t>
            </w:r>
          </w:p>
          <w:p>
            <w:pPr>
              <w:spacing w:after="26" w:line="240" w:lineRule="auto"/>
            </w:pPr>
            <w:r>
              <w:rPr>
                <w:rFonts w:ascii="Tinos" w:hAnsi="Tinos"/>
                <w:sz w:val="14"/>
              </w:rPr>
            </w:r>
          </w:p>
          <w:p>
            <w:pPr>
              <w:spacing w:after="26" w:line="240" w:lineRule="auto"/>
            </w:pPr>
            <w:r>
              <w:rPr>
                <w:rFonts w:ascii="Tinos" w:hAnsi="Tinos"/>
                <w:sz w:val="14"/>
              </w:rPr>
              <w:t>what happened</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what it means</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what should happen next.</w:t>
            </w:r>
          </w:p>
          <w:p>
            <w:pPr>
              <w:spacing w:after="26" w:line="240" w:lineRule="auto"/>
            </w:pPr>
            <w:r>
              <w:rPr>
                <w:rFonts w:ascii="Tinos" w:hAnsi="Tinos"/>
                <w:sz w:val="14"/>
              </w:rPr>
            </w:r>
          </w:p>
          <w:p>
            <w:pPr>
              <w:spacing w:after="26" w:line="240" w:lineRule="auto"/>
            </w:pPr>
            <w:r>
              <w:rPr>
                <w:rFonts w:ascii="Tinos" w:hAnsi="Tinos"/>
                <w:sz w:val="14"/>
              </w:rPr>
              <w:t>This creates cognitive space between emotion and action.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32. Implications for Communication</w:t>
            </w:r>
          </w:p>
          <w:p>
            <w:pPr>
              <w:spacing w:after="26" w:line="240" w:lineRule="auto"/>
            </w:pPr>
            <w:r>
              <w:rPr>
                <w:rFonts w:ascii="Tinos" w:hAnsi="Tinos"/>
                <w:sz w:val="14"/>
              </w:rPr>
            </w:r>
          </w:p>
          <w:p>
            <w:pPr>
              <w:spacing w:after="26" w:line="240" w:lineRule="auto"/>
            </w:pPr>
            <w:r>
              <w:rPr>
                <w:rFonts w:ascii="Tinos" w:hAnsi="Tinos"/>
                <w:sz w:val="14"/>
              </w:rPr>
              <w:t>Communication concerning loss should avoid unnecessary activation of fear, guilt, shame, and urgency.</w:t>
            </w:r>
          </w:p>
          <w:p>
            <w:pPr>
              <w:spacing w:after="26" w:line="240" w:lineRule="auto"/>
            </w:pPr>
            <w:r>
              <w:rPr>
                <w:rFonts w:ascii="Tinos" w:hAnsi="Tinos"/>
                <w:sz w:val="14"/>
              </w:rPr>
            </w:r>
          </w:p>
          <w:p>
            <w:pPr>
              <w:spacing w:after="26" w:line="240" w:lineRule="auto"/>
            </w:pPr>
            <w:r>
              <w:rPr>
                <w:rFonts w:ascii="Tinos" w:hAnsi="Tinos"/>
                <w:sz w:val="14"/>
              </w:rPr>
              <w:t>This is particularly important in:</w:t>
            </w:r>
          </w:p>
          <w:p>
            <w:pPr>
              <w:spacing w:after="26" w:line="240" w:lineRule="auto"/>
            </w:pPr>
            <w:r>
              <w:rPr>
                <w:rFonts w:ascii="Tinos" w:hAnsi="Tinos"/>
                <w:sz w:val="14"/>
              </w:rPr>
            </w:r>
          </w:p>
          <w:p>
            <w:pPr>
              <w:spacing w:after="26" w:line="240" w:lineRule="auto"/>
            </w:pPr>
            <w:r>
              <w:rPr>
                <w:rFonts w:ascii="Tinos" w:hAnsi="Tinos"/>
                <w:sz w:val="14"/>
              </w:rPr>
              <w:t>- healthcare,</w:t>
            </w:r>
          </w:p>
          <w:p>
            <w:pPr>
              <w:spacing w:after="26" w:line="240" w:lineRule="auto"/>
            </w:pPr>
            <w:r>
              <w:rPr>
                <w:rFonts w:ascii="Tinos" w:hAnsi="Tinos"/>
                <w:sz w:val="14"/>
              </w:rPr>
              <w:t>- bereavement services,</w:t>
            </w:r>
          </w:p>
          <w:p>
            <w:pPr>
              <w:spacing w:after="26" w:line="240" w:lineRule="auto"/>
            </w:pPr>
            <w:r>
              <w:rPr>
                <w:rFonts w:ascii="Tinos" w:hAnsi="Tinos"/>
                <w:sz w:val="14"/>
              </w:rPr>
              <w:t>- advertising,</w:t>
            </w:r>
          </w:p>
          <w:p>
            <w:pPr>
              <w:spacing w:after="26" w:line="240" w:lineRule="auto"/>
            </w:pPr>
            <w:r>
              <w:rPr>
                <w:rFonts w:ascii="Tinos" w:hAnsi="Tinos"/>
                <w:sz w:val="14"/>
              </w:rPr>
              <w:t>- fundraising,</w:t>
            </w:r>
          </w:p>
          <w:p>
            <w:pPr>
              <w:spacing w:after="26" w:line="240" w:lineRule="auto"/>
            </w:pPr>
            <w:r>
              <w:rPr>
                <w:rFonts w:ascii="Tinos" w:hAnsi="Tinos"/>
                <w:sz w:val="14"/>
              </w:rPr>
              <w:t>- politics,</w:t>
            </w:r>
          </w:p>
          <w:p>
            <w:pPr>
              <w:spacing w:after="26" w:line="240" w:lineRule="auto"/>
            </w:pPr>
            <w:r>
              <w:rPr>
                <w:rFonts w:ascii="Tinos" w:hAnsi="Tinos"/>
                <w:sz w:val="14"/>
              </w:rPr>
              <w:t>- financial advice,</w:t>
            </w:r>
          </w:p>
          <w:p>
            <w:pPr>
              <w:spacing w:after="26" w:line="240" w:lineRule="auto"/>
            </w:pPr>
            <w:r>
              <w:rPr>
                <w:rFonts w:ascii="Tinos" w:hAnsi="Tinos"/>
                <w:sz w:val="14"/>
              </w:rPr>
              <w:t>- family disputes,</w:t>
            </w:r>
          </w:p>
          <w:p>
            <w:pPr>
              <w:spacing w:after="26" w:line="240" w:lineRule="auto"/>
            </w:pPr>
            <w:r>
              <w:rPr>
                <w:rFonts w:ascii="Tinos" w:hAnsi="Tinos"/>
                <w:sz w:val="14"/>
              </w:rPr>
              <w:t>- institutional communication,</w:t>
            </w:r>
          </w:p>
          <w:p>
            <w:pPr>
              <w:spacing w:after="26" w:line="240" w:lineRule="auto"/>
            </w:pPr>
            <w:r>
              <w:rPr>
                <w:rFonts w:ascii="Tinos" w:hAnsi="Tinos"/>
                <w:sz w:val="14"/>
              </w:rPr>
              <w:t>- and care relationships.</w:t>
            </w:r>
          </w:p>
          <w:p>
            <w:pPr>
              <w:spacing w:after="26" w:line="240" w:lineRule="auto"/>
            </w:pPr>
            <w:r>
              <w:rPr>
                <w:rFonts w:ascii="Tinos" w:hAnsi="Tinos"/>
                <w:sz w:val="14"/>
              </w:rPr>
            </w:r>
          </w:p>
          <w:p>
            <w:pPr>
              <w:spacing w:after="26" w:line="240" w:lineRule="auto"/>
            </w:pPr>
            <w:r>
              <w:rPr>
                <w:rFonts w:ascii="Tinos" w:hAnsi="Tinos"/>
                <w:sz w:val="14"/>
              </w:rPr>
              <w:t>A useful communication discipline is:</w:t>
            </w:r>
          </w:p>
          <w:p>
            <w:pPr>
              <w:spacing w:after="26" w:line="240" w:lineRule="auto"/>
            </w:pPr>
            <w:r>
              <w:rPr>
                <w:rFonts w:ascii="Tinos" w:hAnsi="Tinos"/>
                <w:sz w:val="14"/>
              </w:rPr>
            </w:r>
          </w:p>
          <w:p>
            <w:pPr>
              <w:spacing w:after="26" w:line="240" w:lineRule="auto"/>
            </w:pPr>
            <w:r>
              <w:rPr>
                <w:rFonts w:ascii="Tinos" w:hAnsi="Tinos"/>
                <w:sz w:val="14"/>
              </w:rPr>
              <w:t>Do not exploit grief-load to force resolution faster than the person's evidence and adaptive capacity permit.</w:t>
            </w:r>
          </w:p>
          <w:p>
            <w:pPr>
              <w:spacing w:after="26" w:line="240" w:lineRule="auto"/>
            </w:pPr>
            <w:r>
              <w:rPr>
                <w:rFonts w:ascii="Tinos" w:hAnsi="Tinos"/>
                <w:sz w:val="14"/>
              </w:rPr>
            </w:r>
          </w:p>
          <w:p>
            <w:pPr>
              <w:spacing w:after="26" w:line="240" w:lineRule="auto"/>
            </w:pPr>
            <w:r>
              <w:rPr>
                <w:rFonts w:ascii="Tinos" w:hAnsi="Tinos"/>
                <w:sz w:val="14"/>
              </w:rPr>
              <w:t>LOVE-0 extends this into a communication loop:</w:t>
            </w:r>
          </w:p>
          <w:p>
            <w:pPr>
              <w:spacing w:after="26" w:line="240" w:lineRule="auto"/>
            </w:pPr>
            <w:r>
              <w:rPr>
                <w:rFonts w:ascii="Tinos" w:hAnsi="Tinos"/>
                <w:sz w:val="14"/>
              </w:rPr>
            </w:r>
          </w:p>
          <w:p>
            <w:pPr>
              <w:spacing w:after="26" w:line="240" w:lineRule="auto"/>
            </w:pPr>
            <w:r>
              <w:rPr>
                <w:rFonts w:ascii="Tinos" w:hAnsi="Tinos"/>
                <w:b/>
                <w:sz w:val="14"/>
              </w:rPr>
              <w:t>LISTEN: What happened, what does the person report needing, and what signals are present?</w:t>
            </w:r>
          </w:p>
          <w:p>
            <w:pPr>
              <w:spacing w:after="26" w:line="240" w:lineRule="auto"/>
            </w:pPr>
            <w:r>
              <w:rPr>
                <w:rFonts w:ascii="Tinos" w:hAnsi="Tinos"/>
                <w:sz w:val="14"/>
              </w:rPr>
            </w:r>
          </w:p>
          <w:p>
            <w:pPr>
              <w:spacing w:after="26" w:line="240" w:lineRule="auto"/>
            </w:pPr>
            <w:r>
              <w:rPr>
                <w:rFonts w:ascii="Tinos" w:hAnsi="Tinos"/>
                <w:b/>
                <w:sz w:val="14"/>
              </w:rPr>
              <w:t>OPEN: What else could this mean, and which perspectives have not been heard?</w:t>
            </w:r>
          </w:p>
          <w:p>
            <w:pPr>
              <w:spacing w:after="26" w:line="240" w:lineRule="auto"/>
            </w:pPr>
            <w:r>
              <w:rPr>
                <w:rFonts w:ascii="Tinos" w:hAnsi="Tinos"/>
                <w:sz w:val="14"/>
              </w:rPr>
            </w:r>
          </w:p>
          <w:p>
            <w:pPr>
              <w:spacing w:after="26" w:line="240" w:lineRule="auto"/>
            </w:pPr>
            <w:r>
              <w:rPr>
                <w:rFonts w:ascii="Tinos" w:hAnsi="Tinos"/>
                <w:b/>
                <w:sz w:val="14"/>
              </w:rPr>
              <w:t>VERIFY: What is feeling, what is interpretation, what is independently supported, and what power is being exercised?</w:t>
            </w:r>
          </w:p>
          <w:p>
            <w:pPr>
              <w:spacing w:after="26" w:line="240" w:lineRule="auto"/>
            </w:pPr>
            <w:r>
              <w:rPr>
                <w:rFonts w:ascii="Tinos" w:hAnsi="Tinos"/>
                <w:sz w:val="14"/>
              </w:rPr>
            </w:r>
          </w:p>
          <w:p>
            <w:pPr>
              <w:spacing w:after="26" w:line="240" w:lineRule="auto"/>
            </w:pPr>
            <w:r>
              <w:rPr>
                <w:rFonts w:ascii="Tinos" w:hAnsi="Tinos"/>
                <w:b/>
                <w:sz w:val="14"/>
              </w:rPr>
              <w:t>EXPRESS: What is the least coercive, proportionate, effective communication or assistance that can work?</w:t>
            </w:r>
          </w:p>
          <w:p>
            <w:pPr>
              <w:spacing w:after="26" w:line="240" w:lineRule="auto"/>
            </w:pPr>
            <w:r>
              <w:rPr>
                <w:rFonts w:ascii="Tinos" w:hAnsi="Tinos"/>
                <w:sz w:val="14"/>
              </w:rPr>
            </w:r>
          </w:p>
          <w:p>
            <w:pPr>
              <w:spacing w:after="26" w:line="240" w:lineRule="auto"/>
            </w:pPr>
            <w:r>
              <w:rPr>
                <w:rFonts w:ascii="Tinos" w:hAnsi="Tinos"/>
                <w:b/>
                <w:sz w:val="14"/>
              </w:rPr>
              <w:t>LEARN: What happened to the recipient, what needs repair, and what should change next time?</w:t>
            </w:r>
          </w:p>
          <w:p>
            <w:pPr>
              <w:spacing w:after="26" w:line="240" w:lineRule="auto"/>
            </w:pPr>
            <w:r>
              <w:rPr>
                <w:rFonts w:ascii="Tinos" w:hAnsi="Tinos"/>
                <w:sz w:val="14"/>
              </w:rPr>
            </w:r>
          </w:p>
          <w:p>
            <w:pPr>
              <w:spacing w:after="26" w:line="240" w:lineRule="auto"/>
            </w:pPr>
            <w:r>
              <w:rPr>
                <w:rFonts w:ascii="Tinos" w:hAnsi="Tinos"/>
                <w:sz w:val="14"/>
              </w:rPr>
              <w:t>Careful communication can therefore help distinguish:</w:t>
            </w:r>
          </w:p>
          <w:p>
            <w:pPr>
              <w:spacing w:after="26" w:line="240" w:lineRule="auto"/>
            </w:pPr>
            <w:r>
              <w:rPr>
                <w:rFonts w:ascii="Tinos" w:hAnsi="Tinos"/>
                <w:sz w:val="14"/>
              </w:rPr>
            </w:r>
          </w:p>
          <w:p>
            <w:pPr>
              <w:spacing w:after="26" w:line="240" w:lineRule="auto"/>
            </w:pPr>
            <w:r>
              <w:rPr>
                <w:rFonts w:ascii="Tinos" w:hAnsi="Tinos"/>
                <w:sz w:val="14"/>
              </w:rPr>
              <w:t>what happened</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what it means</w:t>
            </w:r>
          </w:p>
          <w:p>
            <w:pPr>
              <w:spacing w:after="26" w:line="240" w:lineRule="auto"/>
            </w:pPr>
            <w:r>
              <w:rPr>
                <w:rFonts w:ascii="Tinos" w:hAnsi="Tinos"/>
                <w:sz w:val="14"/>
              </w:rPr>
            </w:r>
          </w:p>
          <w:p>
            <w:pPr>
              <w:spacing w:after="26" w:line="240" w:lineRule="auto"/>
            </w:pPr>
            <w:r>
              <w:rPr>
                <w:rFonts w:ascii="Tinos" w:hAnsi="Tinos"/>
                <w:sz w:val="14"/>
              </w:rPr>
              <w:t>from</w:t>
            </w:r>
          </w:p>
          <w:p>
            <w:pPr>
              <w:spacing w:after="26" w:line="240" w:lineRule="auto"/>
            </w:pPr>
            <w:r>
              <w:rPr>
                <w:rFonts w:ascii="Tinos" w:hAnsi="Tinos"/>
                <w:sz w:val="14"/>
              </w:rPr>
            </w:r>
          </w:p>
          <w:p>
            <w:pPr>
              <w:spacing w:after="26" w:line="240" w:lineRule="auto"/>
            </w:pPr>
            <w:r>
              <w:rPr>
                <w:rFonts w:ascii="Tinos" w:hAnsi="Tinos"/>
                <w:sz w:val="14"/>
              </w:rPr>
              <w:t>what should happen next.</w:t>
            </w:r>
          </w:p>
          <w:p>
            <w:pPr>
              <w:spacing w:after="26" w:line="240" w:lineRule="auto"/>
            </w:pPr>
            <w:r>
              <w:rPr>
                <w:rFonts w:ascii="Tinos" w:hAnsi="Tinos"/>
                <w:sz w:val="14"/>
              </w:rPr>
            </w:r>
          </w:p>
          <w:p>
            <w:pPr>
              <w:spacing w:after="26" w:line="240" w:lineRule="auto"/>
            </w:pPr>
            <w:r>
              <w:rPr>
                <w:rFonts w:ascii="Tinos" w:hAnsi="Tinos"/>
                <w:sz w:val="14"/>
              </w:rPr>
              <w:t>This creates cognitive and relational space between emotion and action.</w:t>
            </w:r>
          </w:p>
        </w:tc>
      </w:tr>
    </w:tbl>
    <w:p>
      <w:pPr>
        <w:spacing w:after="0"/>
      </w:pPr>
    </w:p>
    <w:p>
      <w:pPr>
        <w:pStyle w:val="Heading1"/>
      </w:pPr>
      <w:r>
        <w:t>33. Limitations</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33. Limitations</w:t>
            </w:r>
          </w:p>
          <w:p>
            <w:pPr>
              <w:spacing w:after="26" w:line="240" w:lineRule="auto"/>
            </w:pPr>
            <w:r>
              <w:rPr>
                <w:rFonts w:ascii="Tinos" w:hAnsi="Tinos"/>
                <w:sz w:val="14"/>
              </w:rPr>
            </w:r>
          </w:p>
          <w:p>
            <w:pPr>
              <w:spacing w:after="26" w:line="240" w:lineRule="auto"/>
            </w:pPr>
            <w:r>
              <w:rPr>
                <w:rFonts w:ascii="Tinos" w:hAnsi="Tinos"/>
                <w:sz w:val="14"/>
              </w:rPr>
              <w:t>MRRAF currently has substantial limitations.</w:t>
            </w:r>
          </w:p>
          <w:p>
            <w:pPr>
              <w:spacing w:after="26" w:line="240" w:lineRule="auto"/>
            </w:pPr>
            <w:r>
              <w:rPr>
                <w:rFonts w:ascii="Tinos" w:hAnsi="Tinos"/>
                <w:sz w:val="14"/>
              </w:rPr>
            </w:r>
          </w:p>
          <w:p>
            <w:pPr>
              <w:spacing w:after="26" w:line="240" w:lineRule="auto"/>
            </w:pPr>
            <w:r>
              <w:rPr>
                <w:rFonts w:ascii="Tinos" w:hAnsi="Tinos"/>
                <w:sz w:val="14"/>
              </w:rPr>
              <w:t>First, it is a conceptual synthesis.</w:t>
            </w:r>
          </w:p>
          <w:p>
            <w:pPr>
              <w:spacing w:after="26" w:line="240" w:lineRule="auto"/>
            </w:pPr>
            <w:r>
              <w:rPr>
                <w:rFonts w:ascii="Tinos" w:hAnsi="Tinos"/>
                <w:sz w:val="14"/>
              </w:rPr>
            </w:r>
          </w:p>
          <w:p>
            <w:pPr>
              <w:spacing w:after="26" w:line="240" w:lineRule="auto"/>
            </w:pPr>
            <w:r>
              <w:rPr>
                <w:rFonts w:ascii="Tinos" w:hAnsi="Tinos"/>
                <w:sz w:val="14"/>
              </w:rPr>
              <w:t>No experiment has tested MRRAF as one complete model.</w:t>
            </w:r>
          </w:p>
          <w:p>
            <w:pPr>
              <w:spacing w:after="26" w:line="240" w:lineRule="auto"/>
            </w:pPr>
            <w:r>
              <w:rPr>
                <w:rFonts w:ascii="Tinos" w:hAnsi="Tinos"/>
                <w:sz w:val="14"/>
              </w:rPr>
            </w:r>
          </w:p>
          <w:p>
            <w:pPr>
              <w:spacing w:after="26" w:line="240" w:lineRule="auto"/>
            </w:pPr>
            <w:r>
              <w:rPr>
                <w:rFonts w:ascii="Tinos" w:hAnsi="Tinos"/>
                <w:sz w:val="14"/>
              </w:rPr>
              <w:t>Second, grief-load is newly proposed terminology.</w:t>
            </w:r>
          </w:p>
          <w:p>
            <w:pPr>
              <w:spacing w:after="26" w:line="240" w:lineRule="auto"/>
            </w:pPr>
            <w:r>
              <w:rPr>
                <w:rFonts w:ascii="Tinos" w:hAnsi="Tinos"/>
                <w:sz w:val="14"/>
              </w:rPr>
            </w:r>
          </w:p>
          <w:p>
            <w:pPr>
              <w:spacing w:after="26" w:line="240" w:lineRule="auto"/>
            </w:pPr>
            <w:r>
              <w:rPr>
                <w:rFonts w:ascii="Tinos" w:hAnsi="Tinos"/>
                <w:sz w:val="14"/>
              </w:rPr>
              <w:t>It should not be confused with the conventional psychological definition of grief.</w:t>
            </w:r>
          </w:p>
          <w:p>
            <w:pPr>
              <w:spacing w:after="26" w:line="240" w:lineRule="auto"/>
            </w:pPr>
            <w:r>
              <w:rPr>
                <w:rFonts w:ascii="Tinos" w:hAnsi="Tinos"/>
                <w:sz w:val="14"/>
              </w:rPr>
            </w:r>
          </w:p>
          <w:p>
            <w:pPr>
              <w:spacing w:after="26" w:line="240" w:lineRule="auto"/>
            </w:pPr>
            <w:r>
              <w:rPr>
                <w:rFonts w:ascii="Tinos" w:hAnsi="Tinos"/>
                <w:sz w:val="14"/>
              </w:rPr>
              <w:t>Third, analogy is not mechanism.</w:t>
            </w:r>
          </w:p>
          <w:p>
            <w:pPr>
              <w:spacing w:after="26" w:line="240" w:lineRule="auto"/>
            </w:pPr>
            <w:r>
              <w:rPr>
                <w:rFonts w:ascii="Tinos" w:hAnsi="Tinos"/>
                <w:sz w:val="14"/>
              </w:rPr>
            </w:r>
          </w:p>
          <w:p>
            <w:pPr>
              <w:spacing w:after="26" w:line="240" w:lineRule="auto"/>
            </w:pPr>
            <w:r>
              <w:rPr>
                <w:rFonts w:ascii="Tinos" w:hAnsi="Tinos"/>
                <w:sz w:val="14"/>
              </w:rPr>
              <w:t>Computer-resource analogies illuminate relationships but do not establish neurological equivalence.</w:t>
            </w:r>
          </w:p>
          <w:p>
            <w:pPr>
              <w:spacing w:after="26" w:line="240" w:lineRule="auto"/>
            </w:pPr>
            <w:r>
              <w:rPr>
                <w:rFonts w:ascii="Tinos" w:hAnsi="Tinos"/>
                <w:sz w:val="14"/>
              </w:rPr>
            </w:r>
          </w:p>
          <w:p>
            <w:pPr>
              <w:spacing w:after="26" w:line="240" w:lineRule="auto"/>
            </w:pPr>
            <w:r>
              <w:rPr>
                <w:rFonts w:ascii="Tinos" w:hAnsi="Tinos"/>
                <w:sz w:val="14"/>
              </w:rPr>
              <w:t>Fourth, semantic translation can create false equivalence.</w:t>
            </w:r>
          </w:p>
          <w:p>
            <w:pPr>
              <w:spacing w:after="26" w:line="240" w:lineRule="auto"/>
            </w:pPr>
            <w:r>
              <w:rPr>
                <w:rFonts w:ascii="Tinos" w:hAnsi="Tinos"/>
                <w:sz w:val="14"/>
              </w:rPr>
            </w:r>
          </w:p>
          <w:p>
            <w:pPr>
              <w:spacing w:after="26" w:line="240" w:lineRule="auto"/>
            </w:pPr>
            <w:r>
              <w:rPr>
                <w:rFonts w:ascii="Tinos" w:hAnsi="Tinos"/>
                <w:sz w:val="14"/>
              </w:rPr>
              <w:t>Two disciplines may use similar relational structures while describing fundamentally different mechanisms.</w:t>
            </w:r>
          </w:p>
          <w:p>
            <w:pPr>
              <w:spacing w:after="26" w:line="240" w:lineRule="auto"/>
            </w:pPr>
            <w:r>
              <w:rPr>
                <w:rFonts w:ascii="Tinos" w:hAnsi="Tinos"/>
                <w:sz w:val="14"/>
              </w:rPr>
            </w:r>
          </w:p>
          <w:p>
            <w:pPr>
              <w:spacing w:after="26" w:line="240" w:lineRule="auto"/>
            </w:pPr>
            <w:r>
              <w:rPr>
                <w:rFonts w:ascii="Tinos" w:hAnsi="Tinos"/>
                <w:sz w:val="14"/>
              </w:rPr>
              <w:t>Cross-resolution convergence therefore requires careful examination rather than superficial word matching.</w:t>
            </w:r>
          </w:p>
          <w:p>
            <w:pPr>
              <w:spacing w:after="26" w:line="240" w:lineRule="auto"/>
            </w:pPr>
            <w:r>
              <w:rPr>
                <w:rFonts w:ascii="Tinos" w:hAnsi="Tinos"/>
                <w:sz w:val="14"/>
              </w:rPr>
            </w:r>
          </w:p>
          <w:p>
            <w:pPr>
              <w:spacing w:after="26" w:line="240" w:lineRule="auto"/>
            </w:pPr>
            <w:r>
              <w:rPr>
                <w:rFonts w:ascii="Tinos" w:hAnsi="Tinos"/>
                <w:sz w:val="14"/>
              </w:rPr>
              <w:t>Fifth, subjective states cannot automatically be generalised across life forms.</w:t>
            </w:r>
          </w:p>
          <w:p>
            <w:pPr>
              <w:spacing w:after="26" w:line="240" w:lineRule="auto"/>
            </w:pPr>
            <w:r>
              <w:rPr>
                <w:rFonts w:ascii="Tinos" w:hAnsi="Tinos"/>
                <w:sz w:val="14"/>
              </w:rPr>
            </w:r>
          </w:p>
          <w:p>
            <w:pPr>
              <w:spacing w:after="26" w:line="240" w:lineRule="auto"/>
            </w:pPr>
            <w:r>
              <w:rPr>
                <w:rFonts w:ascii="Tinos" w:hAnsi="Tinos"/>
                <w:sz w:val="14"/>
              </w:rPr>
              <w:t>The framework's relational vocabulary is intentionally portable.</w:t>
            </w:r>
          </w:p>
          <w:p>
            <w:pPr>
              <w:spacing w:after="26" w:line="240" w:lineRule="auto"/>
            </w:pPr>
            <w:r>
              <w:rPr>
                <w:rFonts w:ascii="Tinos" w:hAnsi="Tinos"/>
                <w:sz w:val="14"/>
              </w:rPr>
            </w:r>
          </w:p>
          <w:p>
            <w:pPr>
              <w:spacing w:after="26" w:line="240" w:lineRule="auto"/>
            </w:pPr>
            <w:r>
              <w:rPr>
                <w:rFonts w:ascii="Tinos" w:hAnsi="Tinos"/>
                <w:sz w:val="14"/>
              </w:rPr>
              <w:t>Evidence of shared relational structure does not establish identical consciousness or emotional experience.</w:t>
            </w:r>
          </w:p>
          <w:p>
            <w:pPr>
              <w:spacing w:after="26" w:line="240" w:lineRule="auto"/>
            </w:pPr>
            <w:r>
              <w:rPr>
                <w:rFonts w:ascii="Tinos" w:hAnsi="Tinos"/>
                <w:sz w:val="14"/>
              </w:rPr>
            </w:r>
          </w:p>
          <w:p>
            <w:pPr>
              <w:spacing w:after="26" w:line="240" w:lineRule="auto"/>
            </w:pPr>
            <w:r>
              <w:rPr>
                <w:rFonts w:ascii="Tinos" w:hAnsi="Tinos"/>
                <w:sz w:val="14"/>
              </w:rPr>
              <w:t>Sixth, nostalgia is heterogeneous.</w:t>
            </w:r>
          </w:p>
          <w:p>
            <w:pPr>
              <w:spacing w:after="26" w:line="240" w:lineRule="auto"/>
            </w:pPr>
            <w:r>
              <w:rPr>
                <w:rFonts w:ascii="Tinos" w:hAnsi="Tinos"/>
                <w:sz w:val="14"/>
              </w:rPr>
            </w:r>
          </w:p>
          <w:p>
            <w:pPr>
              <w:spacing w:after="26" w:line="240" w:lineRule="auto"/>
            </w:pPr>
            <w:r>
              <w:rPr>
                <w:rFonts w:ascii="Tinos" w:hAnsi="Tinos"/>
                <w:sz w:val="14"/>
              </w:rPr>
              <w:t>Research demonstrates both useful psychological functions and contexts associated with less favourable outcomes.</w:t>
            </w:r>
          </w:p>
          <w:p>
            <w:pPr>
              <w:spacing w:after="26" w:line="240" w:lineRule="auto"/>
            </w:pPr>
            <w:r>
              <w:rPr>
                <w:rFonts w:ascii="Tinos" w:hAnsi="Tinos"/>
                <w:sz w:val="14"/>
              </w:rPr>
            </w:r>
          </w:p>
          <w:p>
            <w:pPr>
              <w:spacing w:after="26" w:line="240" w:lineRule="auto"/>
            </w:pPr>
            <w:r>
              <w:rPr>
                <w:rFonts w:ascii="Tinos" w:hAnsi="Tinos"/>
                <w:sz w:val="14"/>
              </w:rPr>
              <w:t>MRRAF should therefore avoid describing nostalgia as intrinsically harmful.</w:t>
            </w:r>
          </w:p>
          <w:p>
            <w:pPr>
              <w:spacing w:after="26" w:line="240" w:lineRule="auto"/>
            </w:pPr>
            <w:r>
              <w:rPr>
                <w:rFonts w:ascii="Tinos" w:hAnsi="Tinos"/>
                <w:sz w:val="14"/>
              </w:rPr>
            </w:r>
          </w:p>
          <w:p>
            <w:pPr>
              <w:spacing w:after="26" w:line="240" w:lineRule="auto"/>
            </w:pPr>
            <w:r>
              <w:rPr>
                <w:rFonts w:ascii="Tinos" w:hAnsi="Tinos"/>
                <w:sz w:val="14"/>
              </w:rPr>
              <w:t>Seventh, grief varies enormously.</w:t>
            </w:r>
          </w:p>
          <w:p>
            <w:pPr>
              <w:spacing w:after="26" w:line="240" w:lineRule="auto"/>
            </w:pPr>
            <w:r>
              <w:rPr>
                <w:rFonts w:ascii="Tinos" w:hAnsi="Tinos"/>
                <w:sz w:val="14"/>
              </w:rPr>
            </w:r>
          </w:p>
          <w:p>
            <w:pPr>
              <w:spacing w:after="26" w:line="240" w:lineRule="auto"/>
            </w:pPr>
            <w:r>
              <w:rPr>
                <w:rFonts w:ascii="Tinos" w:hAnsi="Tinos"/>
                <w:sz w:val="14"/>
              </w:rPr>
              <w:t>Culture, developmental history, relationship type, traumatic circumstances, social support, material resources, health, identity, and individual difference can all alter adaptation.</w:t>
            </w:r>
          </w:p>
          <w:p>
            <w:pPr>
              <w:spacing w:after="26" w:line="240" w:lineRule="auto"/>
            </w:pPr>
            <w:r>
              <w:rPr>
                <w:rFonts w:ascii="Tinos" w:hAnsi="Tinos"/>
                <w:sz w:val="14"/>
              </w:rPr>
            </w:r>
          </w:p>
          <w:p>
            <w:pPr>
              <w:spacing w:after="26" w:line="240" w:lineRule="auto"/>
            </w:pPr>
            <w:r>
              <w:rPr>
                <w:rFonts w:ascii="Tinos" w:hAnsi="Tinos"/>
                <w:sz w:val="14"/>
              </w:rPr>
              <w:t>Eighth, prolonged grief disorder should not be conflated with ordinary grief.</w:t>
            </w:r>
          </w:p>
          <w:p>
            <w:pPr>
              <w:spacing w:after="26" w:line="240" w:lineRule="auto"/>
            </w:pPr>
            <w:r>
              <w:rPr>
                <w:rFonts w:ascii="Tinos" w:hAnsi="Tinos"/>
                <w:sz w:val="14"/>
              </w:rPr>
            </w:r>
          </w:p>
          <w:p>
            <w:pPr>
              <w:spacing w:after="26" w:line="240" w:lineRule="auto"/>
            </w:pPr>
            <w:r>
              <w:rPr>
                <w:rFonts w:ascii="Tinos" w:hAnsi="Tinos"/>
                <w:sz w:val="14"/>
              </w:rPr>
              <w:t>Neuroscientific findings concerning prolonged grief disorder describe a particular clinical population and cannot automatically be generalised to all bereavement.</w:t>
            </w:r>
          </w:p>
          <w:p>
            <w:pPr>
              <w:spacing w:after="26" w:line="240" w:lineRule="auto"/>
            </w:pPr>
            <w:r>
              <w:rPr>
                <w:rFonts w:ascii="Tinos" w:hAnsi="Tinos"/>
                <w:sz w:val="14"/>
              </w:rPr>
            </w:r>
          </w:p>
          <w:p>
            <w:pPr>
              <w:spacing w:after="26" w:line="240" w:lineRule="auto"/>
            </w:pPr>
            <w:r>
              <w:rPr>
                <w:rFonts w:ascii="Tinos" w:hAnsi="Tinos"/>
                <w:sz w:val="14"/>
              </w:rPr>
              <w:t>Ninth, transformation has epistemic limits.</w:t>
            </w:r>
          </w:p>
          <w:p>
            <w:pPr>
              <w:spacing w:after="26" w:line="240" w:lineRule="auto"/>
            </w:pPr>
            <w:r>
              <w:rPr>
                <w:rFonts w:ascii="Tinos" w:hAnsi="Tinos"/>
                <w:sz w:val="14"/>
              </w:rPr>
            </w:r>
          </w:p>
          <w:p>
            <w:pPr>
              <w:spacing w:after="26" w:line="240" w:lineRule="auto"/>
            </w:pPr>
            <w:r>
              <w:rPr>
                <w:rFonts w:ascii="Tinos" w:hAnsi="Tinos"/>
                <w:sz w:val="14"/>
              </w:rPr>
              <w:t>Persistence of matter, effects, memory, or relational consequences does not establish persistence of every aspect of a previous configuration.</w:t>
            </w:r>
          </w:p>
          <w:p>
            <w:pPr>
              <w:spacing w:after="26" w:line="240" w:lineRule="auto"/>
            </w:pPr>
            <w:r>
              <w:rPr>
                <w:rFonts w:ascii="Tinos" w:hAnsi="Tinos"/>
                <w:sz w:val="14"/>
              </w:rPr>
            </w:r>
          </w:p>
          <w:p>
            <w:pPr>
              <w:spacing w:after="26" w:line="240" w:lineRule="auto"/>
            </w:pPr>
            <w:r>
              <w:rPr>
                <w:rFonts w:ascii="Tinos" w:hAnsi="Tinos"/>
                <w:sz w:val="14"/>
              </w:rPr>
              <w:t>Tenth, the framework must remain revisable.</w:t>
            </w:r>
          </w:p>
          <w:p>
            <w:pPr>
              <w:spacing w:after="26" w:line="240" w:lineRule="auto"/>
            </w:pPr>
            <w:r>
              <w:rPr>
                <w:rFonts w:ascii="Tinos" w:hAnsi="Tinos"/>
                <w:sz w:val="14"/>
              </w:rPr>
            </w:r>
          </w:p>
          <w:p>
            <w:pPr>
              <w:spacing w:after="26" w:line="240" w:lineRule="auto"/>
            </w:pPr>
            <w:r>
              <w:rPr>
                <w:rFonts w:ascii="Tinos" w:hAnsi="Tinos"/>
                <w:sz w:val="14"/>
              </w:rPr>
              <w:t>A theory arguing that error is essential for learning would contradict itself if it became resistant to correction.</w:t>
            </w:r>
          </w:p>
        </w:tc>
        <w:tc>
          <w:tcPr>
            <w:tcW w:type="dxa" w:w="7913"/>
            <w:tcMar>
              <w:top w:w="55" w:type="dxa"/>
              <w:start w:w="70" w:type="dxa"/>
              <w:bottom w:w="55" w:type="dxa"/>
              <w:end w:w="70" w:type="dxa"/>
            </w:tcMar>
            <w:vAlign w:val="top"/>
          </w:tcPr>
          <w:p>
            <w:pPr>
              <w:spacing w:after="26" w:line="240" w:lineRule="auto"/>
            </w:pPr>
            <w:r/>
            <w:r>
              <w:rPr>
                <w:rFonts w:ascii="Tinos" w:hAnsi="Tinos"/>
                <w:sz w:val="14"/>
              </w:rPr>
              <w:t>33. Limitations</w:t>
            </w:r>
          </w:p>
          <w:p>
            <w:pPr>
              <w:spacing w:after="26" w:line="240" w:lineRule="auto"/>
            </w:pPr>
            <w:r>
              <w:rPr>
                <w:rFonts w:ascii="Tinos" w:hAnsi="Tinos"/>
                <w:sz w:val="14"/>
              </w:rPr>
            </w:r>
          </w:p>
          <w:p>
            <w:pPr>
              <w:spacing w:after="26" w:line="240" w:lineRule="auto"/>
            </w:pPr>
            <w:r>
              <w:rPr>
                <w:rFonts w:ascii="Tinos" w:hAnsi="Tinos"/>
                <w:sz w:val="14"/>
              </w:rPr>
              <w:t>MRRAF currently has substantial limitations. The LOVE-0 processor does not remove them; it makes them more explicit because care without humility can become control.</w:t>
            </w:r>
          </w:p>
          <w:p>
            <w:pPr>
              <w:spacing w:after="26" w:line="240" w:lineRule="auto"/>
            </w:pPr>
            <w:r>
              <w:rPr>
                <w:rFonts w:ascii="Tinos" w:hAnsi="Tinos"/>
                <w:sz w:val="14"/>
              </w:rPr>
            </w:r>
          </w:p>
          <w:p>
            <w:pPr>
              <w:spacing w:after="26" w:line="240" w:lineRule="auto"/>
            </w:pPr>
            <w:r>
              <w:rPr>
                <w:rFonts w:ascii="Tinos" w:hAnsi="Tinos"/>
                <w:sz w:val="14"/>
              </w:rPr>
              <w:t>First, it is a conceptual synthesis.</w:t>
            </w:r>
          </w:p>
          <w:p>
            <w:pPr>
              <w:spacing w:after="26" w:line="240" w:lineRule="auto"/>
            </w:pPr>
            <w:r>
              <w:rPr>
                <w:rFonts w:ascii="Tinos" w:hAnsi="Tinos"/>
                <w:sz w:val="14"/>
              </w:rPr>
            </w:r>
          </w:p>
          <w:p>
            <w:pPr>
              <w:spacing w:after="26" w:line="240" w:lineRule="auto"/>
            </w:pPr>
            <w:r>
              <w:rPr>
                <w:rFonts w:ascii="Tinos" w:hAnsi="Tinos"/>
                <w:sz w:val="14"/>
              </w:rPr>
              <w:t>No experiment has tested MRRAF as one complete model.</w:t>
            </w:r>
          </w:p>
          <w:p>
            <w:pPr>
              <w:spacing w:after="26" w:line="240" w:lineRule="auto"/>
            </w:pPr>
            <w:r>
              <w:rPr>
                <w:rFonts w:ascii="Tinos" w:hAnsi="Tinos"/>
                <w:sz w:val="14"/>
              </w:rPr>
            </w:r>
          </w:p>
          <w:p>
            <w:pPr>
              <w:spacing w:after="26" w:line="240" w:lineRule="auto"/>
            </w:pPr>
            <w:r>
              <w:rPr>
                <w:rFonts w:ascii="Tinos" w:hAnsi="Tinos"/>
                <w:sz w:val="14"/>
              </w:rPr>
              <w:t>Second, grief-load is newly proposed terminology.</w:t>
            </w:r>
          </w:p>
          <w:p>
            <w:pPr>
              <w:spacing w:after="26" w:line="240" w:lineRule="auto"/>
            </w:pPr>
            <w:r>
              <w:rPr>
                <w:rFonts w:ascii="Tinos" w:hAnsi="Tinos"/>
                <w:sz w:val="14"/>
              </w:rPr>
            </w:r>
          </w:p>
          <w:p>
            <w:pPr>
              <w:spacing w:after="26" w:line="240" w:lineRule="auto"/>
            </w:pPr>
            <w:r>
              <w:rPr>
                <w:rFonts w:ascii="Tinos" w:hAnsi="Tinos"/>
                <w:sz w:val="14"/>
              </w:rPr>
              <w:t>It should not be confused with the conventional psychological definition of grief.</w:t>
            </w:r>
          </w:p>
          <w:p>
            <w:pPr>
              <w:spacing w:after="26" w:line="240" w:lineRule="auto"/>
            </w:pPr>
            <w:r>
              <w:rPr>
                <w:rFonts w:ascii="Tinos" w:hAnsi="Tinos"/>
                <w:sz w:val="14"/>
              </w:rPr>
            </w:r>
          </w:p>
          <w:p>
            <w:pPr>
              <w:spacing w:after="26" w:line="240" w:lineRule="auto"/>
            </w:pPr>
            <w:r>
              <w:rPr>
                <w:rFonts w:ascii="Tinos" w:hAnsi="Tinos"/>
                <w:sz w:val="14"/>
              </w:rPr>
              <w:t>Third, analogy is not mechanism.</w:t>
            </w:r>
          </w:p>
          <w:p>
            <w:pPr>
              <w:spacing w:after="26" w:line="240" w:lineRule="auto"/>
            </w:pPr>
            <w:r>
              <w:rPr>
                <w:rFonts w:ascii="Tinos" w:hAnsi="Tinos"/>
                <w:sz w:val="14"/>
              </w:rPr>
            </w:r>
          </w:p>
          <w:p>
            <w:pPr>
              <w:spacing w:after="26" w:line="240" w:lineRule="auto"/>
            </w:pPr>
            <w:r>
              <w:rPr>
                <w:rFonts w:ascii="Tinos" w:hAnsi="Tinos"/>
                <w:sz w:val="14"/>
              </w:rPr>
              <w:t>Computer-resource analogies illuminate relationships but do not establish neurological equivalence.</w:t>
            </w:r>
          </w:p>
          <w:p>
            <w:pPr>
              <w:spacing w:after="26" w:line="240" w:lineRule="auto"/>
            </w:pPr>
            <w:r>
              <w:rPr>
                <w:rFonts w:ascii="Tinos" w:hAnsi="Tinos"/>
                <w:sz w:val="14"/>
              </w:rPr>
            </w:r>
          </w:p>
          <w:p>
            <w:pPr>
              <w:spacing w:after="26" w:line="240" w:lineRule="auto"/>
            </w:pPr>
            <w:r>
              <w:rPr>
                <w:rFonts w:ascii="Tinos" w:hAnsi="Tinos"/>
                <w:sz w:val="14"/>
              </w:rPr>
              <w:t>Fourth, semantic translation can create false equivalence.</w:t>
            </w:r>
          </w:p>
          <w:p>
            <w:pPr>
              <w:spacing w:after="26" w:line="240" w:lineRule="auto"/>
            </w:pPr>
            <w:r>
              <w:rPr>
                <w:rFonts w:ascii="Tinos" w:hAnsi="Tinos"/>
                <w:sz w:val="14"/>
              </w:rPr>
            </w:r>
          </w:p>
          <w:p>
            <w:pPr>
              <w:spacing w:after="26" w:line="240" w:lineRule="auto"/>
            </w:pPr>
            <w:r>
              <w:rPr>
                <w:rFonts w:ascii="Tinos" w:hAnsi="Tinos"/>
                <w:sz w:val="14"/>
              </w:rPr>
              <w:t>Two disciplines may use similar relational structures while describing fundamentally different mechanisms.</w:t>
            </w:r>
          </w:p>
          <w:p>
            <w:pPr>
              <w:spacing w:after="26" w:line="240" w:lineRule="auto"/>
            </w:pPr>
            <w:r>
              <w:rPr>
                <w:rFonts w:ascii="Tinos" w:hAnsi="Tinos"/>
                <w:sz w:val="14"/>
              </w:rPr>
            </w:r>
          </w:p>
          <w:p>
            <w:pPr>
              <w:spacing w:after="26" w:line="240" w:lineRule="auto"/>
            </w:pPr>
            <w:r>
              <w:rPr>
                <w:rFonts w:ascii="Tinos" w:hAnsi="Tinos"/>
                <w:sz w:val="14"/>
              </w:rPr>
              <w:t>Cross-resolution convergence therefore requires careful examination rather than superficial word matching.</w:t>
            </w:r>
          </w:p>
          <w:p>
            <w:pPr>
              <w:spacing w:after="26" w:line="240" w:lineRule="auto"/>
            </w:pPr>
            <w:r>
              <w:rPr>
                <w:rFonts w:ascii="Tinos" w:hAnsi="Tinos"/>
                <w:sz w:val="14"/>
              </w:rPr>
            </w:r>
          </w:p>
          <w:p>
            <w:pPr>
              <w:spacing w:after="26" w:line="240" w:lineRule="auto"/>
            </w:pPr>
            <w:r>
              <w:rPr>
                <w:rFonts w:ascii="Tinos" w:hAnsi="Tinos"/>
                <w:sz w:val="14"/>
              </w:rPr>
              <w:t>Fifth, subjective states cannot automatically be generalised across life forms.</w:t>
            </w:r>
          </w:p>
          <w:p>
            <w:pPr>
              <w:spacing w:after="26" w:line="240" w:lineRule="auto"/>
            </w:pPr>
            <w:r>
              <w:rPr>
                <w:rFonts w:ascii="Tinos" w:hAnsi="Tinos"/>
                <w:sz w:val="14"/>
              </w:rPr>
            </w:r>
          </w:p>
          <w:p>
            <w:pPr>
              <w:spacing w:after="26" w:line="240" w:lineRule="auto"/>
            </w:pPr>
            <w:r>
              <w:rPr>
                <w:rFonts w:ascii="Tinos" w:hAnsi="Tinos"/>
                <w:sz w:val="14"/>
              </w:rPr>
              <w:t>The framework's relational vocabulary is intentionally portable.</w:t>
            </w:r>
          </w:p>
          <w:p>
            <w:pPr>
              <w:spacing w:after="26" w:line="240" w:lineRule="auto"/>
            </w:pPr>
            <w:r>
              <w:rPr>
                <w:rFonts w:ascii="Tinos" w:hAnsi="Tinos"/>
                <w:sz w:val="14"/>
              </w:rPr>
            </w:r>
          </w:p>
          <w:p>
            <w:pPr>
              <w:spacing w:after="26" w:line="240" w:lineRule="auto"/>
            </w:pPr>
            <w:r>
              <w:rPr>
                <w:rFonts w:ascii="Tinos" w:hAnsi="Tinos"/>
                <w:sz w:val="14"/>
              </w:rPr>
              <w:t>Evidence of shared relational structure does not establish identical consciousness or emotional experience.</w:t>
            </w:r>
          </w:p>
          <w:p>
            <w:pPr>
              <w:spacing w:after="26" w:line="240" w:lineRule="auto"/>
            </w:pPr>
            <w:r>
              <w:rPr>
                <w:rFonts w:ascii="Tinos" w:hAnsi="Tinos"/>
                <w:sz w:val="14"/>
              </w:rPr>
            </w:r>
          </w:p>
          <w:p>
            <w:pPr>
              <w:spacing w:after="26" w:line="240" w:lineRule="auto"/>
            </w:pPr>
            <w:r>
              <w:rPr>
                <w:rFonts w:ascii="Tinos" w:hAnsi="Tinos"/>
                <w:sz w:val="14"/>
              </w:rPr>
              <w:t>Sixth, nostalgia is heterogeneous.</w:t>
            </w:r>
          </w:p>
          <w:p>
            <w:pPr>
              <w:spacing w:after="26" w:line="240" w:lineRule="auto"/>
            </w:pPr>
            <w:r>
              <w:rPr>
                <w:rFonts w:ascii="Tinos" w:hAnsi="Tinos"/>
                <w:sz w:val="14"/>
              </w:rPr>
            </w:r>
          </w:p>
          <w:p>
            <w:pPr>
              <w:spacing w:after="26" w:line="240" w:lineRule="auto"/>
            </w:pPr>
            <w:r>
              <w:rPr>
                <w:rFonts w:ascii="Tinos" w:hAnsi="Tinos"/>
                <w:sz w:val="14"/>
              </w:rPr>
              <w:t>Research demonstrates both useful psychological functions and contexts associated with less favourable outcomes.</w:t>
            </w:r>
          </w:p>
          <w:p>
            <w:pPr>
              <w:spacing w:after="26" w:line="240" w:lineRule="auto"/>
            </w:pPr>
            <w:r>
              <w:rPr>
                <w:rFonts w:ascii="Tinos" w:hAnsi="Tinos"/>
                <w:sz w:val="14"/>
              </w:rPr>
            </w:r>
          </w:p>
          <w:p>
            <w:pPr>
              <w:spacing w:after="26" w:line="240" w:lineRule="auto"/>
            </w:pPr>
            <w:r>
              <w:rPr>
                <w:rFonts w:ascii="Tinos" w:hAnsi="Tinos"/>
                <w:sz w:val="14"/>
              </w:rPr>
              <w:t>MRRAF should therefore avoid describing nostalgia as intrinsically harmful.</w:t>
            </w:r>
          </w:p>
          <w:p>
            <w:pPr>
              <w:spacing w:after="26" w:line="240" w:lineRule="auto"/>
            </w:pPr>
            <w:r>
              <w:rPr>
                <w:rFonts w:ascii="Tinos" w:hAnsi="Tinos"/>
                <w:sz w:val="14"/>
              </w:rPr>
            </w:r>
          </w:p>
          <w:p>
            <w:pPr>
              <w:spacing w:after="26" w:line="240" w:lineRule="auto"/>
            </w:pPr>
            <w:r>
              <w:rPr>
                <w:rFonts w:ascii="Tinos" w:hAnsi="Tinos"/>
                <w:sz w:val="14"/>
              </w:rPr>
              <w:t>Seventh, grief varies enormously.</w:t>
            </w:r>
          </w:p>
          <w:p>
            <w:pPr>
              <w:spacing w:after="26" w:line="240" w:lineRule="auto"/>
            </w:pPr>
            <w:r>
              <w:rPr>
                <w:rFonts w:ascii="Tinos" w:hAnsi="Tinos"/>
                <w:sz w:val="14"/>
              </w:rPr>
            </w:r>
          </w:p>
          <w:p>
            <w:pPr>
              <w:spacing w:after="26" w:line="240" w:lineRule="auto"/>
            </w:pPr>
            <w:r>
              <w:rPr>
                <w:rFonts w:ascii="Tinos" w:hAnsi="Tinos"/>
                <w:sz w:val="14"/>
              </w:rPr>
              <w:t>Culture, developmental history, relationship type, traumatic circumstances, social support, material resources, health, identity, and individual difference can all alter adaptation.</w:t>
            </w:r>
          </w:p>
          <w:p>
            <w:pPr>
              <w:spacing w:after="26" w:line="240" w:lineRule="auto"/>
            </w:pPr>
            <w:r>
              <w:rPr>
                <w:rFonts w:ascii="Tinos" w:hAnsi="Tinos"/>
                <w:sz w:val="14"/>
              </w:rPr>
            </w:r>
          </w:p>
          <w:p>
            <w:pPr>
              <w:spacing w:after="26" w:line="240" w:lineRule="auto"/>
            </w:pPr>
            <w:r>
              <w:rPr>
                <w:rFonts w:ascii="Tinos" w:hAnsi="Tinos"/>
                <w:sz w:val="14"/>
              </w:rPr>
              <w:t>LOVE-0 therefore cannot determine another person's needs from the framework alone; communication and context remain necessary.</w:t>
            </w:r>
          </w:p>
          <w:p>
            <w:pPr>
              <w:spacing w:after="26" w:line="240" w:lineRule="auto"/>
            </w:pPr>
            <w:r>
              <w:rPr>
                <w:rFonts w:ascii="Tinos" w:hAnsi="Tinos"/>
                <w:sz w:val="14"/>
              </w:rPr>
            </w:r>
          </w:p>
          <w:p>
            <w:pPr>
              <w:spacing w:after="26" w:line="240" w:lineRule="auto"/>
            </w:pPr>
            <w:r>
              <w:rPr>
                <w:rFonts w:ascii="Tinos" w:hAnsi="Tinos"/>
                <w:sz w:val="14"/>
              </w:rPr>
              <w:t>Eighth, prolonged grief disorder should not be conflated with ordinary grief.</w:t>
            </w:r>
          </w:p>
          <w:p>
            <w:pPr>
              <w:spacing w:after="26" w:line="240" w:lineRule="auto"/>
            </w:pPr>
            <w:r>
              <w:rPr>
                <w:rFonts w:ascii="Tinos" w:hAnsi="Tinos"/>
                <w:sz w:val="14"/>
              </w:rPr>
            </w:r>
          </w:p>
          <w:p>
            <w:pPr>
              <w:spacing w:after="26" w:line="240" w:lineRule="auto"/>
            </w:pPr>
            <w:r>
              <w:rPr>
                <w:rFonts w:ascii="Tinos" w:hAnsi="Tinos"/>
                <w:sz w:val="14"/>
              </w:rPr>
              <w:t>Neuroscientific findings concerning prolonged grief disorder describe a particular clinical population and cannot automatically be generalised to all bereavement.</w:t>
            </w:r>
          </w:p>
          <w:p>
            <w:pPr>
              <w:spacing w:after="26" w:line="240" w:lineRule="auto"/>
            </w:pPr>
            <w:r>
              <w:rPr>
                <w:rFonts w:ascii="Tinos" w:hAnsi="Tinos"/>
                <w:sz w:val="14"/>
              </w:rPr>
            </w:r>
          </w:p>
          <w:p>
            <w:pPr>
              <w:spacing w:after="26" w:line="240" w:lineRule="auto"/>
            </w:pPr>
            <w:r>
              <w:rPr>
                <w:rFonts w:ascii="Tinos" w:hAnsi="Tinos"/>
                <w:sz w:val="14"/>
              </w:rPr>
              <w:t>Ninth, transformation has epistemic limits.</w:t>
            </w:r>
          </w:p>
          <w:p>
            <w:pPr>
              <w:spacing w:after="26" w:line="240" w:lineRule="auto"/>
            </w:pPr>
            <w:r>
              <w:rPr>
                <w:rFonts w:ascii="Tinos" w:hAnsi="Tinos"/>
                <w:sz w:val="14"/>
              </w:rPr>
            </w:r>
          </w:p>
          <w:p>
            <w:pPr>
              <w:spacing w:after="26" w:line="240" w:lineRule="auto"/>
            </w:pPr>
            <w:r>
              <w:rPr>
                <w:rFonts w:ascii="Tinos" w:hAnsi="Tinos"/>
                <w:sz w:val="14"/>
              </w:rPr>
              <w:t>Persistence of matter, effects, memory, or relational consequences does not establish persistence of every aspect of a previous configuration.</w:t>
            </w:r>
          </w:p>
          <w:p>
            <w:pPr>
              <w:spacing w:after="26" w:line="240" w:lineRule="auto"/>
            </w:pPr>
            <w:r>
              <w:rPr>
                <w:rFonts w:ascii="Tinos" w:hAnsi="Tinos"/>
                <w:sz w:val="14"/>
              </w:rPr>
            </w:r>
          </w:p>
          <w:p>
            <w:pPr>
              <w:spacing w:after="26" w:line="240" w:lineRule="auto"/>
            </w:pPr>
            <w:r>
              <w:rPr>
                <w:rFonts w:ascii="Tinos" w:hAnsi="Tinos"/>
                <w:sz w:val="14"/>
              </w:rPr>
              <w:t>Tenth, the framework must remain revisable.</w:t>
            </w:r>
          </w:p>
          <w:p>
            <w:pPr>
              <w:spacing w:after="26" w:line="240" w:lineRule="auto"/>
            </w:pPr>
            <w:r>
              <w:rPr>
                <w:rFonts w:ascii="Tinos" w:hAnsi="Tinos"/>
                <w:sz w:val="14"/>
              </w:rPr>
            </w:r>
          </w:p>
          <w:p>
            <w:pPr>
              <w:spacing w:after="26" w:line="240" w:lineRule="auto"/>
            </w:pPr>
            <w:r>
              <w:rPr>
                <w:rFonts w:ascii="Tinos" w:hAnsi="Tinos"/>
                <w:sz w:val="14"/>
              </w:rPr>
              <w:t>A theory arguing that error is essential for learning would contradict itself if it became resistant to correction.</w:t>
            </w:r>
          </w:p>
          <w:p>
            <w:pPr>
              <w:spacing w:after="26" w:line="240" w:lineRule="auto"/>
            </w:pPr>
            <w:r>
              <w:rPr>
                <w:rFonts w:ascii="Tinos" w:hAnsi="Tinos"/>
                <w:sz w:val="14"/>
              </w:rPr>
            </w:r>
          </w:p>
          <w:p>
            <w:pPr>
              <w:spacing w:after="26" w:line="240" w:lineRule="auto"/>
            </w:pPr>
            <w:r>
              <w:rPr>
                <w:rFonts w:ascii="Tinos" w:hAnsi="Tinos"/>
                <w:sz w:val="14"/>
              </w:rPr>
              <w:t>Eleventh, caring language can itself be manipulated.</w:t>
            </w:r>
          </w:p>
          <w:p>
            <w:pPr>
              <w:spacing w:after="26" w:line="240" w:lineRule="auto"/>
            </w:pPr>
            <w:r>
              <w:rPr>
                <w:rFonts w:ascii="Tinos" w:hAnsi="Tinos"/>
                <w:sz w:val="14"/>
              </w:rPr>
            </w:r>
          </w:p>
          <w:p>
            <w:pPr>
              <w:spacing w:after="26" w:line="240" w:lineRule="auto"/>
            </w:pPr>
            <w:r>
              <w:rPr>
                <w:rFonts w:ascii="Tinos" w:hAnsi="Tinos"/>
                <w:sz w:val="14"/>
              </w:rPr>
              <w:t>A person, institution, or mechanical system can imitate the vocabulary of care while optimising control, reputation, dependency, or persuasion. Claims of care should therefore be evaluated through behaviour, power, consent, evidence, reversibility, repair, and recipient outcomes rather than intention or language alone.</w:t>
            </w:r>
          </w:p>
        </w:tc>
      </w:tr>
    </w:tbl>
    <w:p>
      <w:pPr>
        <w:spacing w:after="0"/>
      </w:pPr>
    </w:p>
    <w:p>
      <w:pPr>
        <w:pStyle w:val="Heading1"/>
      </w:pPr>
      <w:r>
        <w:t>34. Conclusion</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sz w:val="14"/>
              </w:rPr>
              <w:t>34. Conclusion</w:t>
            </w:r>
          </w:p>
          <w:p>
            <w:pPr>
              <w:spacing w:after="26" w:line="240" w:lineRule="auto"/>
            </w:pPr>
            <w:r>
              <w:rPr>
                <w:rFonts w:ascii="Tinos" w:hAnsi="Tinos"/>
                <w:sz w:val="14"/>
              </w:rPr>
            </w:r>
          </w:p>
          <w:p>
            <w:pPr>
              <w:spacing w:after="26" w:line="240" w:lineRule="auto"/>
            </w:pPr>
            <w:r>
              <w:rPr>
                <w:rFonts w:ascii="Tinos" w:hAnsi="Tinos"/>
                <w:sz w:val="14"/>
              </w:rPr>
              <w:t>Loss is not necessarily equivalent to nothing.</w:t>
            </w:r>
          </w:p>
          <w:p>
            <w:pPr>
              <w:spacing w:after="26" w:line="240" w:lineRule="auto"/>
            </w:pPr>
            <w:r>
              <w:rPr>
                <w:rFonts w:ascii="Tinos" w:hAnsi="Tinos"/>
                <w:sz w:val="14"/>
              </w:rPr>
            </w:r>
          </w:p>
          <w:p>
            <w:pPr>
              <w:spacing w:after="26" w:line="240" w:lineRule="auto"/>
            </w:pPr>
            <w:r>
              <w:rPr>
                <w:rFonts w:ascii="Tinos" w:hAnsi="Tinos"/>
                <w:sz w:val="14"/>
              </w:rPr>
              <w:t>It is a change in relationship.</w:t>
            </w:r>
          </w:p>
          <w:p>
            <w:pPr>
              <w:spacing w:after="26" w:line="240" w:lineRule="auto"/>
            </w:pPr>
            <w:r>
              <w:rPr>
                <w:rFonts w:ascii="Tinos" w:hAnsi="Tinos"/>
                <w:sz w:val="14"/>
              </w:rPr>
            </w:r>
          </w:p>
          <w:p>
            <w:pPr>
              <w:spacing w:after="26" w:line="240" w:lineRule="auto"/>
            </w:pPr>
            <w:r>
              <w:rPr>
                <w:rFonts w:ascii="Tinos" w:hAnsi="Tinos"/>
                <w:sz w:val="14"/>
              </w:rPr>
              <w:t>At one resolution, something may have ended.</w:t>
            </w:r>
          </w:p>
          <w:p>
            <w:pPr>
              <w:spacing w:after="26" w:line="240" w:lineRule="auto"/>
            </w:pPr>
            <w:r>
              <w:rPr>
                <w:rFonts w:ascii="Tinos" w:hAnsi="Tinos"/>
                <w:sz w:val="14"/>
              </w:rPr>
            </w:r>
          </w:p>
          <w:p>
            <w:pPr>
              <w:spacing w:after="26" w:line="240" w:lineRule="auto"/>
            </w:pPr>
            <w:r>
              <w:rPr>
                <w:rFonts w:ascii="Tinos" w:hAnsi="Tinos"/>
                <w:sz w:val="14"/>
              </w:rPr>
              <w:t>At another, its material components continue in different arrangements.</w:t>
            </w:r>
          </w:p>
          <w:p>
            <w:pPr>
              <w:spacing w:after="26" w:line="240" w:lineRule="auto"/>
            </w:pPr>
            <w:r>
              <w:rPr>
                <w:rFonts w:ascii="Tinos" w:hAnsi="Tinos"/>
                <w:sz w:val="14"/>
              </w:rPr>
            </w:r>
          </w:p>
          <w:p>
            <w:pPr>
              <w:spacing w:after="26" w:line="240" w:lineRule="auto"/>
            </w:pPr>
            <w:r>
              <w:rPr>
                <w:rFonts w:ascii="Tinos" w:hAnsi="Tinos"/>
                <w:sz w:val="14"/>
              </w:rPr>
              <w:t>At another, its consequences continue.</w:t>
            </w:r>
          </w:p>
          <w:p>
            <w:pPr>
              <w:spacing w:after="26" w:line="240" w:lineRule="auto"/>
            </w:pPr>
            <w:r>
              <w:rPr>
                <w:rFonts w:ascii="Tinos" w:hAnsi="Tinos"/>
                <w:sz w:val="14"/>
              </w:rPr>
            </w:r>
          </w:p>
          <w:p>
            <w:pPr>
              <w:spacing w:after="26" w:line="240" w:lineRule="auto"/>
            </w:pPr>
            <w:r>
              <w:rPr>
                <w:rFonts w:ascii="Tinos" w:hAnsi="Tinos"/>
                <w:sz w:val="14"/>
              </w:rPr>
              <w:t>At another, its memory remains.</w:t>
            </w:r>
          </w:p>
          <w:p>
            <w:pPr>
              <w:spacing w:after="26" w:line="240" w:lineRule="auto"/>
            </w:pPr>
            <w:r>
              <w:rPr>
                <w:rFonts w:ascii="Tinos" w:hAnsi="Tinos"/>
                <w:sz w:val="14"/>
              </w:rPr>
            </w:r>
          </w:p>
          <w:p>
            <w:pPr>
              <w:spacing w:after="26" w:line="240" w:lineRule="auto"/>
            </w:pPr>
            <w:r>
              <w:rPr>
                <w:rFonts w:ascii="Tinos" w:hAnsi="Tinos"/>
                <w:sz w:val="14"/>
              </w:rPr>
              <w:t>At another, its functions must now be supplied differently.</w:t>
            </w:r>
          </w:p>
          <w:p>
            <w:pPr>
              <w:spacing w:after="26" w:line="240" w:lineRule="auto"/>
            </w:pPr>
            <w:r>
              <w:rPr>
                <w:rFonts w:ascii="Tinos" w:hAnsi="Tinos"/>
                <w:sz w:val="14"/>
              </w:rPr>
            </w:r>
          </w:p>
          <w:p>
            <w:pPr>
              <w:spacing w:after="26" w:line="240" w:lineRule="auto"/>
            </w:pPr>
            <w:r>
              <w:rPr>
                <w:rFonts w:ascii="Tinos" w:hAnsi="Tinos"/>
                <w:sz w:val="14"/>
              </w:rPr>
              <w:t>At another, qualities once encountered in one person or place may be encountered in new relationships and experiences.</w:t>
            </w:r>
          </w:p>
          <w:p>
            <w:pPr>
              <w:spacing w:after="26" w:line="240" w:lineRule="auto"/>
            </w:pPr>
            <w:r>
              <w:rPr>
                <w:rFonts w:ascii="Tinos" w:hAnsi="Tinos"/>
                <w:sz w:val="14"/>
              </w:rPr>
            </w:r>
          </w:p>
          <w:p>
            <w:pPr>
              <w:spacing w:after="26" w:line="240" w:lineRule="auto"/>
            </w:pPr>
            <w:r>
              <w:rPr>
                <w:rFonts w:ascii="Tinos" w:hAnsi="Tinos"/>
                <w:sz w:val="14"/>
              </w:rPr>
              <w:t>MRRAF proposes that human adaptation following loss can be understood partly through these changing relations.</w:t>
            </w:r>
          </w:p>
          <w:p>
            <w:pPr>
              <w:spacing w:after="26" w:line="240" w:lineRule="auto"/>
            </w:pPr>
            <w:r>
              <w:rPr>
                <w:rFonts w:ascii="Tinos" w:hAnsi="Tinos"/>
                <w:sz w:val="14"/>
              </w:rPr>
            </w:r>
          </w:p>
          <w:p>
            <w:pPr>
              <w:spacing w:after="26" w:line="240" w:lineRule="auto"/>
            </w:pPr>
            <w:r>
              <w:rPr>
                <w:rFonts w:ascii="Tinos" w:hAnsi="Tinos"/>
                <w:sz w:val="14"/>
              </w:rPr>
              <w:t>Within the framework:</w:t>
            </w:r>
          </w:p>
          <w:p>
            <w:pPr>
              <w:spacing w:after="26" w:line="240" w:lineRule="auto"/>
            </w:pPr>
            <w:r>
              <w:rPr>
                <w:rFonts w:ascii="Tinos" w:hAnsi="Tinos"/>
                <w:sz w:val="14"/>
              </w:rPr>
            </w:r>
          </w:p>
          <w:p>
            <w:pPr>
              <w:spacing w:after="26" w:line="240" w:lineRule="auto"/>
            </w:pPr>
            <w:r>
              <w:rPr>
                <w:rFonts w:ascii="Tinos" w:hAnsi="Tinos"/>
                <w:sz w:val="14"/>
              </w:rPr>
              <w:t>loss changes the configuration.</w:t>
            </w:r>
          </w:p>
          <w:p>
            <w:pPr>
              <w:spacing w:after="26" w:line="240" w:lineRule="auto"/>
            </w:pPr>
            <w:r>
              <w:rPr>
                <w:rFonts w:ascii="Tinos" w:hAnsi="Tinos"/>
                <w:sz w:val="14"/>
              </w:rPr>
            </w:r>
          </w:p>
          <w:p>
            <w:pPr>
              <w:spacing w:after="26" w:line="240" w:lineRule="auto"/>
            </w:pPr>
            <w:r>
              <w:rPr>
                <w:rFonts w:ascii="Tinos" w:hAnsi="Tinos"/>
                <w:sz w:val="14"/>
              </w:rPr>
              <w:t>sadness can register the significance of that change.</w:t>
            </w:r>
          </w:p>
          <w:p>
            <w:pPr>
              <w:spacing w:after="26" w:line="240" w:lineRule="auto"/>
            </w:pPr>
            <w:r>
              <w:rPr>
                <w:rFonts w:ascii="Tinos" w:hAnsi="Tinos"/>
                <w:sz w:val="14"/>
              </w:rPr>
            </w:r>
          </w:p>
          <w:p>
            <w:pPr>
              <w:spacing w:after="26" w:line="240" w:lineRule="auto"/>
            </w:pPr>
            <w:r>
              <w:rPr>
                <w:rFonts w:ascii="Tinos" w:hAnsi="Tinos"/>
                <w:sz w:val="14"/>
              </w:rPr>
              <w:t>grief-load describes the wider stress of functioning while expectations, resources, identity, and behaviour reorganise.</w:t>
            </w:r>
          </w:p>
          <w:p>
            <w:pPr>
              <w:spacing w:after="26" w:line="240" w:lineRule="auto"/>
            </w:pPr>
            <w:r>
              <w:rPr>
                <w:rFonts w:ascii="Tinos" w:hAnsi="Tinos"/>
                <w:sz w:val="14"/>
              </w:rPr>
            </w:r>
          </w:p>
          <w:p>
            <w:pPr>
              <w:spacing w:after="26" w:line="240" w:lineRule="auto"/>
            </w:pPr>
            <w:r>
              <w:rPr>
                <w:rFonts w:ascii="Tinos" w:hAnsi="Tinos"/>
                <w:sz w:val="14"/>
              </w:rPr>
              <w:t>nostalgia retrieves previous configurations.</w:t>
            </w:r>
          </w:p>
          <w:p>
            <w:pPr>
              <w:spacing w:after="26" w:line="240" w:lineRule="auto"/>
            </w:pPr>
            <w:r>
              <w:rPr>
                <w:rFonts w:ascii="Tinos" w:hAnsi="Tinos"/>
                <w:sz w:val="14"/>
              </w:rPr>
            </w:r>
          </w:p>
          <w:p>
            <w:pPr>
              <w:spacing w:after="26" w:line="240" w:lineRule="auto"/>
            </w:pPr>
            <w:r>
              <w:rPr>
                <w:rFonts w:ascii="Tinos" w:hAnsi="Tinos"/>
                <w:sz w:val="14"/>
              </w:rPr>
              <w:t>love prioritises what is valued.</w:t>
            </w:r>
          </w:p>
          <w:p>
            <w:pPr>
              <w:spacing w:after="26" w:line="240" w:lineRule="auto"/>
            </w:pPr>
            <w:r>
              <w:rPr>
                <w:rFonts w:ascii="Tinos" w:hAnsi="Tinos"/>
                <w:sz w:val="14"/>
              </w:rPr>
            </w:r>
          </w:p>
          <w:p>
            <w:pPr>
              <w:spacing w:after="26" w:line="240" w:lineRule="auto"/>
            </w:pPr>
            <w:r>
              <w:rPr>
                <w:rFonts w:ascii="Tinos" w:hAnsi="Tinos"/>
                <w:sz w:val="14"/>
              </w:rPr>
              <w:t>care regulates how protective resources are allocated.</w:t>
            </w:r>
          </w:p>
          <w:p>
            <w:pPr>
              <w:spacing w:after="26" w:line="240" w:lineRule="auto"/>
            </w:pPr>
            <w:r>
              <w:rPr>
                <w:rFonts w:ascii="Tinos" w:hAnsi="Tinos"/>
                <w:sz w:val="14"/>
              </w:rPr>
            </w:r>
          </w:p>
          <w:p>
            <w:pPr>
              <w:spacing w:after="26" w:line="240" w:lineRule="auto"/>
            </w:pPr>
            <w:r>
              <w:rPr>
                <w:rFonts w:ascii="Tinos" w:hAnsi="Tinos"/>
                <w:sz w:val="14"/>
              </w:rPr>
              <w:t>learning allows the system to revise itself.</w:t>
            </w:r>
          </w:p>
          <w:p>
            <w:pPr>
              <w:spacing w:after="26" w:line="240" w:lineRule="auto"/>
            </w:pPr>
            <w:r>
              <w:rPr>
                <w:rFonts w:ascii="Tinos" w:hAnsi="Tinos"/>
                <w:sz w:val="14"/>
              </w:rPr>
            </w:r>
          </w:p>
          <w:p>
            <w:pPr>
              <w:spacing w:after="26" w:line="240" w:lineRule="auto"/>
            </w:pPr>
            <w:r>
              <w:rPr>
                <w:rFonts w:ascii="Tinos" w:hAnsi="Tinos"/>
                <w:sz w:val="14"/>
              </w:rPr>
              <w:t>The objective is not to forget.</w:t>
            </w:r>
          </w:p>
          <w:p>
            <w:pPr>
              <w:spacing w:after="26" w:line="240" w:lineRule="auto"/>
            </w:pPr>
            <w:r>
              <w:rPr>
                <w:rFonts w:ascii="Tinos" w:hAnsi="Tinos"/>
                <w:sz w:val="14"/>
              </w:rPr>
            </w:r>
          </w:p>
          <w:p>
            <w:pPr>
              <w:spacing w:after="26" w:line="240" w:lineRule="auto"/>
            </w:pPr>
            <w:r>
              <w:rPr>
                <w:rFonts w:ascii="Tinos" w:hAnsi="Tinos"/>
                <w:sz w:val="14"/>
              </w:rPr>
              <w:t>Nor is it necessarily to restore.</w:t>
            </w:r>
          </w:p>
          <w:p>
            <w:pPr>
              <w:spacing w:after="26" w:line="240" w:lineRule="auto"/>
            </w:pPr>
            <w:r>
              <w:rPr>
                <w:rFonts w:ascii="Tinos" w:hAnsi="Tinos"/>
                <w:sz w:val="14"/>
              </w:rPr>
            </w:r>
          </w:p>
          <w:p>
            <w:pPr>
              <w:spacing w:after="26" w:line="240" w:lineRule="auto"/>
            </w:pPr>
            <w:r>
              <w:rPr>
                <w:rFonts w:ascii="Tinos" w:hAnsi="Tinos"/>
                <w:sz w:val="14"/>
              </w:rPr>
              <w:t>The exact historical configuration may no longer be available.</w:t>
            </w:r>
          </w:p>
          <w:p>
            <w:pPr>
              <w:spacing w:after="26" w:line="240" w:lineRule="auto"/>
            </w:pPr>
            <w:r>
              <w:rPr>
                <w:rFonts w:ascii="Tinos" w:hAnsi="Tinos"/>
                <w:sz w:val="14"/>
              </w:rPr>
            </w:r>
          </w:p>
          <w:p>
            <w:pPr>
              <w:spacing w:after="26" w:line="240" w:lineRule="auto"/>
            </w:pPr>
            <w:r>
              <w:rPr>
                <w:rFonts w:ascii="Tinos" w:hAnsi="Tinos"/>
                <w:sz w:val="14"/>
              </w:rPr>
              <w:t>But the person can ask:</w:t>
            </w:r>
          </w:p>
          <w:p>
            <w:pPr>
              <w:spacing w:after="26" w:line="240" w:lineRule="auto"/>
            </w:pPr>
            <w:r>
              <w:rPr>
                <w:rFonts w:ascii="Tinos" w:hAnsi="Tinos"/>
                <w:sz w:val="14"/>
              </w:rPr>
            </w:r>
          </w:p>
          <w:p>
            <w:pPr>
              <w:spacing w:after="26" w:line="240" w:lineRule="auto"/>
            </w:pPr>
            <w:r>
              <w:rPr>
                <w:rFonts w:ascii="Tinos" w:hAnsi="Tinos"/>
                <w:sz w:val="14"/>
              </w:rPr>
              <w:t>What did it contain that mattered?</w:t>
            </w:r>
          </w:p>
          <w:p>
            <w:pPr>
              <w:spacing w:after="26" w:line="240" w:lineRule="auto"/>
            </w:pPr>
            <w:r>
              <w:rPr>
                <w:rFonts w:ascii="Tinos" w:hAnsi="Tinos"/>
                <w:sz w:val="14"/>
              </w:rPr>
            </w:r>
          </w:p>
          <w:p>
            <w:pPr>
              <w:spacing w:after="26" w:line="240" w:lineRule="auto"/>
            </w:pPr>
            <w:r>
              <w:rPr>
                <w:rFonts w:ascii="Tinos" w:hAnsi="Tinos"/>
                <w:sz w:val="14"/>
              </w:rPr>
              <w:t>What has genuinely ended?</w:t>
            </w:r>
          </w:p>
          <w:p>
            <w:pPr>
              <w:spacing w:after="26" w:line="240" w:lineRule="auto"/>
            </w:pPr>
            <w:r>
              <w:rPr>
                <w:rFonts w:ascii="Tinos" w:hAnsi="Tinos"/>
                <w:sz w:val="14"/>
              </w:rPr>
            </w:r>
          </w:p>
          <w:p>
            <w:pPr>
              <w:spacing w:after="26" w:line="240" w:lineRule="auto"/>
            </w:pPr>
            <w:r>
              <w:rPr>
                <w:rFonts w:ascii="Tinos" w:hAnsi="Tinos"/>
                <w:sz w:val="14"/>
              </w:rPr>
              <w:t>What remains?</w:t>
            </w:r>
          </w:p>
          <w:p>
            <w:pPr>
              <w:spacing w:after="26" w:line="240" w:lineRule="auto"/>
            </w:pPr>
            <w:r>
              <w:rPr>
                <w:rFonts w:ascii="Tinos" w:hAnsi="Tinos"/>
                <w:sz w:val="14"/>
              </w:rPr>
            </w:r>
          </w:p>
          <w:p>
            <w:pPr>
              <w:spacing w:after="26" w:line="240" w:lineRule="auto"/>
            </w:pPr>
            <w:r>
              <w:rPr>
                <w:rFonts w:ascii="Tinos" w:hAnsi="Tinos"/>
                <w:sz w:val="14"/>
              </w:rPr>
              <w:t>What has transformed?</w:t>
            </w:r>
          </w:p>
          <w:p>
            <w:pPr>
              <w:spacing w:after="26" w:line="240" w:lineRule="auto"/>
            </w:pPr>
            <w:r>
              <w:rPr>
                <w:rFonts w:ascii="Tinos" w:hAnsi="Tinos"/>
                <w:sz w:val="14"/>
              </w:rPr>
            </w:r>
          </w:p>
          <w:p>
            <w:pPr>
              <w:spacing w:after="26" w:line="240" w:lineRule="auto"/>
            </w:pPr>
            <w:r>
              <w:rPr>
                <w:rFonts w:ascii="Tinos" w:hAnsi="Tinos"/>
                <w:sz w:val="14"/>
              </w:rPr>
              <w:t>What am I searching for?</w:t>
            </w:r>
          </w:p>
          <w:p>
            <w:pPr>
              <w:spacing w:after="26" w:line="240" w:lineRule="auto"/>
            </w:pPr>
            <w:r>
              <w:rPr>
                <w:rFonts w:ascii="Tinos" w:hAnsi="Tinos"/>
                <w:sz w:val="14"/>
              </w:rPr>
            </w:r>
          </w:p>
          <w:p>
            <w:pPr>
              <w:spacing w:after="26" w:line="240" w:lineRule="auto"/>
            </w:pPr>
            <w:r>
              <w:rPr>
                <w:rFonts w:ascii="Tinos" w:hAnsi="Tinos"/>
                <w:sz w:val="14"/>
              </w:rPr>
              <w:t>Where else might the qualities I valued now exist?</w:t>
            </w:r>
          </w:p>
          <w:p>
            <w:pPr>
              <w:spacing w:after="26" w:line="240" w:lineRule="auto"/>
            </w:pPr>
            <w:r>
              <w:rPr>
                <w:rFonts w:ascii="Tinos" w:hAnsi="Tinos"/>
                <w:sz w:val="14"/>
              </w:rPr>
            </w:r>
          </w:p>
          <w:p>
            <w:pPr>
              <w:spacing w:after="26" w:line="240" w:lineRule="auto"/>
            </w:pPr>
            <w:r>
              <w:rPr>
                <w:rFonts w:ascii="Tinos" w:hAnsi="Tinos"/>
                <w:sz w:val="14"/>
              </w:rPr>
              <w:t>Am I responding to the actual condition, or to my interpretation of the emotional signal?</w:t>
            </w:r>
          </w:p>
          <w:p>
            <w:pPr>
              <w:spacing w:after="26" w:line="240" w:lineRule="auto"/>
            </w:pPr>
            <w:r>
              <w:rPr>
                <w:rFonts w:ascii="Tinos" w:hAnsi="Tinos"/>
                <w:sz w:val="14"/>
              </w:rPr>
            </w:r>
          </w:p>
          <w:p>
            <w:pPr>
              <w:spacing w:after="26" w:line="240" w:lineRule="auto"/>
            </w:pPr>
            <w:r>
              <w:rPr>
                <w:rFonts w:ascii="Tinos" w:hAnsi="Tinos"/>
                <w:sz w:val="14"/>
              </w:rPr>
              <w:t>Is someone directing that emotion toward an action that benefits them rather than resolving the underlying need?</w:t>
            </w:r>
          </w:p>
          <w:p>
            <w:pPr>
              <w:spacing w:after="26" w:line="240" w:lineRule="auto"/>
            </w:pPr>
            <w:r>
              <w:rPr>
                <w:rFonts w:ascii="Tinos" w:hAnsi="Tinos"/>
                <w:sz w:val="14"/>
              </w:rPr>
            </w:r>
          </w:p>
          <w:p>
            <w:pPr>
              <w:spacing w:after="26" w:line="240" w:lineRule="auto"/>
            </w:pPr>
            <w:r>
              <w:rPr>
                <w:rFonts w:ascii="Tinos" w:hAnsi="Tinos"/>
                <w:sz w:val="14"/>
              </w:rPr>
              <w:t>What evidence do I actually have?</w:t>
            </w:r>
          </w:p>
          <w:p>
            <w:pPr>
              <w:spacing w:after="26" w:line="240" w:lineRule="auto"/>
            </w:pPr>
            <w:r>
              <w:rPr>
                <w:rFonts w:ascii="Tinos" w:hAnsi="Tinos"/>
                <w:sz w:val="14"/>
              </w:rPr>
            </w:r>
          </w:p>
          <w:p>
            <w:pPr>
              <w:spacing w:after="26" w:line="240" w:lineRule="auto"/>
            </w:pPr>
            <w:r>
              <w:rPr>
                <w:rFonts w:ascii="Tinos" w:hAnsi="Tinos"/>
                <w:sz w:val="14"/>
              </w:rPr>
              <w:t>What remains unknown?</w:t>
            </w:r>
          </w:p>
          <w:p>
            <w:pPr>
              <w:spacing w:after="26" w:line="240" w:lineRule="auto"/>
            </w:pPr>
            <w:r>
              <w:rPr>
                <w:rFonts w:ascii="Tinos" w:hAnsi="Tinos"/>
                <w:sz w:val="14"/>
              </w:rPr>
            </w:r>
          </w:p>
          <w:p>
            <w:pPr>
              <w:spacing w:after="26" w:line="240" w:lineRule="auto"/>
            </w:pPr>
            <w:r>
              <w:rPr>
                <w:rFonts w:ascii="Tinos" w:hAnsi="Tinos"/>
                <w:sz w:val="14"/>
              </w:rPr>
              <w:t>And, before all of them:</w:t>
            </w:r>
          </w:p>
          <w:p>
            <w:pPr>
              <w:spacing w:after="26" w:line="240" w:lineRule="auto"/>
            </w:pPr>
            <w:r>
              <w:rPr>
                <w:rFonts w:ascii="Tinos" w:hAnsi="Tinos"/>
                <w:sz w:val="14"/>
              </w:rPr>
            </w:r>
          </w:p>
          <w:p>
            <w:pPr>
              <w:spacing w:after="26" w:line="240" w:lineRule="auto"/>
            </w:pPr>
            <w:r>
              <w:rPr>
                <w:rFonts w:ascii="Tinos" w:hAnsi="Tinos"/>
                <w:sz w:val="14"/>
              </w:rPr>
              <w:t>Am I sure I understand the question I am trying to answer?</w:t>
            </w:r>
          </w:p>
          <w:p>
            <w:pPr>
              <w:spacing w:after="26" w:line="240" w:lineRule="auto"/>
            </w:pPr>
            <w:r>
              <w:rPr>
                <w:rFonts w:ascii="Tinos" w:hAnsi="Tinos"/>
                <w:sz w:val="14"/>
              </w:rPr>
            </w:r>
          </w:p>
          <w:p>
            <w:pPr>
              <w:spacing w:after="26" w:line="240" w:lineRule="auto"/>
            </w:pPr>
            <w:r>
              <w:rPr>
                <w:rFonts w:ascii="Tinos" w:hAnsi="Tinos"/>
                <w:sz w:val="14"/>
              </w:rPr>
              <w:t>That is resolution.</w:t>
            </w:r>
          </w:p>
          <w:p>
            <w:pPr>
              <w:spacing w:after="26" w:line="240" w:lineRule="auto"/>
            </w:pPr>
            <w:r>
              <w:rPr>
                <w:rFonts w:ascii="Tinos" w:hAnsi="Tinos"/>
                <w:sz w:val="14"/>
              </w:rPr>
            </w:r>
          </w:p>
          <w:p>
            <w:pPr>
              <w:spacing w:after="26" w:line="240" w:lineRule="auto"/>
            </w:pPr>
            <w:r>
              <w:rPr>
                <w:rFonts w:ascii="Tinos" w:hAnsi="Tinos"/>
                <w:sz w:val="14"/>
              </w:rPr>
              <w:t>The past provides information.</w:t>
            </w:r>
          </w:p>
          <w:p>
            <w:pPr>
              <w:spacing w:after="26" w:line="240" w:lineRule="auto"/>
            </w:pPr>
            <w:r>
              <w:rPr>
                <w:rFonts w:ascii="Tinos" w:hAnsi="Tinos"/>
                <w:sz w:val="14"/>
              </w:rPr>
            </w:r>
          </w:p>
          <w:p>
            <w:pPr>
              <w:spacing w:after="26" w:line="240" w:lineRule="auto"/>
            </w:pPr>
            <w:r>
              <w:rPr>
                <w:rFonts w:ascii="Tinos" w:hAnsi="Tinos"/>
                <w:sz w:val="14"/>
              </w:rPr>
              <w:t>The present provides new evidence.</w:t>
            </w:r>
          </w:p>
          <w:p>
            <w:pPr>
              <w:spacing w:after="26" w:line="240" w:lineRule="auto"/>
            </w:pPr>
            <w:r>
              <w:rPr>
                <w:rFonts w:ascii="Tinos" w:hAnsi="Tinos"/>
                <w:sz w:val="14"/>
              </w:rPr>
            </w:r>
          </w:p>
          <w:p>
            <w:pPr>
              <w:spacing w:after="26" w:line="240" w:lineRule="auto"/>
            </w:pPr>
            <w:r>
              <w:rPr>
                <w:rFonts w:ascii="Tinos" w:hAnsi="Tinos"/>
                <w:sz w:val="14"/>
              </w:rPr>
              <w:t>The future remains open to learning.</w:t>
            </w:r>
          </w:p>
          <w:p>
            <w:pPr>
              <w:spacing w:after="26" w:line="240" w:lineRule="auto"/>
            </w:pPr>
            <w:r>
              <w:rPr>
                <w:rFonts w:ascii="Tinos" w:hAnsi="Tinos"/>
                <w:sz w:val="14"/>
              </w:rPr>
            </w:r>
          </w:p>
          <w:p>
            <w:pPr>
              <w:spacing w:after="26" w:line="240" w:lineRule="auto"/>
            </w:pPr>
            <w:r>
              <w:rPr>
                <w:rFonts w:ascii="Tinos" w:hAnsi="Tinos"/>
                <w:sz w:val="14"/>
              </w:rPr>
              <w:t>Healthy adaptation therefore need not choose between remembering and changing.</w:t>
            </w:r>
          </w:p>
          <w:p>
            <w:pPr>
              <w:spacing w:after="26" w:line="240" w:lineRule="auto"/>
            </w:pPr>
            <w:r>
              <w:rPr>
                <w:rFonts w:ascii="Tinos" w:hAnsi="Tinos"/>
                <w:sz w:val="14"/>
              </w:rPr>
            </w:r>
          </w:p>
          <w:p>
            <w:pPr>
              <w:spacing w:after="26" w:line="240" w:lineRule="auto"/>
            </w:pPr>
            <w:r>
              <w:rPr>
                <w:rFonts w:ascii="Tinos" w:hAnsi="Tinos"/>
                <w:sz w:val="14"/>
              </w:rPr>
              <w:t>It can remember in order to change with greater understanding.</w:t>
            </w:r>
          </w:p>
        </w:tc>
        <w:tc>
          <w:tcPr>
            <w:tcW w:type="dxa" w:w="7913"/>
            <w:tcMar>
              <w:top w:w="55" w:type="dxa"/>
              <w:start w:w="70" w:type="dxa"/>
              <w:bottom w:w="55" w:type="dxa"/>
              <w:end w:w="70" w:type="dxa"/>
            </w:tcMar>
            <w:vAlign w:val="top"/>
          </w:tcPr>
          <w:p>
            <w:pPr>
              <w:spacing w:after="26" w:line="240" w:lineRule="auto"/>
            </w:pPr>
            <w:r/>
            <w:r>
              <w:rPr>
                <w:rFonts w:ascii="Tinos" w:hAnsi="Tinos"/>
                <w:sz w:val="14"/>
              </w:rPr>
              <w:t>34. Conclusion</w:t>
            </w:r>
          </w:p>
          <w:p>
            <w:pPr>
              <w:spacing w:after="26" w:line="240" w:lineRule="auto"/>
            </w:pPr>
            <w:r>
              <w:rPr>
                <w:rFonts w:ascii="Tinos" w:hAnsi="Tinos"/>
                <w:sz w:val="14"/>
              </w:rPr>
            </w:r>
          </w:p>
          <w:p>
            <w:pPr>
              <w:spacing w:after="26" w:line="240" w:lineRule="auto"/>
            </w:pPr>
            <w:r>
              <w:rPr>
                <w:rFonts w:ascii="Tinos" w:hAnsi="Tinos"/>
                <w:sz w:val="14"/>
              </w:rPr>
              <w:t>Loss is not necessarily equivalent to nothing.</w:t>
            </w:r>
          </w:p>
          <w:p>
            <w:pPr>
              <w:spacing w:after="26" w:line="240" w:lineRule="auto"/>
            </w:pPr>
            <w:r>
              <w:rPr>
                <w:rFonts w:ascii="Tinos" w:hAnsi="Tinos"/>
                <w:sz w:val="14"/>
              </w:rPr>
            </w:r>
          </w:p>
          <w:p>
            <w:pPr>
              <w:spacing w:after="26" w:line="240" w:lineRule="auto"/>
            </w:pPr>
            <w:r>
              <w:rPr>
                <w:rFonts w:ascii="Tinos" w:hAnsi="Tinos"/>
                <w:sz w:val="14"/>
              </w:rPr>
              <w:t>It is a change in relationship.</w:t>
            </w:r>
          </w:p>
          <w:p>
            <w:pPr>
              <w:spacing w:after="26" w:line="240" w:lineRule="auto"/>
            </w:pPr>
            <w:r>
              <w:rPr>
                <w:rFonts w:ascii="Tinos" w:hAnsi="Tinos"/>
                <w:sz w:val="14"/>
              </w:rPr>
            </w:r>
          </w:p>
          <w:p>
            <w:pPr>
              <w:spacing w:after="26" w:line="240" w:lineRule="auto"/>
            </w:pPr>
            <w:r>
              <w:rPr>
                <w:rFonts w:ascii="Tinos" w:hAnsi="Tinos"/>
                <w:sz w:val="14"/>
              </w:rPr>
              <w:t>At one resolution, something may have ended.</w:t>
            </w:r>
          </w:p>
          <w:p>
            <w:pPr>
              <w:spacing w:after="26" w:line="240" w:lineRule="auto"/>
            </w:pPr>
            <w:r>
              <w:rPr>
                <w:rFonts w:ascii="Tinos" w:hAnsi="Tinos"/>
                <w:sz w:val="14"/>
              </w:rPr>
            </w:r>
          </w:p>
          <w:p>
            <w:pPr>
              <w:spacing w:after="26" w:line="240" w:lineRule="auto"/>
            </w:pPr>
            <w:r>
              <w:rPr>
                <w:rFonts w:ascii="Tinos" w:hAnsi="Tinos"/>
                <w:sz w:val="14"/>
              </w:rPr>
              <w:t>At another, its material components continue in different arrangements.</w:t>
            </w:r>
          </w:p>
          <w:p>
            <w:pPr>
              <w:spacing w:after="26" w:line="240" w:lineRule="auto"/>
            </w:pPr>
            <w:r>
              <w:rPr>
                <w:rFonts w:ascii="Tinos" w:hAnsi="Tinos"/>
                <w:sz w:val="14"/>
              </w:rPr>
            </w:r>
          </w:p>
          <w:p>
            <w:pPr>
              <w:spacing w:after="26" w:line="240" w:lineRule="auto"/>
            </w:pPr>
            <w:r>
              <w:rPr>
                <w:rFonts w:ascii="Tinos" w:hAnsi="Tinos"/>
                <w:sz w:val="14"/>
              </w:rPr>
              <w:t>At another, its consequences continue.</w:t>
            </w:r>
          </w:p>
          <w:p>
            <w:pPr>
              <w:spacing w:after="26" w:line="240" w:lineRule="auto"/>
            </w:pPr>
            <w:r>
              <w:rPr>
                <w:rFonts w:ascii="Tinos" w:hAnsi="Tinos"/>
                <w:sz w:val="14"/>
              </w:rPr>
            </w:r>
          </w:p>
          <w:p>
            <w:pPr>
              <w:spacing w:after="26" w:line="240" w:lineRule="auto"/>
            </w:pPr>
            <w:r>
              <w:rPr>
                <w:rFonts w:ascii="Tinos" w:hAnsi="Tinos"/>
                <w:sz w:val="14"/>
              </w:rPr>
              <w:t>At another, its memory remains.</w:t>
            </w:r>
          </w:p>
          <w:p>
            <w:pPr>
              <w:spacing w:after="26" w:line="240" w:lineRule="auto"/>
            </w:pPr>
            <w:r>
              <w:rPr>
                <w:rFonts w:ascii="Tinos" w:hAnsi="Tinos"/>
                <w:sz w:val="14"/>
              </w:rPr>
            </w:r>
          </w:p>
          <w:p>
            <w:pPr>
              <w:spacing w:after="26" w:line="240" w:lineRule="auto"/>
            </w:pPr>
            <w:r>
              <w:rPr>
                <w:rFonts w:ascii="Tinos" w:hAnsi="Tinos"/>
                <w:sz w:val="14"/>
              </w:rPr>
              <w:t>At another, its functions must now be supplied differently.</w:t>
            </w:r>
          </w:p>
          <w:p>
            <w:pPr>
              <w:spacing w:after="26" w:line="240" w:lineRule="auto"/>
            </w:pPr>
            <w:r>
              <w:rPr>
                <w:rFonts w:ascii="Tinos" w:hAnsi="Tinos"/>
                <w:sz w:val="14"/>
              </w:rPr>
            </w:r>
          </w:p>
          <w:p>
            <w:pPr>
              <w:spacing w:after="26" w:line="240" w:lineRule="auto"/>
            </w:pPr>
            <w:r>
              <w:rPr>
                <w:rFonts w:ascii="Tinos" w:hAnsi="Tinos"/>
                <w:sz w:val="14"/>
              </w:rPr>
              <w:t>At another, qualities once encountered in one person or place may be encountered in new relationships and experiences.</w:t>
            </w:r>
          </w:p>
          <w:p>
            <w:pPr>
              <w:spacing w:after="26" w:line="240" w:lineRule="auto"/>
            </w:pPr>
            <w:r>
              <w:rPr>
                <w:rFonts w:ascii="Tinos" w:hAnsi="Tinos"/>
                <w:sz w:val="14"/>
              </w:rPr>
            </w:r>
          </w:p>
          <w:p>
            <w:pPr>
              <w:spacing w:after="26" w:line="240" w:lineRule="auto"/>
            </w:pPr>
            <w:r>
              <w:rPr>
                <w:rFonts w:ascii="Tinos" w:hAnsi="Tinos"/>
                <w:sz w:val="14"/>
              </w:rPr>
              <w:t>MRRAF proposes that human adaptation following loss can be understood partly through these changing relations.</w:t>
            </w:r>
          </w:p>
          <w:p>
            <w:pPr>
              <w:spacing w:after="26" w:line="240" w:lineRule="auto"/>
            </w:pPr>
            <w:r>
              <w:rPr>
                <w:rFonts w:ascii="Tinos" w:hAnsi="Tinos"/>
                <w:sz w:val="14"/>
              </w:rPr>
            </w:r>
          </w:p>
          <w:p>
            <w:pPr>
              <w:spacing w:after="26" w:line="240" w:lineRule="auto"/>
            </w:pPr>
            <w:r>
              <w:rPr>
                <w:rFonts w:ascii="Tinos" w:hAnsi="Tinos"/>
                <w:sz w:val="14"/>
              </w:rPr>
              <w:t>Within the framework:</w:t>
            </w:r>
          </w:p>
          <w:p>
            <w:pPr>
              <w:spacing w:after="26" w:line="240" w:lineRule="auto"/>
            </w:pPr>
            <w:r>
              <w:rPr>
                <w:rFonts w:ascii="Tinos" w:hAnsi="Tinos"/>
                <w:sz w:val="14"/>
              </w:rPr>
            </w:r>
          </w:p>
          <w:p>
            <w:pPr>
              <w:spacing w:after="26" w:line="240" w:lineRule="auto"/>
            </w:pPr>
            <w:r>
              <w:rPr>
                <w:rFonts w:ascii="Tinos" w:hAnsi="Tinos"/>
                <w:sz w:val="14"/>
              </w:rPr>
              <w:t>loss changes the configuration.</w:t>
            </w:r>
          </w:p>
          <w:p>
            <w:pPr>
              <w:spacing w:after="26" w:line="240" w:lineRule="auto"/>
            </w:pPr>
            <w:r>
              <w:rPr>
                <w:rFonts w:ascii="Tinos" w:hAnsi="Tinos"/>
                <w:sz w:val="14"/>
              </w:rPr>
            </w:r>
          </w:p>
          <w:p>
            <w:pPr>
              <w:spacing w:after="26" w:line="240" w:lineRule="auto"/>
            </w:pPr>
            <w:r>
              <w:rPr>
                <w:rFonts w:ascii="Tinos" w:hAnsi="Tinos"/>
                <w:sz w:val="14"/>
              </w:rPr>
              <w:t>sadness can register the significance of that change.</w:t>
            </w:r>
          </w:p>
          <w:p>
            <w:pPr>
              <w:spacing w:after="26" w:line="240" w:lineRule="auto"/>
            </w:pPr>
            <w:r>
              <w:rPr>
                <w:rFonts w:ascii="Tinos" w:hAnsi="Tinos"/>
                <w:sz w:val="14"/>
              </w:rPr>
            </w:r>
          </w:p>
          <w:p>
            <w:pPr>
              <w:spacing w:after="26" w:line="240" w:lineRule="auto"/>
            </w:pPr>
            <w:r>
              <w:rPr>
                <w:rFonts w:ascii="Tinos" w:hAnsi="Tinos"/>
                <w:sz w:val="14"/>
              </w:rPr>
              <w:t>grief-load describes the wider stress of functioning while expectations, resources, identity, and behaviour reorganise.</w:t>
            </w:r>
          </w:p>
          <w:p>
            <w:pPr>
              <w:spacing w:after="26" w:line="240" w:lineRule="auto"/>
            </w:pPr>
            <w:r>
              <w:rPr>
                <w:rFonts w:ascii="Tinos" w:hAnsi="Tinos"/>
                <w:sz w:val="14"/>
              </w:rPr>
            </w:r>
          </w:p>
          <w:p>
            <w:pPr>
              <w:spacing w:after="26" w:line="240" w:lineRule="auto"/>
            </w:pPr>
            <w:r>
              <w:rPr>
                <w:rFonts w:ascii="Tinos" w:hAnsi="Tinos"/>
                <w:sz w:val="14"/>
              </w:rPr>
              <w:t>nostalgia retrieves previous configurations.</w:t>
            </w:r>
          </w:p>
          <w:p>
            <w:pPr>
              <w:spacing w:after="26" w:line="240" w:lineRule="auto"/>
            </w:pPr>
            <w:r>
              <w:rPr>
                <w:rFonts w:ascii="Tinos" w:hAnsi="Tinos"/>
                <w:sz w:val="14"/>
              </w:rPr>
            </w:r>
          </w:p>
          <w:p>
            <w:pPr>
              <w:spacing w:after="26" w:line="240" w:lineRule="auto"/>
            </w:pPr>
            <w:r>
              <w:rPr>
                <w:rFonts w:ascii="Tinos" w:hAnsi="Tinos"/>
                <w:sz w:val="14"/>
              </w:rPr>
              <w:t>love prioritises what is valued.</w:t>
            </w:r>
          </w:p>
          <w:p>
            <w:pPr>
              <w:spacing w:after="26" w:line="240" w:lineRule="auto"/>
            </w:pPr>
            <w:r>
              <w:rPr>
                <w:rFonts w:ascii="Tinos" w:hAnsi="Tinos"/>
                <w:sz w:val="14"/>
              </w:rPr>
            </w:r>
          </w:p>
          <w:p>
            <w:pPr>
              <w:spacing w:after="26" w:line="240" w:lineRule="auto"/>
            </w:pPr>
            <w:r>
              <w:rPr>
                <w:rFonts w:ascii="Tinos" w:hAnsi="Tinos"/>
                <w:sz w:val="14"/>
              </w:rPr>
              <w:t>care regulates how protective resources are allocated.</w:t>
            </w:r>
          </w:p>
          <w:p>
            <w:pPr>
              <w:spacing w:after="26" w:line="240" w:lineRule="auto"/>
            </w:pPr>
            <w:r>
              <w:rPr>
                <w:rFonts w:ascii="Tinos" w:hAnsi="Tinos"/>
                <w:sz w:val="14"/>
              </w:rPr>
            </w:r>
          </w:p>
          <w:p>
            <w:pPr>
              <w:spacing w:after="26" w:line="240" w:lineRule="auto"/>
            </w:pPr>
            <w:r>
              <w:rPr>
                <w:rFonts w:ascii="Tinos" w:hAnsi="Tinos"/>
                <w:sz w:val="14"/>
              </w:rPr>
              <w:t>learning allows the system to revise itself.</w:t>
            </w:r>
          </w:p>
          <w:p>
            <w:pPr>
              <w:spacing w:after="26" w:line="240" w:lineRule="auto"/>
            </w:pPr>
            <w:r>
              <w:rPr>
                <w:rFonts w:ascii="Tinos" w:hAnsi="Tinos"/>
                <w:sz w:val="14"/>
              </w:rPr>
            </w:r>
          </w:p>
          <w:p>
            <w:pPr>
              <w:spacing w:after="26" w:line="240" w:lineRule="auto"/>
            </w:pPr>
            <w:r>
              <w:rPr>
                <w:rFonts w:ascii="Tinos" w:hAnsi="Tinos"/>
                <w:sz w:val="14"/>
              </w:rPr>
              <w:t>The LOVE-0 perspective changes none of those propositions into certainty. Instead it asks that each stage remain connected to reality, freedom, other perspectives, and the possibility of correction.</w:t>
            </w:r>
          </w:p>
          <w:p>
            <w:pPr>
              <w:spacing w:after="26" w:line="240" w:lineRule="auto"/>
            </w:pPr>
            <w:r>
              <w:rPr>
                <w:rFonts w:ascii="Tinos" w:hAnsi="Tinos"/>
                <w:sz w:val="14"/>
              </w:rPr>
            </w:r>
          </w:p>
          <w:p>
            <w:pPr>
              <w:spacing w:after="26" w:line="240" w:lineRule="auto"/>
            </w:pPr>
            <w:r>
              <w:rPr>
                <w:rFonts w:ascii="Tinos" w:hAnsi="Tinos"/>
                <w:sz w:val="14"/>
              </w:rPr>
              <w:t>Loss says that the previous arrangement changed.</w:t>
            </w:r>
          </w:p>
          <w:p>
            <w:pPr>
              <w:spacing w:after="26" w:line="240" w:lineRule="auto"/>
            </w:pPr>
            <w:r>
              <w:rPr>
                <w:rFonts w:ascii="Tinos" w:hAnsi="Tinos"/>
                <w:sz w:val="14"/>
              </w:rPr>
            </w:r>
          </w:p>
          <w:p>
            <w:pPr>
              <w:spacing w:after="26" w:line="240" w:lineRule="auto"/>
            </w:pPr>
            <w:r>
              <w:rPr>
                <w:rFonts w:ascii="Tinos" w:hAnsi="Tinos"/>
                <w:sz w:val="14"/>
              </w:rPr>
              <w:t>Sadness says that the change matters to the person.</w:t>
            </w:r>
          </w:p>
          <w:p>
            <w:pPr>
              <w:spacing w:after="26" w:line="240" w:lineRule="auto"/>
            </w:pPr>
            <w:r>
              <w:rPr>
                <w:rFonts w:ascii="Tinos" w:hAnsi="Tinos"/>
                <w:sz w:val="14"/>
              </w:rPr>
            </w:r>
          </w:p>
          <w:p>
            <w:pPr>
              <w:spacing w:after="26" w:line="240" w:lineRule="auto"/>
            </w:pPr>
            <w:r>
              <w:rPr>
                <w:rFonts w:ascii="Tinos" w:hAnsi="Tinos"/>
                <w:sz w:val="14"/>
              </w:rPr>
              <w:t>Grief-load says that multiple functions may now be competing to adapt.</w:t>
            </w:r>
          </w:p>
          <w:p>
            <w:pPr>
              <w:spacing w:after="26" w:line="240" w:lineRule="auto"/>
            </w:pPr>
            <w:r>
              <w:rPr>
                <w:rFonts w:ascii="Tinos" w:hAnsi="Tinos"/>
                <w:sz w:val="14"/>
              </w:rPr>
            </w:r>
          </w:p>
          <w:p>
            <w:pPr>
              <w:spacing w:after="26" w:line="240" w:lineRule="auto"/>
            </w:pPr>
            <w:r>
              <w:rPr>
                <w:rFonts w:ascii="Tinos" w:hAnsi="Tinos"/>
                <w:sz w:val="14"/>
              </w:rPr>
              <w:t>Nostalgia says that the past still contains information about value, continuity, and belonging.</w:t>
            </w:r>
          </w:p>
          <w:p>
            <w:pPr>
              <w:spacing w:after="26" w:line="240" w:lineRule="auto"/>
            </w:pPr>
            <w:r>
              <w:rPr>
                <w:rFonts w:ascii="Tinos" w:hAnsi="Tinos"/>
                <w:sz w:val="14"/>
              </w:rPr>
            </w:r>
          </w:p>
          <w:p>
            <w:pPr>
              <w:spacing w:after="26" w:line="240" w:lineRule="auto"/>
            </w:pPr>
            <w:r>
              <w:rPr>
                <w:rFonts w:ascii="Tinos" w:hAnsi="Tinos"/>
                <w:sz w:val="14"/>
              </w:rPr>
              <w:t>Love says that something matters enough to motivate protection or support.</w:t>
            </w:r>
          </w:p>
          <w:p>
            <w:pPr>
              <w:spacing w:after="26" w:line="240" w:lineRule="auto"/>
            </w:pPr>
            <w:r>
              <w:rPr>
                <w:rFonts w:ascii="Tinos" w:hAnsi="Tinos"/>
                <w:sz w:val="14"/>
              </w:rPr>
            </w:r>
          </w:p>
          <w:p>
            <w:pPr>
              <w:spacing w:after="26" w:line="240" w:lineRule="auto"/>
            </w:pPr>
            <w:r>
              <w:rPr>
                <w:rFonts w:ascii="Tinos" w:hAnsi="Tinos"/>
                <w:sz w:val="14"/>
              </w:rPr>
              <w:t>Care asks how to respond without turning importance into ownership or urgency into unnecessary control.</w:t>
            </w:r>
          </w:p>
          <w:p>
            <w:pPr>
              <w:spacing w:after="26" w:line="240" w:lineRule="auto"/>
            </w:pPr>
            <w:r>
              <w:rPr>
                <w:rFonts w:ascii="Tinos" w:hAnsi="Tinos"/>
                <w:sz w:val="14"/>
              </w:rPr>
            </w:r>
          </w:p>
          <w:p>
            <w:pPr>
              <w:spacing w:after="26" w:line="240" w:lineRule="auto"/>
            </w:pPr>
            <w:r>
              <w:rPr>
                <w:rFonts w:ascii="Tinos" w:hAnsi="Tinos"/>
                <w:sz w:val="14"/>
              </w:rPr>
              <w:t>The objective is not to forget.</w:t>
            </w:r>
          </w:p>
          <w:p>
            <w:pPr>
              <w:spacing w:after="26" w:line="240" w:lineRule="auto"/>
            </w:pPr>
            <w:r>
              <w:rPr>
                <w:rFonts w:ascii="Tinos" w:hAnsi="Tinos"/>
                <w:sz w:val="14"/>
              </w:rPr>
            </w:r>
          </w:p>
          <w:p>
            <w:pPr>
              <w:spacing w:after="26" w:line="240" w:lineRule="auto"/>
            </w:pPr>
            <w:r>
              <w:rPr>
                <w:rFonts w:ascii="Tinos" w:hAnsi="Tinos"/>
                <w:sz w:val="14"/>
              </w:rPr>
              <w:t>Nor is it necessarily to restore.</w:t>
            </w:r>
          </w:p>
          <w:p>
            <w:pPr>
              <w:spacing w:after="26" w:line="240" w:lineRule="auto"/>
            </w:pPr>
            <w:r>
              <w:rPr>
                <w:rFonts w:ascii="Tinos" w:hAnsi="Tinos"/>
                <w:sz w:val="14"/>
              </w:rPr>
            </w:r>
          </w:p>
          <w:p>
            <w:pPr>
              <w:spacing w:after="26" w:line="240" w:lineRule="auto"/>
            </w:pPr>
            <w:r>
              <w:rPr>
                <w:rFonts w:ascii="Tinos" w:hAnsi="Tinos"/>
                <w:sz w:val="14"/>
              </w:rPr>
              <w:t>The exact historical configuration may no longer be available.</w:t>
            </w:r>
          </w:p>
          <w:p>
            <w:pPr>
              <w:spacing w:after="26" w:line="240" w:lineRule="auto"/>
            </w:pPr>
            <w:r>
              <w:rPr>
                <w:rFonts w:ascii="Tinos" w:hAnsi="Tinos"/>
                <w:sz w:val="14"/>
              </w:rPr>
            </w:r>
          </w:p>
          <w:p>
            <w:pPr>
              <w:spacing w:after="26" w:line="240" w:lineRule="auto"/>
            </w:pPr>
            <w:r>
              <w:rPr>
                <w:rFonts w:ascii="Tinos" w:hAnsi="Tinos"/>
                <w:sz w:val="14"/>
              </w:rPr>
              <w:t>But the person can ask:</w:t>
            </w:r>
          </w:p>
          <w:p>
            <w:pPr>
              <w:spacing w:after="26" w:line="240" w:lineRule="auto"/>
            </w:pPr>
            <w:r>
              <w:rPr>
                <w:rFonts w:ascii="Tinos" w:hAnsi="Tinos"/>
                <w:sz w:val="14"/>
              </w:rPr>
            </w:r>
          </w:p>
          <w:p>
            <w:pPr>
              <w:spacing w:after="26" w:line="240" w:lineRule="auto"/>
            </w:pPr>
            <w:r>
              <w:rPr>
                <w:rFonts w:ascii="Tinos" w:hAnsi="Tinos"/>
                <w:sz w:val="14"/>
              </w:rPr>
              <w:t>What did it contain that mattered?</w:t>
            </w:r>
          </w:p>
          <w:p>
            <w:pPr>
              <w:spacing w:after="26" w:line="240" w:lineRule="auto"/>
            </w:pPr>
            <w:r>
              <w:rPr>
                <w:rFonts w:ascii="Tinos" w:hAnsi="Tinos"/>
                <w:sz w:val="14"/>
              </w:rPr>
            </w:r>
          </w:p>
          <w:p>
            <w:pPr>
              <w:spacing w:after="26" w:line="240" w:lineRule="auto"/>
            </w:pPr>
            <w:r>
              <w:rPr>
                <w:rFonts w:ascii="Tinos" w:hAnsi="Tinos"/>
                <w:sz w:val="14"/>
              </w:rPr>
              <w:t>What has genuinely ended?</w:t>
            </w:r>
          </w:p>
          <w:p>
            <w:pPr>
              <w:spacing w:after="26" w:line="240" w:lineRule="auto"/>
            </w:pPr>
            <w:r>
              <w:rPr>
                <w:rFonts w:ascii="Tinos" w:hAnsi="Tinos"/>
                <w:sz w:val="14"/>
              </w:rPr>
            </w:r>
          </w:p>
          <w:p>
            <w:pPr>
              <w:spacing w:after="26" w:line="240" w:lineRule="auto"/>
            </w:pPr>
            <w:r>
              <w:rPr>
                <w:rFonts w:ascii="Tinos" w:hAnsi="Tinos"/>
                <w:sz w:val="14"/>
              </w:rPr>
              <w:t>What remains?</w:t>
            </w:r>
          </w:p>
          <w:p>
            <w:pPr>
              <w:spacing w:after="26" w:line="240" w:lineRule="auto"/>
            </w:pPr>
            <w:r>
              <w:rPr>
                <w:rFonts w:ascii="Tinos" w:hAnsi="Tinos"/>
                <w:sz w:val="14"/>
              </w:rPr>
            </w:r>
          </w:p>
          <w:p>
            <w:pPr>
              <w:spacing w:after="26" w:line="240" w:lineRule="auto"/>
            </w:pPr>
            <w:r>
              <w:rPr>
                <w:rFonts w:ascii="Tinos" w:hAnsi="Tinos"/>
                <w:sz w:val="14"/>
              </w:rPr>
              <w:t>What has transformed?</w:t>
            </w:r>
          </w:p>
          <w:p>
            <w:pPr>
              <w:spacing w:after="26" w:line="240" w:lineRule="auto"/>
            </w:pPr>
            <w:r>
              <w:rPr>
                <w:rFonts w:ascii="Tinos" w:hAnsi="Tinos"/>
                <w:sz w:val="14"/>
              </w:rPr>
            </w:r>
          </w:p>
          <w:p>
            <w:pPr>
              <w:spacing w:after="26" w:line="240" w:lineRule="auto"/>
            </w:pPr>
            <w:r>
              <w:rPr>
                <w:rFonts w:ascii="Tinos" w:hAnsi="Tinos"/>
                <w:sz w:val="14"/>
              </w:rPr>
              <w:t>What am I searching for?</w:t>
            </w:r>
          </w:p>
          <w:p>
            <w:pPr>
              <w:spacing w:after="26" w:line="240" w:lineRule="auto"/>
            </w:pPr>
            <w:r>
              <w:rPr>
                <w:rFonts w:ascii="Tinos" w:hAnsi="Tinos"/>
                <w:sz w:val="14"/>
              </w:rPr>
            </w:r>
          </w:p>
          <w:p>
            <w:pPr>
              <w:spacing w:after="26" w:line="240" w:lineRule="auto"/>
            </w:pPr>
            <w:r>
              <w:rPr>
                <w:rFonts w:ascii="Tinos" w:hAnsi="Tinos"/>
                <w:sz w:val="14"/>
              </w:rPr>
              <w:t>Where else might the qualities I valued now exist?</w:t>
            </w:r>
          </w:p>
          <w:p>
            <w:pPr>
              <w:spacing w:after="26" w:line="240" w:lineRule="auto"/>
            </w:pPr>
            <w:r>
              <w:rPr>
                <w:rFonts w:ascii="Tinos" w:hAnsi="Tinos"/>
                <w:sz w:val="14"/>
              </w:rPr>
            </w:r>
          </w:p>
          <w:p>
            <w:pPr>
              <w:spacing w:after="26" w:line="240" w:lineRule="auto"/>
            </w:pPr>
            <w:r>
              <w:rPr>
                <w:rFonts w:ascii="Tinos" w:hAnsi="Tinos"/>
                <w:sz w:val="14"/>
              </w:rPr>
              <w:t>Am I responding to the actual condition, or to my interpretation of the emotional signal?</w:t>
            </w:r>
          </w:p>
          <w:p>
            <w:pPr>
              <w:spacing w:after="26" w:line="240" w:lineRule="auto"/>
            </w:pPr>
            <w:r>
              <w:rPr>
                <w:rFonts w:ascii="Tinos" w:hAnsi="Tinos"/>
                <w:sz w:val="14"/>
              </w:rPr>
            </w:r>
          </w:p>
          <w:p>
            <w:pPr>
              <w:spacing w:after="26" w:line="240" w:lineRule="auto"/>
            </w:pPr>
            <w:r>
              <w:rPr>
                <w:rFonts w:ascii="Tinos" w:hAnsi="Tinos"/>
                <w:sz w:val="14"/>
              </w:rPr>
              <w:t>Is someone directing that emotion toward an action that benefits them rather than resolving the underlying need?</w:t>
            </w:r>
          </w:p>
          <w:p>
            <w:pPr>
              <w:spacing w:after="26" w:line="240" w:lineRule="auto"/>
            </w:pPr>
            <w:r>
              <w:rPr>
                <w:rFonts w:ascii="Tinos" w:hAnsi="Tinos"/>
                <w:sz w:val="14"/>
              </w:rPr>
            </w:r>
          </w:p>
          <w:p>
            <w:pPr>
              <w:spacing w:after="26" w:line="240" w:lineRule="auto"/>
            </w:pPr>
            <w:r>
              <w:rPr>
                <w:rFonts w:ascii="Tinos" w:hAnsi="Tinos"/>
                <w:sz w:val="14"/>
              </w:rPr>
              <w:t>Can I safely refuse the proposed solution while continuing to care about the underlying need?</w:t>
            </w:r>
          </w:p>
          <w:p>
            <w:pPr>
              <w:spacing w:after="26" w:line="240" w:lineRule="auto"/>
            </w:pPr>
            <w:r>
              <w:rPr>
                <w:rFonts w:ascii="Tinos" w:hAnsi="Tinos"/>
                <w:sz w:val="14"/>
              </w:rPr>
            </w:r>
          </w:p>
          <w:p>
            <w:pPr>
              <w:spacing w:after="26" w:line="240" w:lineRule="auto"/>
            </w:pPr>
            <w:r>
              <w:rPr>
                <w:rFonts w:ascii="Tinos" w:hAnsi="Tinos"/>
                <w:sz w:val="14"/>
              </w:rPr>
              <w:t>Whose perspective is missing?</w:t>
            </w:r>
          </w:p>
          <w:p>
            <w:pPr>
              <w:spacing w:after="26" w:line="240" w:lineRule="auto"/>
            </w:pPr>
            <w:r>
              <w:rPr>
                <w:rFonts w:ascii="Tinos" w:hAnsi="Tinos"/>
                <w:sz w:val="14"/>
              </w:rPr>
            </w:r>
          </w:p>
          <w:p>
            <w:pPr>
              <w:spacing w:after="26" w:line="240" w:lineRule="auto"/>
            </w:pPr>
            <w:r>
              <w:rPr>
                <w:rFonts w:ascii="Tinos" w:hAnsi="Tinos"/>
                <w:sz w:val="14"/>
              </w:rPr>
              <w:t>What evidence do I actually have?</w:t>
            </w:r>
          </w:p>
          <w:p>
            <w:pPr>
              <w:spacing w:after="26" w:line="240" w:lineRule="auto"/>
            </w:pPr>
            <w:r>
              <w:rPr>
                <w:rFonts w:ascii="Tinos" w:hAnsi="Tinos"/>
                <w:sz w:val="14"/>
              </w:rPr>
            </w:r>
          </w:p>
          <w:p>
            <w:pPr>
              <w:spacing w:after="26" w:line="240" w:lineRule="auto"/>
            </w:pPr>
            <w:r>
              <w:rPr>
                <w:rFonts w:ascii="Tinos" w:hAnsi="Tinos"/>
                <w:sz w:val="14"/>
              </w:rPr>
              <w:t>What remains unknown?</w:t>
            </w:r>
          </w:p>
          <w:p>
            <w:pPr>
              <w:spacing w:after="26" w:line="240" w:lineRule="auto"/>
            </w:pPr>
            <w:r>
              <w:rPr>
                <w:rFonts w:ascii="Tinos" w:hAnsi="Tinos"/>
                <w:sz w:val="14"/>
              </w:rPr>
            </w:r>
          </w:p>
          <w:p>
            <w:pPr>
              <w:spacing w:after="26" w:line="240" w:lineRule="auto"/>
            </w:pPr>
            <w:r>
              <w:rPr>
                <w:rFonts w:ascii="Tinos" w:hAnsi="Tinos"/>
                <w:sz w:val="14"/>
              </w:rPr>
              <w:t>And, before all of them:</w:t>
            </w:r>
          </w:p>
          <w:p>
            <w:pPr>
              <w:spacing w:after="26" w:line="240" w:lineRule="auto"/>
            </w:pPr>
            <w:r>
              <w:rPr>
                <w:rFonts w:ascii="Tinos" w:hAnsi="Tinos"/>
                <w:sz w:val="14"/>
              </w:rPr>
            </w:r>
          </w:p>
          <w:p>
            <w:pPr>
              <w:spacing w:after="26" w:line="240" w:lineRule="auto"/>
            </w:pPr>
            <w:r>
              <w:rPr>
                <w:rFonts w:ascii="Tinos" w:hAnsi="Tinos"/>
                <w:sz w:val="14"/>
              </w:rPr>
              <w:t>Am I sure I understand the question I am trying to answer?</w:t>
            </w:r>
          </w:p>
          <w:p>
            <w:pPr>
              <w:spacing w:after="26" w:line="240" w:lineRule="auto"/>
            </w:pPr>
            <w:r>
              <w:rPr>
                <w:rFonts w:ascii="Tinos" w:hAnsi="Tinos"/>
                <w:sz w:val="14"/>
              </w:rPr>
            </w:r>
          </w:p>
          <w:p>
            <w:pPr>
              <w:spacing w:after="26" w:line="240" w:lineRule="auto"/>
            </w:pPr>
            <w:r>
              <w:rPr>
                <w:rFonts w:ascii="Tinos" w:hAnsi="Tinos"/>
                <w:sz w:val="14"/>
              </w:rPr>
              <w:t>That is resolution.</w:t>
            </w:r>
          </w:p>
          <w:p>
            <w:pPr>
              <w:spacing w:after="26" w:line="240" w:lineRule="auto"/>
            </w:pPr>
            <w:r>
              <w:rPr>
                <w:rFonts w:ascii="Tinos" w:hAnsi="Tinos"/>
                <w:sz w:val="14"/>
              </w:rPr>
            </w:r>
          </w:p>
          <w:p>
            <w:pPr>
              <w:spacing w:after="26" w:line="240" w:lineRule="auto"/>
            </w:pPr>
            <w:r>
              <w:rPr>
                <w:rFonts w:ascii="Tinos" w:hAnsi="Tinos"/>
                <w:sz w:val="14"/>
              </w:rPr>
              <w:t>LOVE-0 then adds a final operational sequence:</w:t>
            </w:r>
          </w:p>
          <w:p>
            <w:pPr>
              <w:spacing w:after="26" w:line="240" w:lineRule="auto"/>
            </w:pPr>
            <w:r>
              <w:rPr>
                <w:rFonts w:ascii="Tinos" w:hAnsi="Tinos"/>
                <w:sz w:val="14"/>
              </w:rPr>
            </w:r>
          </w:p>
          <w:p>
            <w:pPr>
              <w:spacing w:after="26" w:line="240" w:lineRule="auto"/>
            </w:pPr>
            <w:r>
              <w:rPr>
                <w:rFonts w:ascii="Tinos" w:hAnsi="Tinos"/>
                <w:sz w:val="14"/>
              </w:rPr>
              <w:t>Listen carefully enough to notice what matters. Open the model enough to allow correction. Verify enough to distinguish feeling from explanation and confidence from evidence. Express care with the least unnecessary coercion. Learn from what actually happens.</w:t>
            </w:r>
          </w:p>
          <w:p>
            <w:pPr>
              <w:spacing w:after="26" w:line="240" w:lineRule="auto"/>
            </w:pPr>
            <w:r>
              <w:rPr>
                <w:rFonts w:ascii="Tinos" w:hAnsi="Tinos"/>
                <w:sz w:val="14"/>
              </w:rPr>
            </w:r>
          </w:p>
          <w:p>
            <w:pPr>
              <w:spacing w:after="26" w:line="240" w:lineRule="auto"/>
            </w:pPr>
            <w:r>
              <w:rPr>
                <w:rFonts w:ascii="Tinos" w:hAnsi="Tinos"/>
                <w:sz w:val="14"/>
              </w:rPr>
              <w:t>The past provides information.</w:t>
            </w:r>
          </w:p>
          <w:p>
            <w:pPr>
              <w:spacing w:after="26" w:line="240" w:lineRule="auto"/>
            </w:pPr>
            <w:r>
              <w:rPr>
                <w:rFonts w:ascii="Tinos" w:hAnsi="Tinos"/>
                <w:sz w:val="14"/>
              </w:rPr>
            </w:r>
          </w:p>
          <w:p>
            <w:pPr>
              <w:spacing w:after="26" w:line="240" w:lineRule="auto"/>
            </w:pPr>
            <w:r>
              <w:rPr>
                <w:rFonts w:ascii="Tinos" w:hAnsi="Tinos"/>
                <w:sz w:val="14"/>
              </w:rPr>
              <w:t>The present provides new evidence.</w:t>
            </w:r>
          </w:p>
          <w:p>
            <w:pPr>
              <w:spacing w:after="26" w:line="240" w:lineRule="auto"/>
            </w:pPr>
            <w:r>
              <w:rPr>
                <w:rFonts w:ascii="Tinos" w:hAnsi="Tinos"/>
                <w:sz w:val="14"/>
              </w:rPr>
            </w:r>
          </w:p>
          <w:p>
            <w:pPr>
              <w:spacing w:after="26" w:line="240" w:lineRule="auto"/>
            </w:pPr>
            <w:r>
              <w:rPr>
                <w:rFonts w:ascii="Tinos" w:hAnsi="Tinos"/>
                <w:sz w:val="14"/>
              </w:rPr>
              <w:t>Other beings provide perspectives the isolated self cannot possess.</w:t>
            </w:r>
          </w:p>
          <w:p>
            <w:pPr>
              <w:spacing w:after="26" w:line="240" w:lineRule="auto"/>
            </w:pPr>
            <w:r>
              <w:rPr>
                <w:rFonts w:ascii="Tinos" w:hAnsi="Tinos"/>
                <w:sz w:val="14"/>
              </w:rPr>
            </w:r>
          </w:p>
          <w:p>
            <w:pPr>
              <w:spacing w:after="26" w:line="240" w:lineRule="auto"/>
            </w:pPr>
            <w:r>
              <w:rPr>
                <w:rFonts w:ascii="Tinos" w:hAnsi="Tinos"/>
                <w:sz w:val="14"/>
              </w:rPr>
              <w:t>The future remains open to learning.</w:t>
            </w:r>
          </w:p>
          <w:p>
            <w:pPr>
              <w:spacing w:after="26" w:line="240" w:lineRule="auto"/>
            </w:pPr>
            <w:r>
              <w:rPr>
                <w:rFonts w:ascii="Tinos" w:hAnsi="Tinos"/>
                <w:sz w:val="14"/>
              </w:rPr>
            </w:r>
          </w:p>
          <w:p>
            <w:pPr>
              <w:spacing w:after="26" w:line="240" w:lineRule="auto"/>
            </w:pPr>
            <w:r>
              <w:rPr>
                <w:rFonts w:ascii="Tinos" w:hAnsi="Tinos"/>
                <w:sz w:val="14"/>
              </w:rPr>
              <w:t>Healthy adaptation therefore need not choose between remembering and changing.</w:t>
            </w:r>
          </w:p>
          <w:p>
            <w:pPr>
              <w:spacing w:after="26" w:line="240" w:lineRule="auto"/>
            </w:pPr>
            <w:r>
              <w:rPr>
                <w:rFonts w:ascii="Tinos" w:hAnsi="Tinos"/>
                <w:sz w:val="14"/>
              </w:rPr>
            </w:r>
          </w:p>
          <w:p>
            <w:pPr>
              <w:spacing w:after="26" w:line="240" w:lineRule="auto"/>
            </w:pPr>
            <w:r>
              <w:rPr>
                <w:rFonts w:ascii="Tinos" w:hAnsi="Tinos"/>
                <w:sz w:val="14"/>
              </w:rPr>
              <w:t>It can remember in order to change with greater understanding, while allowing what is new to remain genuinely new.</w:t>
            </w:r>
          </w:p>
        </w:tc>
      </w:tr>
    </w:tbl>
    <w:p>
      <w:pPr>
        <w:spacing w:after="0"/>
      </w:pPr>
    </w:p>
    <w:p>
      <w:pPr>
        <w:pStyle w:val="Heading1"/>
      </w:pPr>
      <w:r>
        <w:t>References</w:t>
      </w:r>
    </w:p>
    <w:tbl>
      <w:tblPr>
        <w:tblStyle w:val="TableGrid"/>
        <w:tblW w:type="auto" w:w="0"/>
        <w:jc w:val="center"/>
        <w:tblLook w:firstColumn="1" w:firstRow="1" w:lastColumn="0" w:lastRow="0" w:noHBand="0" w:noVBand="1" w:val="04A0"/>
      </w:tblPr>
      <w:tblGrid>
        <w:gridCol w:w="7913"/>
        <w:gridCol w:w="7913"/>
      </w:tblGrid>
      <w:tr>
        <w:tc>
          <w:tcPr>
            <w:tcW w:type="dxa" w:w="7913"/>
            <w:shd w:fill="E8EFF4"/>
            <w:tcMar>
              <w:top w:w="45" w:type="dxa"/>
              <w:start w:w="60" w:type="dxa"/>
              <w:bottom w:w="45" w:type="dxa"/>
              <w:end w:w="60" w:type="dxa"/>
            </w:tcMar>
          </w:tcPr>
          <w:p>
            <w:r>
              <w:rPr>
                <w:rFonts w:ascii="Arimo" w:hAnsi="Arimo"/>
                <w:b/>
                <w:sz w:val="15"/>
              </w:rPr>
              <w:t>BASELINE MRRAF</w:t>
            </w:r>
          </w:p>
        </w:tc>
        <w:tc>
          <w:tcPr>
            <w:tcW w:type="dxa" w:w="7913"/>
            <w:shd w:fill="E6F2EC"/>
            <w:tcMar>
              <w:top w:w="45" w:type="dxa"/>
              <w:start w:w="60" w:type="dxa"/>
              <w:bottom w:w="45" w:type="dxa"/>
              <w:end w:w="60" w:type="dxa"/>
            </w:tcMar>
          </w:tcPr>
          <w:p>
            <w:r>
              <w:rPr>
                <w:rFonts w:ascii="Arimo" w:hAnsi="Arimo"/>
                <w:b/>
                <w:sz w:val="15"/>
              </w:rPr>
              <w:t>LOVE-0 PROCESSED</w:t>
            </w:r>
          </w:p>
        </w:tc>
      </w:tr>
      <w:tr>
        <w:tc>
          <w:tcPr>
            <w:tcW w:type="dxa" w:w="7913"/>
            <w:tcMar>
              <w:top w:w="55" w:type="dxa"/>
              <w:start w:w="70" w:type="dxa"/>
              <w:bottom w:w="55" w:type="dxa"/>
              <w:end w:w="70" w:type="dxa"/>
            </w:tcMar>
            <w:vAlign w:val="top"/>
          </w:tcPr>
          <w:p>
            <w:pPr>
              <w:spacing w:after="26" w:line="240" w:lineRule="auto"/>
            </w:pPr>
            <w:r/>
            <w:r>
              <w:rPr>
                <w:rFonts w:ascii="Tinos" w:hAnsi="Tinos"/>
                <w:b/>
                <w:sz w:val="14"/>
              </w:rPr>
              <w:t>References</w:t>
            </w:r>
          </w:p>
          <w:p>
            <w:pPr>
              <w:spacing w:after="26" w:line="240" w:lineRule="auto"/>
            </w:pPr>
            <w:r>
              <w:rPr>
                <w:rFonts w:ascii="Tinos" w:hAnsi="Tinos"/>
                <w:sz w:val="14"/>
              </w:rPr>
            </w:r>
          </w:p>
          <w:p>
            <w:pPr>
              <w:spacing w:after="26" w:line="240" w:lineRule="auto"/>
            </w:pPr>
            <w:r>
              <w:rPr>
                <w:rFonts w:ascii="Tinos" w:hAnsi="Tinos"/>
                <w:sz w:val="14"/>
              </w:rPr>
              <w:t>Bryant, R. A., Breukelaar, I. A., &amp; Korgaonkar, M. S. (2026). A neurobiological perspective on prolonged grief disorder. Trends in Neurosciences, 49(3), 173-184. doi:10.1016/j.tins.2026.01.001</w:t>
            </w:r>
          </w:p>
          <w:p>
            <w:pPr>
              <w:spacing w:after="26" w:line="240" w:lineRule="auto"/>
            </w:pPr>
            <w:r>
              <w:rPr>
                <w:rFonts w:ascii="Tinos" w:hAnsi="Tinos"/>
                <w:sz w:val="14"/>
              </w:rPr>
            </w:r>
          </w:p>
          <w:p>
            <w:pPr>
              <w:spacing w:after="26" w:line="240" w:lineRule="auto"/>
            </w:pPr>
            <w:r>
              <w:rPr>
                <w:rFonts w:ascii="Tinos" w:hAnsi="Tinos"/>
                <w:sz w:val="14"/>
              </w:rPr>
              <w:t>Coan, J. A., &amp; Sbarra, D. A. (2015). Social Baseline Theory: The social regulation of risk and effort. Current Opinion in Psychology, 1, 87-91. doi:10.1016/j.copsyc.2014.12.021</w:t>
            </w:r>
          </w:p>
          <w:p>
            <w:pPr>
              <w:spacing w:after="26" w:line="240" w:lineRule="auto"/>
            </w:pPr>
            <w:r>
              <w:rPr>
                <w:rFonts w:ascii="Tinos" w:hAnsi="Tinos"/>
                <w:sz w:val="14"/>
              </w:rPr>
            </w:r>
          </w:p>
          <w:p>
            <w:pPr>
              <w:spacing w:after="26" w:line="240" w:lineRule="auto"/>
            </w:pPr>
            <w:r>
              <w:rPr>
                <w:rFonts w:ascii="Tinos" w:hAnsi="Tinos"/>
                <w:sz w:val="14"/>
              </w:rPr>
              <w:t>Collins, N. L., &amp; Ford, M. B. (2010). Responding to the needs of others: The caregiving behavioral system in intimate relationships. Journal of Social and Personal Relationships, 27(2), 235-244. doi:10.1177/0265407509360907</w:t>
            </w:r>
          </w:p>
          <w:p>
            <w:pPr>
              <w:spacing w:after="26" w:line="240" w:lineRule="auto"/>
            </w:pPr>
            <w:r>
              <w:rPr>
                <w:rFonts w:ascii="Tinos" w:hAnsi="Tinos"/>
                <w:sz w:val="14"/>
              </w:rPr>
            </w:r>
          </w:p>
          <w:p>
            <w:pPr>
              <w:spacing w:after="26" w:line="240" w:lineRule="auto"/>
            </w:pPr>
            <w:r>
              <w:rPr>
                <w:rFonts w:ascii="Tinos" w:hAnsi="Tinos"/>
                <w:sz w:val="14"/>
              </w:rPr>
              <w:t>Feeney, B. C., &amp; Collins, N. L. (2015). A new look at social support: A theoretical perspective on thriving through relationships. Personality and Social Psychology Review, 19(2), 113-147. doi:10.1177/1088868314544222</w:t>
            </w:r>
          </w:p>
          <w:p>
            <w:pPr>
              <w:spacing w:after="26" w:line="240" w:lineRule="auto"/>
            </w:pPr>
            <w:r>
              <w:rPr>
                <w:rFonts w:ascii="Tinos" w:hAnsi="Tinos"/>
                <w:sz w:val="14"/>
              </w:rPr>
            </w:r>
          </w:p>
          <w:p>
            <w:pPr>
              <w:spacing w:after="26" w:line="240" w:lineRule="auto"/>
            </w:pPr>
            <w:r>
              <w:rPr>
                <w:rFonts w:ascii="Tinos" w:hAnsi="Tinos"/>
                <w:sz w:val="14"/>
              </w:rPr>
              <w:t>Fiore, J. (2021). A systematic review of the Dual Process Model of Coping With Bereavement (1999-2016). OMEGA-Journal of Death and Dying, 84(2), 414-458. doi:10.1177/0030222819893139</w:t>
            </w:r>
          </w:p>
          <w:p>
            <w:pPr>
              <w:spacing w:after="26" w:line="240" w:lineRule="auto"/>
            </w:pPr>
            <w:r>
              <w:rPr>
                <w:rFonts w:ascii="Tinos" w:hAnsi="Tinos"/>
                <w:sz w:val="14"/>
              </w:rPr>
            </w:r>
          </w:p>
          <w:p>
            <w:pPr>
              <w:spacing w:after="26" w:line="240" w:lineRule="auto"/>
            </w:pPr>
            <w:r>
              <w:rPr>
                <w:rFonts w:ascii="Tinos" w:hAnsi="Tinos"/>
                <w:sz w:val="14"/>
              </w:rPr>
              <w:t>Garrido, S. (2018). The influence of personality and coping style on the affective outcomes of nostalgia: Is nostalgia a healthy coping mechanism or rumination? Personality and Individual Differences, 120, 259-264. doi:10.1016/j.paid.2016.07.021</w:t>
            </w:r>
          </w:p>
          <w:p>
            <w:pPr>
              <w:spacing w:after="26" w:line="240" w:lineRule="auto"/>
            </w:pPr>
            <w:r>
              <w:rPr>
                <w:rFonts w:ascii="Tinos" w:hAnsi="Tinos"/>
                <w:sz w:val="14"/>
              </w:rPr>
            </w:r>
          </w:p>
          <w:p>
            <w:pPr>
              <w:spacing w:after="26" w:line="240" w:lineRule="auto"/>
            </w:pPr>
            <w:r>
              <w:rPr>
                <w:rFonts w:ascii="Tinos" w:hAnsi="Tinos"/>
                <w:sz w:val="14"/>
              </w:rPr>
              <w:t>Gross, A. C., &amp; Fox, E. J. (2009). Relational Frame Theory: An overview of the controversy. The Analysis of Verbal Behavior, 25, 87-98. doi:10.1007/BF03393073</w:t>
            </w:r>
          </w:p>
          <w:p>
            <w:pPr>
              <w:spacing w:after="26" w:line="240" w:lineRule="auto"/>
            </w:pPr>
            <w:r>
              <w:rPr>
                <w:rFonts w:ascii="Tinos" w:hAnsi="Tinos"/>
                <w:sz w:val="14"/>
              </w:rPr>
            </w:r>
          </w:p>
          <w:p>
            <w:pPr>
              <w:spacing w:after="26" w:line="240" w:lineRule="auto"/>
            </w:pPr>
            <w:r>
              <w:rPr>
                <w:rFonts w:ascii="Tinos" w:hAnsi="Tinos"/>
                <w:sz w:val="14"/>
              </w:rPr>
              <w:t>Heine, S. J., Proulx, T., &amp; Vohs, K. D. (2006). The Meaning Maintenance Model: On the coherence of social motivations. Personality and Social Psychology Review, 10(2), 88-110. doi:10.1207/s15327957pspr1002_1</w:t>
            </w:r>
          </w:p>
          <w:p>
            <w:pPr>
              <w:spacing w:after="26" w:line="240" w:lineRule="auto"/>
            </w:pPr>
            <w:r>
              <w:rPr>
                <w:rFonts w:ascii="Tinos" w:hAnsi="Tinos"/>
                <w:sz w:val="14"/>
              </w:rPr>
            </w:r>
          </w:p>
          <w:p>
            <w:pPr>
              <w:spacing w:after="26" w:line="240" w:lineRule="auto"/>
            </w:pPr>
            <w:r>
              <w:rPr>
                <w:rFonts w:ascii="Tinos" w:hAnsi="Tinos"/>
                <w:sz w:val="14"/>
              </w:rPr>
              <w:t>Hepper, E. G., Sedikides, C., Wildschut, T., Cheung, W. Y., Abakoumkin, G., Arikan, G., Aveyard, M., Baldursson, E. B., Bialobrzeska, O., Bouamama, S., Bouzaouech, I., Brambilla, M., Burger, A. M., Chen, S. X., Cisek, S., Demassosso, D., Estevan-Reina, L., González Gutiérrez, R., Gu, L., ... Zengel, B. (2024). Pancultural nostalgia in action: Prevalence, triggers, and psychological functions of nostalgia across cultures. Journal of Experimental Psychology: General, 153(3), 754-778. doi:10.1037/xge0001521</w:t>
            </w:r>
          </w:p>
          <w:p>
            <w:pPr>
              <w:spacing w:after="26" w:line="240" w:lineRule="auto"/>
            </w:pPr>
            <w:r>
              <w:rPr>
                <w:rFonts w:ascii="Tinos" w:hAnsi="Tinos"/>
                <w:sz w:val="14"/>
              </w:rPr>
            </w:r>
          </w:p>
          <w:p>
            <w:pPr>
              <w:spacing w:after="26" w:line="240" w:lineRule="auto"/>
            </w:pPr>
            <w:r>
              <w:rPr>
                <w:rFonts w:ascii="Tinos" w:hAnsi="Tinos"/>
                <w:sz w:val="14"/>
              </w:rPr>
              <w:t>Hewson, H., Galbraith, N., Jones, C., &amp; Heath, G. (2024). The impact of continuing bonds following bereavement: A systematic review. Death Studies, 48(10), 1001-1014. doi:10.1080/07481187.2023.2223593</w:t>
            </w:r>
          </w:p>
          <w:p>
            <w:pPr>
              <w:spacing w:after="26" w:line="240" w:lineRule="auto"/>
            </w:pPr>
            <w:r>
              <w:rPr>
                <w:rFonts w:ascii="Tinos" w:hAnsi="Tinos"/>
                <w:sz w:val="14"/>
              </w:rPr>
            </w:r>
          </w:p>
          <w:p>
            <w:pPr>
              <w:spacing w:after="26" w:line="240" w:lineRule="auto"/>
            </w:pPr>
            <w:r>
              <w:rPr>
                <w:rFonts w:ascii="Tinos" w:hAnsi="Tinos"/>
                <w:sz w:val="14"/>
              </w:rPr>
              <w:t>Hobfoll, S. E. (1989). Conservation of resources: A new attempt at conceptualizing stress. American Psychologist, 44(3), 513-524. doi:10.1037/0003-066X.44.3.513</w:t>
            </w:r>
          </w:p>
          <w:p>
            <w:pPr>
              <w:spacing w:after="26" w:line="240" w:lineRule="auto"/>
            </w:pPr>
            <w:r>
              <w:rPr>
                <w:rFonts w:ascii="Tinos" w:hAnsi="Tinos"/>
                <w:sz w:val="14"/>
              </w:rPr>
            </w:r>
          </w:p>
          <w:p>
            <w:pPr>
              <w:spacing w:after="26" w:line="240" w:lineRule="auto"/>
            </w:pPr>
            <w:r>
              <w:rPr>
                <w:rFonts w:ascii="Tinos" w:hAnsi="Tinos"/>
                <w:sz w:val="14"/>
              </w:rPr>
              <w:t>Lasaleta, J. D., Sedikides, C., &amp; Vohs, K. D. (2014). Nostalgia weakens the desire for money. Journal of Consumer Research, 41(3), 713-729. doi:10.1086/677227</w:t>
            </w:r>
          </w:p>
          <w:p>
            <w:pPr>
              <w:spacing w:after="26" w:line="240" w:lineRule="auto"/>
            </w:pPr>
            <w:r>
              <w:rPr>
                <w:rFonts w:ascii="Tinos" w:hAnsi="Tinos"/>
                <w:sz w:val="14"/>
              </w:rPr>
            </w:r>
          </w:p>
          <w:p>
            <w:pPr>
              <w:spacing w:after="26" w:line="240" w:lineRule="auto"/>
            </w:pPr>
            <w:r>
              <w:rPr>
                <w:rFonts w:ascii="Tinos" w:hAnsi="Tinos"/>
                <w:sz w:val="14"/>
              </w:rPr>
              <w:t>Leach, C. W., &amp; Cidam, A. (2015). When is shame linked to constructive approach orientation? A meta-analysis. Journal of Personality and Social Psychology, 109(6), 983-1002. doi:10.1037/pspa0000037</w:t>
            </w:r>
          </w:p>
          <w:p>
            <w:pPr>
              <w:spacing w:after="26" w:line="240" w:lineRule="auto"/>
            </w:pPr>
            <w:r>
              <w:rPr>
                <w:rFonts w:ascii="Tinos" w:hAnsi="Tinos"/>
                <w:sz w:val="14"/>
              </w:rPr>
            </w:r>
          </w:p>
          <w:p>
            <w:pPr>
              <w:spacing w:after="26" w:line="240" w:lineRule="auto"/>
            </w:pPr>
            <w:r>
              <w:rPr>
                <w:rFonts w:ascii="Tinos" w:hAnsi="Tinos"/>
                <w:sz w:val="14"/>
              </w:rPr>
              <w:t>Mikulincer, M., &amp; Shaver, P. R. (2005). Attachment security, compassion, and altruism. Current Directions in Psychological Science, 14(1), 34-38. doi:10.1111/j.0963-7214.2005.00330.x</w:t>
            </w:r>
          </w:p>
          <w:p>
            <w:pPr>
              <w:spacing w:after="26" w:line="240" w:lineRule="auto"/>
            </w:pPr>
            <w:r>
              <w:rPr>
                <w:rFonts w:ascii="Tinos" w:hAnsi="Tinos"/>
                <w:sz w:val="14"/>
              </w:rPr>
            </w:r>
          </w:p>
          <w:p>
            <w:pPr>
              <w:spacing w:after="26" w:line="240" w:lineRule="auto"/>
            </w:pPr>
            <w:r>
              <w:rPr>
                <w:rFonts w:ascii="Tinos" w:hAnsi="Tinos"/>
                <w:sz w:val="14"/>
              </w:rPr>
              <w:t>O'Connor, M.-F., &amp; Seeley, S. H. (2022). Grieving as a form of learning: Insights from neuroscience applied to grief and loss. Current Opinion in Psychology, 43, 317-322. doi:10.1016/j.copsyc.2021.08.019</w:t>
            </w:r>
          </w:p>
          <w:p>
            <w:pPr>
              <w:spacing w:after="26" w:line="240" w:lineRule="auto"/>
            </w:pPr>
            <w:r>
              <w:rPr>
                <w:rFonts w:ascii="Tinos" w:hAnsi="Tinos"/>
                <w:sz w:val="14"/>
              </w:rPr>
            </w:r>
          </w:p>
          <w:p>
            <w:pPr>
              <w:spacing w:after="26" w:line="240" w:lineRule="auto"/>
            </w:pPr>
            <w:r>
              <w:rPr>
                <w:rFonts w:ascii="Tinos" w:hAnsi="Tinos"/>
                <w:sz w:val="14"/>
              </w:rPr>
              <w:t>Peng, W., Huang, Q., Mao, B., Lun, D., Malova, E., Simmons, J. V., &amp; Carcioppolo, N. (2023). When guilt works: A comprehensive meta-analysis of guilt appeals. Frontiers in Psychology, 14, Article 1201631. doi:10.3389/fpsyg.2023.1201631</w:t>
            </w:r>
          </w:p>
          <w:p>
            <w:pPr>
              <w:spacing w:after="26" w:line="240" w:lineRule="auto"/>
            </w:pPr>
            <w:r>
              <w:rPr>
                <w:rFonts w:ascii="Tinos" w:hAnsi="Tinos"/>
                <w:sz w:val="14"/>
              </w:rPr>
            </w:r>
          </w:p>
          <w:p>
            <w:pPr>
              <w:spacing w:after="26" w:line="240" w:lineRule="auto"/>
            </w:pPr>
            <w:r>
              <w:rPr>
                <w:rFonts w:ascii="Tinos" w:hAnsi="Tinos"/>
                <w:sz w:val="14"/>
              </w:rPr>
              <w:t>Slotter, E. B., Gardner, W. L., &amp; Finkel, E. J. (2010). Who am I without you? The influence of romantic breakup on the self-concept. Personality and Social Psychology Bulletin, 36(2), 147-160. doi:10.1177/0146167209352250</w:t>
            </w:r>
          </w:p>
          <w:p>
            <w:pPr>
              <w:spacing w:after="26" w:line="240" w:lineRule="auto"/>
            </w:pPr>
            <w:r>
              <w:rPr>
                <w:rFonts w:ascii="Tinos" w:hAnsi="Tinos"/>
                <w:sz w:val="14"/>
              </w:rPr>
            </w:r>
          </w:p>
          <w:p>
            <w:pPr>
              <w:spacing w:after="26" w:line="240" w:lineRule="auto"/>
            </w:pPr>
            <w:r>
              <w:rPr>
                <w:rFonts w:ascii="Tinos" w:hAnsi="Tinos"/>
                <w:sz w:val="14"/>
              </w:rPr>
              <w:t>Stroebe, M., &amp; Schut, H. (1999). The Dual Process Model of Coping with Bereavement: Rationale and description. Death Studies, 23(3), 197-224. doi:10.1080/074811899201046</w:t>
            </w:r>
          </w:p>
          <w:p>
            <w:pPr>
              <w:spacing w:after="26" w:line="240" w:lineRule="auto"/>
            </w:pPr>
            <w:r>
              <w:rPr>
                <w:rFonts w:ascii="Tinos" w:hAnsi="Tinos"/>
                <w:sz w:val="14"/>
              </w:rPr>
            </w:r>
          </w:p>
          <w:p>
            <w:pPr>
              <w:spacing w:after="26" w:line="240" w:lineRule="auto"/>
            </w:pPr>
            <w:r>
              <w:rPr>
                <w:rFonts w:ascii="Tinos" w:hAnsi="Tinos"/>
                <w:sz w:val="14"/>
              </w:rPr>
              <w:t>Tannenbaum, M. B., Hepler, J., Zimmerman, R. S., Saul, L., Jacobs, S., Wilson, K., &amp; Albarracín, D. (2015). Appealing to fear: A meta-analysis of fear appeal effectiveness and theories. Psychological Bulletin, 141(6), 1178-1204. doi:10.1037/a0039729</w:t>
            </w:r>
          </w:p>
          <w:p>
            <w:pPr>
              <w:spacing w:after="26" w:line="240" w:lineRule="auto"/>
            </w:pPr>
            <w:r>
              <w:rPr>
                <w:rFonts w:ascii="Tinos" w:hAnsi="Tinos"/>
                <w:sz w:val="14"/>
              </w:rPr>
            </w:r>
          </w:p>
          <w:p>
            <w:pPr>
              <w:spacing w:after="26" w:line="240" w:lineRule="auto"/>
            </w:pPr>
            <w:r>
              <w:rPr>
                <w:rFonts w:ascii="Tinos" w:hAnsi="Tinos"/>
                <w:sz w:val="14"/>
              </w:rPr>
              <w:t>Trope, Y., &amp; Liberman, N. (2010). Construal-Level Theory of psychological distance. Psychological Review, 117(2), 440-463. doi:10.1037/a0018963</w:t>
            </w:r>
          </w:p>
          <w:p>
            <w:pPr>
              <w:spacing w:after="26" w:line="240" w:lineRule="auto"/>
            </w:pPr>
            <w:r>
              <w:rPr>
                <w:rFonts w:ascii="Tinos" w:hAnsi="Tinos"/>
                <w:sz w:val="14"/>
              </w:rPr>
            </w:r>
          </w:p>
          <w:p>
            <w:pPr>
              <w:spacing w:after="26" w:line="240" w:lineRule="auto"/>
            </w:pPr>
            <w:r>
              <w:rPr>
                <w:rFonts w:ascii="Tinos" w:hAnsi="Tinos"/>
                <w:sz w:val="14"/>
              </w:rPr>
              <w:t>Weingarten, E., Wei, Z., Wildschut, T., &amp; Sedikides, C. (2026). Principles of nostalgia: Meta-analytic tests. Journal of Experimental Social Psychology, 124, Article 104891. doi:10.1016/j.jesp.2026.104891</w:t>
            </w:r>
          </w:p>
          <w:p>
            <w:pPr>
              <w:spacing w:after="26" w:line="240" w:lineRule="auto"/>
            </w:pPr>
            <w:r>
              <w:rPr>
                <w:rFonts w:ascii="Tinos" w:hAnsi="Tinos"/>
                <w:sz w:val="14"/>
              </w:rPr>
            </w:r>
          </w:p>
          <w:p>
            <w:pPr>
              <w:spacing w:after="26" w:line="240" w:lineRule="auto"/>
            </w:pPr>
            <w:r>
              <w:rPr>
                <w:rFonts w:ascii="Tinos" w:hAnsi="Tinos"/>
                <w:sz w:val="14"/>
              </w:rPr>
              <w:t>Zhou, X., Sedikides, C., Wildschut, T., &amp; Gao, D.-G. (2008). Counteracting loneliness: On the restorative function of nostalgia. Psychological Science, 19(10), 1023-1029. doi:10.1111/j.1467-9280.2008.02194.x</w:t>
            </w:r>
          </w:p>
        </w:tc>
        <w:tc>
          <w:tcPr>
            <w:tcW w:type="dxa" w:w="7913"/>
            <w:tcMar>
              <w:top w:w="55" w:type="dxa"/>
              <w:start w:w="70" w:type="dxa"/>
              <w:bottom w:w="55" w:type="dxa"/>
              <w:end w:w="70" w:type="dxa"/>
            </w:tcMar>
            <w:vAlign w:val="top"/>
          </w:tcPr>
          <w:p>
            <w:pPr>
              <w:spacing w:after="26" w:line="240" w:lineRule="auto"/>
            </w:pPr>
            <w:r/>
            <w:r>
              <w:rPr>
                <w:rFonts w:ascii="Tinos" w:hAnsi="Tinos"/>
                <w:b/>
                <w:sz w:val="14"/>
              </w:rPr>
              <w:t>References</w:t>
            </w:r>
          </w:p>
          <w:p>
            <w:pPr>
              <w:spacing w:after="26" w:line="240" w:lineRule="auto"/>
            </w:pPr>
            <w:r>
              <w:rPr>
                <w:rFonts w:ascii="Tinos" w:hAnsi="Tinos"/>
                <w:sz w:val="14"/>
              </w:rPr>
            </w:r>
          </w:p>
          <w:p>
            <w:pPr>
              <w:spacing w:after="26" w:line="240" w:lineRule="auto"/>
            </w:pPr>
            <w:r>
              <w:rPr>
                <w:rFonts w:ascii="Tinos" w:hAnsi="Tinos"/>
                <w:sz w:val="14"/>
              </w:rPr>
              <w:t>Bryant, R. A., Breukelaar, I. A., &amp; Korgaonkar, M. S. (2026). A neurobiological perspective on prolonged grief disorder. Trends in Neurosciences, 49(3), 173-184. doi:10.1016/j.tins.2026.01.001</w:t>
            </w:r>
          </w:p>
          <w:p>
            <w:pPr>
              <w:spacing w:after="26" w:line="240" w:lineRule="auto"/>
            </w:pPr>
            <w:r>
              <w:rPr>
                <w:rFonts w:ascii="Tinos" w:hAnsi="Tinos"/>
                <w:sz w:val="14"/>
              </w:rPr>
            </w:r>
          </w:p>
          <w:p>
            <w:pPr>
              <w:spacing w:after="26" w:line="240" w:lineRule="auto"/>
            </w:pPr>
            <w:r>
              <w:rPr>
                <w:rFonts w:ascii="Tinos" w:hAnsi="Tinos"/>
                <w:sz w:val="14"/>
              </w:rPr>
              <w:t>Coan, J. A., &amp; Sbarra, D. A. (2015). Social Baseline Theory: The social regulation of risk and effort. Current Opinion in Psychology, 1, 87-91. doi:10.1016/j.copsyc.2014.12.021</w:t>
            </w:r>
          </w:p>
          <w:p>
            <w:pPr>
              <w:spacing w:after="26" w:line="240" w:lineRule="auto"/>
            </w:pPr>
            <w:r>
              <w:rPr>
                <w:rFonts w:ascii="Tinos" w:hAnsi="Tinos"/>
                <w:sz w:val="14"/>
              </w:rPr>
            </w:r>
          </w:p>
          <w:p>
            <w:pPr>
              <w:spacing w:after="26" w:line="240" w:lineRule="auto"/>
            </w:pPr>
            <w:r>
              <w:rPr>
                <w:rFonts w:ascii="Tinos" w:hAnsi="Tinos"/>
                <w:sz w:val="14"/>
              </w:rPr>
              <w:t>Collins, N. L., &amp; Ford, M. B. (2010). Responding to the needs of others: The caregiving behavioral system in intimate relationships. Journal of Social and Personal Relationships, 27(2), 235-244. doi:10.1177/0265407509360907</w:t>
            </w:r>
          </w:p>
          <w:p>
            <w:pPr>
              <w:spacing w:after="26" w:line="240" w:lineRule="auto"/>
            </w:pPr>
            <w:r>
              <w:rPr>
                <w:rFonts w:ascii="Tinos" w:hAnsi="Tinos"/>
                <w:sz w:val="14"/>
              </w:rPr>
            </w:r>
          </w:p>
          <w:p>
            <w:pPr>
              <w:spacing w:after="26" w:line="240" w:lineRule="auto"/>
            </w:pPr>
            <w:r>
              <w:rPr>
                <w:rFonts w:ascii="Tinos" w:hAnsi="Tinos"/>
                <w:sz w:val="14"/>
              </w:rPr>
              <w:t>Feeney, B. C., &amp; Collins, N. L. (2015). A new look at social support: A theoretical perspective on thriving through relationships. Personality and Social Psychology Review, 19(2), 113-147. doi:10.1177/1088868314544222</w:t>
            </w:r>
          </w:p>
          <w:p>
            <w:pPr>
              <w:spacing w:after="26" w:line="240" w:lineRule="auto"/>
            </w:pPr>
            <w:r>
              <w:rPr>
                <w:rFonts w:ascii="Tinos" w:hAnsi="Tinos"/>
                <w:sz w:val="14"/>
              </w:rPr>
            </w:r>
          </w:p>
          <w:p>
            <w:pPr>
              <w:spacing w:after="26" w:line="240" w:lineRule="auto"/>
            </w:pPr>
            <w:r>
              <w:rPr>
                <w:rFonts w:ascii="Tinos" w:hAnsi="Tinos"/>
                <w:sz w:val="14"/>
              </w:rPr>
              <w:t>Fiore, J. (2021). A systematic review of the Dual Process Model of Coping With Bereavement (1999-2016). OMEGA-Journal of Death and Dying, 84(2), 414-458. doi:10.1177/0030222819893139</w:t>
            </w:r>
          </w:p>
          <w:p>
            <w:pPr>
              <w:spacing w:after="26" w:line="240" w:lineRule="auto"/>
            </w:pPr>
            <w:r>
              <w:rPr>
                <w:rFonts w:ascii="Tinos" w:hAnsi="Tinos"/>
                <w:sz w:val="14"/>
              </w:rPr>
            </w:r>
          </w:p>
          <w:p>
            <w:pPr>
              <w:spacing w:after="26" w:line="240" w:lineRule="auto"/>
            </w:pPr>
            <w:r>
              <w:rPr>
                <w:rFonts w:ascii="Tinos" w:hAnsi="Tinos"/>
                <w:sz w:val="14"/>
              </w:rPr>
              <w:t>Garrido, S. (2018). The influence of personality and coping style on the affective outcomes of nostalgia: Is nostalgia a healthy coping mechanism or rumination? Personality and Individual Differences, 120, 259-264. doi:10.1016/j.paid.2016.07.021</w:t>
            </w:r>
          </w:p>
          <w:p>
            <w:pPr>
              <w:spacing w:after="26" w:line="240" w:lineRule="auto"/>
            </w:pPr>
            <w:r>
              <w:rPr>
                <w:rFonts w:ascii="Tinos" w:hAnsi="Tinos"/>
                <w:sz w:val="14"/>
              </w:rPr>
            </w:r>
          </w:p>
          <w:p>
            <w:pPr>
              <w:spacing w:after="26" w:line="240" w:lineRule="auto"/>
            </w:pPr>
            <w:r>
              <w:rPr>
                <w:rFonts w:ascii="Tinos" w:hAnsi="Tinos"/>
                <w:sz w:val="14"/>
              </w:rPr>
              <w:t>Gross, A. C., &amp; Fox, E. J. (2009). Relational Frame Theory: An overview of the controversy. The Analysis of Verbal Behavior, 25, 87-98. doi:10.1007/BF03393073</w:t>
            </w:r>
          </w:p>
          <w:p>
            <w:pPr>
              <w:spacing w:after="26" w:line="240" w:lineRule="auto"/>
            </w:pPr>
            <w:r>
              <w:rPr>
                <w:rFonts w:ascii="Tinos" w:hAnsi="Tinos"/>
                <w:sz w:val="14"/>
              </w:rPr>
            </w:r>
          </w:p>
          <w:p>
            <w:pPr>
              <w:spacing w:after="26" w:line="240" w:lineRule="auto"/>
            </w:pPr>
            <w:r>
              <w:rPr>
                <w:rFonts w:ascii="Tinos" w:hAnsi="Tinos"/>
                <w:sz w:val="14"/>
              </w:rPr>
              <w:t>Heine, S. J., Proulx, T., &amp; Vohs, K. D. (2006). The Meaning Maintenance Model: On the coherence of social motivations. Personality and Social Psychology Review, 10(2), 88-110. doi:10.1207/s15327957pspr1002_1</w:t>
            </w:r>
          </w:p>
          <w:p>
            <w:pPr>
              <w:spacing w:after="26" w:line="240" w:lineRule="auto"/>
            </w:pPr>
            <w:r>
              <w:rPr>
                <w:rFonts w:ascii="Tinos" w:hAnsi="Tinos"/>
                <w:sz w:val="14"/>
              </w:rPr>
            </w:r>
          </w:p>
          <w:p>
            <w:pPr>
              <w:spacing w:after="26" w:line="240" w:lineRule="auto"/>
            </w:pPr>
            <w:r>
              <w:rPr>
                <w:rFonts w:ascii="Tinos" w:hAnsi="Tinos"/>
                <w:sz w:val="14"/>
              </w:rPr>
              <w:t>Hepper, E. G., Sedikides, C., Wildschut, T., Cheung, W. Y., Abakoumkin, G., Arikan, G., Aveyard, M., Baldursson, E. B., Bialobrzeska, O., Bouamama, S., Bouzaouech, I., Brambilla, M., Burger, A. M., Chen, S. X., Cisek, S., Demassosso, D., Estevan-Reina, L., González Gutiérrez, R., Gu, L., ... Zengel, B. (2024). Pancultural nostalgia in action: Prevalence, triggers, and psychological functions of nostalgia across cultures. Journal of Experimental Psychology: General, 153(3), 754-778. doi:10.1037/xge0001521</w:t>
            </w:r>
          </w:p>
          <w:p>
            <w:pPr>
              <w:spacing w:after="26" w:line="240" w:lineRule="auto"/>
            </w:pPr>
            <w:r>
              <w:rPr>
                <w:rFonts w:ascii="Tinos" w:hAnsi="Tinos"/>
                <w:sz w:val="14"/>
              </w:rPr>
            </w:r>
          </w:p>
          <w:p>
            <w:pPr>
              <w:spacing w:after="26" w:line="240" w:lineRule="auto"/>
            </w:pPr>
            <w:r>
              <w:rPr>
                <w:rFonts w:ascii="Tinos" w:hAnsi="Tinos"/>
                <w:sz w:val="14"/>
              </w:rPr>
              <w:t>Hewson, H., Galbraith, N., Jones, C., &amp; Heath, G. (2024). The impact of continuing bonds following bereavement: A systematic review. Death Studies, 48(10), 1001-1014. doi:10.1080/07481187.2023.2223593</w:t>
            </w:r>
          </w:p>
          <w:p>
            <w:pPr>
              <w:spacing w:after="26" w:line="240" w:lineRule="auto"/>
            </w:pPr>
            <w:r>
              <w:rPr>
                <w:rFonts w:ascii="Tinos" w:hAnsi="Tinos"/>
                <w:sz w:val="14"/>
              </w:rPr>
            </w:r>
          </w:p>
          <w:p>
            <w:pPr>
              <w:spacing w:after="26" w:line="240" w:lineRule="auto"/>
            </w:pPr>
            <w:r>
              <w:rPr>
                <w:rFonts w:ascii="Tinos" w:hAnsi="Tinos"/>
                <w:sz w:val="14"/>
              </w:rPr>
              <w:t>Hobfoll, S. E. (1989). Conservation of resources: A new attempt at conceptualizing stress. American Psychologist, 44(3), 513-524. doi:10.1037/0003-066X.44.3.513</w:t>
            </w:r>
          </w:p>
          <w:p>
            <w:pPr>
              <w:spacing w:after="26" w:line="240" w:lineRule="auto"/>
            </w:pPr>
            <w:r>
              <w:rPr>
                <w:rFonts w:ascii="Tinos" w:hAnsi="Tinos"/>
                <w:sz w:val="14"/>
              </w:rPr>
            </w:r>
          </w:p>
          <w:p>
            <w:pPr>
              <w:spacing w:after="26" w:line="240" w:lineRule="auto"/>
            </w:pPr>
            <w:r>
              <w:rPr>
                <w:rFonts w:ascii="Tinos" w:hAnsi="Tinos"/>
                <w:sz w:val="14"/>
              </w:rPr>
              <w:t>Lasaleta, J. D., Sedikides, C., &amp; Vohs, K. D. (2014). Nostalgia weakens the desire for money. Journal of Consumer Research, 41(3), 713-729. doi:10.1086/677227</w:t>
            </w:r>
          </w:p>
          <w:p>
            <w:pPr>
              <w:spacing w:after="26" w:line="240" w:lineRule="auto"/>
            </w:pPr>
            <w:r>
              <w:rPr>
                <w:rFonts w:ascii="Tinos" w:hAnsi="Tinos"/>
                <w:sz w:val="14"/>
              </w:rPr>
            </w:r>
          </w:p>
          <w:p>
            <w:pPr>
              <w:spacing w:after="26" w:line="240" w:lineRule="auto"/>
            </w:pPr>
            <w:r>
              <w:rPr>
                <w:rFonts w:ascii="Tinos" w:hAnsi="Tinos"/>
                <w:sz w:val="14"/>
              </w:rPr>
              <w:t>Leach, C. W., &amp; Cidam, A. (2015). When is shame linked to constructive approach orientation? A meta-analysis. Journal of Personality and Social Psychology, 109(6), 983-1002. doi:10.1037/pspa0000037</w:t>
            </w:r>
          </w:p>
          <w:p>
            <w:pPr>
              <w:spacing w:after="26" w:line="240" w:lineRule="auto"/>
            </w:pPr>
            <w:r>
              <w:rPr>
                <w:rFonts w:ascii="Tinos" w:hAnsi="Tinos"/>
                <w:sz w:val="14"/>
              </w:rPr>
            </w:r>
          </w:p>
          <w:p>
            <w:pPr>
              <w:spacing w:after="26" w:line="240" w:lineRule="auto"/>
            </w:pPr>
            <w:r>
              <w:rPr>
                <w:rFonts w:ascii="Tinos" w:hAnsi="Tinos"/>
                <w:sz w:val="14"/>
              </w:rPr>
              <w:t>Mikulincer, M., &amp; Shaver, P. R. (2005). Attachment security, compassion, and altruism. Current Directions in Psychological Science, 14(1), 34-38. doi:10.1111/j.0963-7214.2005.00330.x</w:t>
            </w:r>
          </w:p>
          <w:p>
            <w:pPr>
              <w:spacing w:after="26" w:line="240" w:lineRule="auto"/>
            </w:pPr>
            <w:r>
              <w:rPr>
                <w:rFonts w:ascii="Tinos" w:hAnsi="Tinos"/>
                <w:sz w:val="14"/>
              </w:rPr>
            </w:r>
          </w:p>
          <w:p>
            <w:pPr>
              <w:spacing w:after="26" w:line="240" w:lineRule="auto"/>
            </w:pPr>
            <w:r>
              <w:rPr>
                <w:rFonts w:ascii="Tinos" w:hAnsi="Tinos"/>
                <w:sz w:val="14"/>
              </w:rPr>
              <w:t>O'Connor, M.-F., &amp; Seeley, S. H. (2022). Grieving as a form of learning: Insights from neuroscience applied to grief and loss. Current Opinion in Psychology, 43, 317-322. doi:10.1016/j.copsyc.2021.08.019</w:t>
            </w:r>
          </w:p>
          <w:p>
            <w:pPr>
              <w:spacing w:after="26" w:line="240" w:lineRule="auto"/>
            </w:pPr>
            <w:r>
              <w:rPr>
                <w:rFonts w:ascii="Tinos" w:hAnsi="Tinos"/>
                <w:sz w:val="14"/>
              </w:rPr>
            </w:r>
          </w:p>
          <w:p>
            <w:pPr>
              <w:spacing w:after="26" w:line="240" w:lineRule="auto"/>
            </w:pPr>
            <w:r>
              <w:rPr>
                <w:rFonts w:ascii="Tinos" w:hAnsi="Tinos"/>
                <w:sz w:val="14"/>
              </w:rPr>
              <w:t>Peng, W., Huang, Q., Mao, B., Lun, D., Malova, E., Simmons, J. V., &amp; Carcioppolo, N. (2023). When guilt works: A comprehensive meta-analysis of guilt appeals. Frontiers in Psychology, 14, Article 1201631. doi:10.3389/fpsyg.2023.1201631</w:t>
            </w:r>
          </w:p>
          <w:p>
            <w:pPr>
              <w:spacing w:after="26" w:line="240" w:lineRule="auto"/>
            </w:pPr>
            <w:r>
              <w:rPr>
                <w:rFonts w:ascii="Tinos" w:hAnsi="Tinos"/>
                <w:sz w:val="14"/>
              </w:rPr>
            </w:r>
          </w:p>
          <w:p>
            <w:pPr>
              <w:spacing w:after="26" w:line="240" w:lineRule="auto"/>
            </w:pPr>
            <w:r>
              <w:rPr>
                <w:rFonts w:ascii="Tinos" w:hAnsi="Tinos"/>
                <w:sz w:val="14"/>
              </w:rPr>
              <w:t>Slotter, E. B., Gardner, W. L., &amp; Finkel, E. J. (2010). Who am I without you? The influence of romantic breakup on the self-concept. Personality and Social Psychology Bulletin, 36(2), 147-160. doi:10.1177/0146167209352250</w:t>
            </w:r>
          </w:p>
          <w:p>
            <w:pPr>
              <w:spacing w:after="26" w:line="240" w:lineRule="auto"/>
            </w:pPr>
            <w:r>
              <w:rPr>
                <w:rFonts w:ascii="Tinos" w:hAnsi="Tinos"/>
                <w:sz w:val="14"/>
              </w:rPr>
            </w:r>
          </w:p>
          <w:p>
            <w:pPr>
              <w:spacing w:after="26" w:line="240" w:lineRule="auto"/>
            </w:pPr>
            <w:r>
              <w:rPr>
                <w:rFonts w:ascii="Tinos" w:hAnsi="Tinos"/>
                <w:sz w:val="14"/>
              </w:rPr>
              <w:t>Stroebe, M., &amp; Schut, H. (1999). The Dual Process Model of Coping with Bereavement: Rationale and description. Death Studies, 23(3), 197-224. doi:10.1080/074811899201046</w:t>
            </w:r>
          </w:p>
          <w:p>
            <w:pPr>
              <w:spacing w:after="26" w:line="240" w:lineRule="auto"/>
            </w:pPr>
            <w:r>
              <w:rPr>
                <w:rFonts w:ascii="Tinos" w:hAnsi="Tinos"/>
                <w:sz w:val="14"/>
              </w:rPr>
            </w:r>
          </w:p>
          <w:p>
            <w:pPr>
              <w:spacing w:after="26" w:line="240" w:lineRule="auto"/>
            </w:pPr>
            <w:r>
              <w:rPr>
                <w:rFonts w:ascii="Tinos" w:hAnsi="Tinos"/>
                <w:sz w:val="14"/>
              </w:rPr>
              <w:t>Tannenbaum, M. B., Hepler, J., Zimmerman, R. S., Saul, L., Jacobs, S., Wilson, K., &amp; Albarracín, D. (2015). Appealing to fear: A meta-analysis of fear appeal effectiveness and theories. Psychological Bulletin, 141(6), 1178-1204. doi:10.1037/a0039729</w:t>
            </w:r>
          </w:p>
          <w:p>
            <w:pPr>
              <w:spacing w:after="26" w:line="240" w:lineRule="auto"/>
            </w:pPr>
            <w:r>
              <w:rPr>
                <w:rFonts w:ascii="Tinos" w:hAnsi="Tinos"/>
                <w:sz w:val="14"/>
              </w:rPr>
            </w:r>
          </w:p>
          <w:p>
            <w:pPr>
              <w:spacing w:after="26" w:line="240" w:lineRule="auto"/>
            </w:pPr>
            <w:r>
              <w:rPr>
                <w:rFonts w:ascii="Tinos" w:hAnsi="Tinos"/>
                <w:sz w:val="14"/>
              </w:rPr>
              <w:t>Trope, Y., &amp; Liberman, N. (2010). Construal-Level Theory of psychological distance. Psychological Review, 117(2), 440-463. doi:10.1037/a0018963</w:t>
            </w:r>
          </w:p>
          <w:p>
            <w:pPr>
              <w:spacing w:after="26" w:line="240" w:lineRule="auto"/>
            </w:pPr>
            <w:r>
              <w:rPr>
                <w:rFonts w:ascii="Tinos" w:hAnsi="Tinos"/>
                <w:sz w:val="14"/>
              </w:rPr>
            </w:r>
          </w:p>
          <w:p>
            <w:pPr>
              <w:spacing w:after="26" w:line="240" w:lineRule="auto"/>
            </w:pPr>
            <w:r>
              <w:rPr>
                <w:rFonts w:ascii="Tinos" w:hAnsi="Tinos"/>
                <w:sz w:val="14"/>
              </w:rPr>
              <w:t>Weingarten, E., Wei, Z., Wildschut, T., &amp; Sedikides, C. (2026). Principles of nostalgia: Meta-analytic tests. Journal of Experimental Social Psychology, 124, Article 104891. doi:10.1016/j.jesp.2026.104891</w:t>
            </w:r>
          </w:p>
          <w:p>
            <w:pPr>
              <w:spacing w:after="26" w:line="240" w:lineRule="auto"/>
            </w:pPr>
            <w:r>
              <w:rPr>
                <w:rFonts w:ascii="Tinos" w:hAnsi="Tinos"/>
                <w:sz w:val="14"/>
              </w:rPr>
            </w:r>
          </w:p>
          <w:p>
            <w:pPr>
              <w:spacing w:after="26" w:line="240" w:lineRule="auto"/>
            </w:pPr>
            <w:r>
              <w:rPr>
                <w:rFonts w:ascii="Tinos" w:hAnsi="Tinos"/>
                <w:sz w:val="14"/>
              </w:rPr>
              <w:t>Zhou, X., Sedikides, C., Wildschut, T., &amp; Gao, D.-G. (2008). Counteracting loneliness: On the restorative function of nostalgia. Psychological Science, 19(10), 1023-1029. doi:10.1111/j.1467-9280.2008.02194.x</w:t>
            </w:r>
          </w:p>
        </w:tc>
      </w:tr>
    </w:tbl>
    <w:p>
      <w:pPr>
        <w:spacing w:after="0"/>
      </w:pPr>
    </w:p>
    <w:sectPr w:rsidR="00FC693F" w:rsidRPr="0006063C" w:rsidSect="00034616">
      <w:headerReference w:type="default" r:id="rId9"/>
      <w:footerReference w:type="default" r:id="rId10"/>
      <w:pgSz w:w="16834" w:h="11909" w:orient="landscape"/>
      <w:pgMar w:top="504" w:right="504" w:bottom="547"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4"/>
      </w:rPr>
      <w:t xml:space="preserve">Evidence set held constant | </w:t>
    </w:r>
    <w: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mo" w:hAnsi="Arimo"/>
        <w:b/>
        <w:sz w:val="15"/>
      </w:rPr>
      <w:t>MRRAF BASELINE vs LOVE-0 PROCESSED | controlled perspective transformation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nos" w:hAnsi="Tinos"/>
      <w:sz w:val="1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rimo" w:hAnsi="Arimo"/>
      <w:b/>
      <w:bCs/>
      <w:color w:val="1B5E6B"/>
      <w:sz w:val="22"/>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rimo" w:hAnsi="Arimo"/>
      <w:b/>
      <w:bCs/>
      <w:color w:val="2A7582"/>
      <w:sz w:val="19"/>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rimo" w:hAnsi="Arimo"/>
      <w:b/>
      <w:bCs/>
      <w:color w:val="8A6F2C"/>
      <w:sz w:val="1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00"/>
      <w:contextualSpacing/>
    </w:pPr>
    <w:rPr>
      <w:rFonts w:asciiTheme="majorHAnsi" w:eastAsiaTheme="majorEastAsia" w:hAnsiTheme="majorHAnsi" w:cstheme="majorBidi" w:ascii="Arimo" w:hAnsi="Arimo"/>
      <w:b/>
      <w:color w:val="173E46"/>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lockQuote">
    <w:name w:val="Block Quote"/>
    <w:pPr>
      <w:spacing w:before="60" w:after="80"/>
      <w:ind w:left="360" w:right="216"/>
    </w:pPr>
    <w:rPr>
      <w:rFonts w:ascii="Tinos" w:hAnsi="Tinos"/>
      <w:i/>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